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A196" w14:textId="314455CF" w:rsidR="00B50121" w:rsidRPr="00CC6007" w:rsidRDefault="0000324D" w:rsidP="00CC6007">
      <w:pPr>
        <w:jc w:val="right"/>
        <w:rPr>
          <w:rFonts w:ascii="Arial" w:hAnsi="Arial" w:cs="Arial"/>
          <w:sz w:val="22"/>
          <w:szCs w:val="22"/>
        </w:rPr>
      </w:pPr>
      <w:r w:rsidRPr="008373FB">
        <w:rPr>
          <w:rFonts w:ascii="Arial" w:eastAsia="Calibri" w:hAnsi="Arial"/>
          <w:noProof/>
          <w:sz w:val="22"/>
          <w:szCs w:val="22"/>
          <w:lang w:val="en-GB"/>
        </w:rPr>
        <w:drawing>
          <wp:anchor distT="0" distB="0" distL="114300" distR="114300" simplePos="0" relativeHeight="251658240" behindDoc="1" locked="0" layoutInCell="1" allowOverlap="1" wp14:anchorId="7BD4002F" wp14:editId="0F18152C">
            <wp:simplePos x="0" y="0"/>
            <wp:positionH relativeFrom="column">
              <wp:posOffset>0</wp:posOffset>
            </wp:positionH>
            <wp:positionV relativeFrom="paragraph">
              <wp:posOffset>0</wp:posOffset>
            </wp:positionV>
            <wp:extent cx="1722120" cy="400481"/>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KAS_SV_Colour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2120" cy="400481"/>
                    </a:xfrm>
                    <a:prstGeom prst="rect">
                      <a:avLst/>
                    </a:prstGeom>
                  </pic:spPr>
                </pic:pic>
              </a:graphicData>
            </a:graphic>
          </wp:anchor>
        </w:drawing>
      </w:r>
    </w:p>
    <w:p w14:paraId="2BBBD2C2" w14:textId="340DED3C" w:rsidR="00CC6007" w:rsidRDefault="00CC6007" w:rsidP="00CC6007"/>
    <w:p w14:paraId="1552EE51" w14:textId="298D52E6" w:rsidR="0000324D" w:rsidRDefault="0000324D" w:rsidP="00CC6007"/>
    <w:p w14:paraId="2DB2013F" w14:textId="20E69080" w:rsidR="0000324D" w:rsidRDefault="0000324D" w:rsidP="00CC6007"/>
    <w:p w14:paraId="48424455" w14:textId="77777777" w:rsidR="0000324D" w:rsidRDefault="0000324D" w:rsidP="00CC6007"/>
    <w:tbl>
      <w:tblPr>
        <w:tblStyle w:val="TableGrid"/>
        <w:tblW w:w="0" w:type="auto"/>
        <w:shd w:val="clear" w:color="auto" w:fill="330072"/>
        <w:tblLook w:val="04A0" w:firstRow="1" w:lastRow="0" w:firstColumn="1" w:lastColumn="0" w:noHBand="0" w:noVBand="1"/>
      </w:tblPr>
      <w:tblGrid>
        <w:gridCol w:w="9016"/>
      </w:tblGrid>
      <w:tr w:rsidR="00E422DC" w14:paraId="301BAE1D" w14:textId="77777777" w:rsidTr="0000324D">
        <w:trPr>
          <w:trHeight w:val="776"/>
        </w:trPr>
        <w:tc>
          <w:tcPr>
            <w:tcW w:w="9242" w:type="dxa"/>
            <w:shd w:val="clear" w:color="auto" w:fill="330072"/>
          </w:tcPr>
          <w:p w14:paraId="5F911918" w14:textId="77777777" w:rsidR="00CC6007" w:rsidRDefault="00CC6007" w:rsidP="00CC6007"/>
          <w:p w14:paraId="5C7C8589" w14:textId="6AB41519" w:rsidR="00CC6007" w:rsidRPr="000F6FCA" w:rsidRDefault="00CC6007" w:rsidP="000F6FCA">
            <w:pPr>
              <w:tabs>
                <w:tab w:val="left" w:pos="1380"/>
              </w:tabs>
              <w:jc w:val="center"/>
            </w:pPr>
            <w:r w:rsidRPr="00CC6007">
              <w:rPr>
                <w:rFonts w:ascii="Arial" w:hAnsi="Arial" w:cs="Arial"/>
                <w:b/>
                <w:color w:val="FFFFFF" w:themeColor="background1"/>
                <w:sz w:val="32"/>
                <w:szCs w:val="32"/>
              </w:rPr>
              <w:t xml:space="preserve">TRANSITION </w:t>
            </w:r>
            <w:r w:rsidR="000D693A">
              <w:rPr>
                <w:rFonts w:ascii="Arial" w:hAnsi="Arial" w:cs="Arial"/>
                <w:b/>
                <w:color w:val="FFFFFF" w:themeColor="background1"/>
                <w:sz w:val="32"/>
                <w:szCs w:val="32"/>
              </w:rPr>
              <w:t xml:space="preserve">/ MIGRATION </w:t>
            </w:r>
            <w:r w:rsidRPr="00CC6007">
              <w:rPr>
                <w:rFonts w:ascii="Arial" w:hAnsi="Arial" w:cs="Arial"/>
                <w:b/>
                <w:color w:val="FFFFFF" w:themeColor="background1"/>
                <w:sz w:val="32"/>
                <w:szCs w:val="32"/>
              </w:rPr>
              <w:t>REQUIREMENTS</w:t>
            </w:r>
          </w:p>
        </w:tc>
      </w:tr>
    </w:tbl>
    <w:p w14:paraId="045423EC" w14:textId="77777777" w:rsidR="00CC6007" w:rsidRPr="00CC6007" w:rsidRDefault="00CC6007" w:rsidP="00CC6007">
      <w:pPr>
        <w:rPr>
          <w:rFonts w:ascii="Arial" w:hAnsi="Arial" w:cs="Arial"/>
        </w:rPr>
      </w:pPr>
    </w:p>
    <w:p w14:paraId="3F9B69EB" w14:textId="6F915573" w:rsidR="00935B86" w:rsidRPr="00751DA2" w:rsidRDefault="009257BD" w:rsidP="00A70DAC">
      <w:pPr>
        <w:jc w:val="center"/>
        <w:rPr>
          <w:rFonts w:ascii="Arial" w:hAnsi="Arial" w:cs="Arial"/>
          <w:b/>
          <w:sz w:val="22"/>
          <w:szCs w:val="22"/>
        </w:rPr>
      </w:pPr>
      <w:r w:rsidRPr="009257BD">
        <w:rPr>
          <w:rFonts w:ascii="Arial" w:hAnsi="Arial" w:cs="Arial"/>
          <w:b/>
          <w:bCs/>
          <w:sz w:val="22"/>
          <w:szCs w:val="22"/>
        </w:rPr>
        <w:t>Transition of ISO/IEC 27701:2025 and ISO/IEC 27706:2025</w:t>
      </w:r>
    </w:p>
    <w:p w14:paraId="483B310A" w14:textId="77777777" w:rsidR="00935B86" w:rsidRPr="00751DA2" w:rsidRDefault="00935B86" w:rsidP="00A70DAC">
      <w:pPr>
        <w:jc w:val="center"/>
        <w:rPr>
          <w:rFonts w:ascii="Arial" w:hAnsi="Arial" w:cs="Arial"/>
          <w:b/>
          <w:sz w:val="22"/>
          <w:szCs w:val="22"/>
        </w:rPr>
      </w:pPr>
    </w:p>
    <w:p w14:paraId="21D53037" w14:textId="77777777" w:rsidR="00DA22A8" w:rsidRPr="00751DA2" w:rsidRDefault="00DA22A8" w:rsidP="00DA22A8">
      <w:pPr>
        <w:rPr>
          <w:rFonts w:ascii="Arial" w:hAnsi="Arial" w:cs="Arial"/>
          <w:b/>
          <w:sz w:val="22"/>
          <w:szCs w:val="22"/>
        </w:rPr>
      </w:pPr>
    </w:p>
    <w:p w14:paraId="0AA770D2" w14:textId="77777777" w:rsidR="00DA22A8" w:rsidRPr="00977123" w:rsidRDefault="00DA22A8" w:rsidP="00DA22A8">
      <w:pPr>
        <w:pStyle w:val="ListParagraph"/>
        <w:numPr>
          <w:ilvl w:val="0"/>
          <w:numId w:val="1"/>
        </w:numPr>
        <w:ind w:hanging="720"/>
        <w:rPr>
          <w:rFonts w:ascii="Arial" w:hAnsi="Arial" w:cs="Arial"/>
          <w:b/>
          <w:sz w:val="20"/>
        </w:rPr>
      </w:pPr>
      <w:r w:rsidRPr="00977123">
        <w:rPr>
          <w:rFonts w:ascii="Arial" w:hAnsi="Arial" w:cs="Arial"/>
          <w:b/>
          <w:sz w:val="20"/>
        </w:rPr>
        <w:t xml:space="preserve">Introduction and Scope </w:t>
      </w:r>
    </w:p>
    <w:p w14:paraId="549FDCAA" w14:textId="77777777" w:rsidR="00DA22A8" w:rsidRPr="00977123" w:rsidRDefault="00DA22A8" w:rsidP="00DA22A8">
      <w:pPr>
        <w:pStyle w:val="ListParagraph"/>
        <w:rPr>
          <w:rFonts w:ascii="Arial" w:hAnsi="Arial" w:cs="Arial"/>
          <w:b/>
          <w:sz w:val="20"/>
        </w:rPr>
      </w:pPr>
    </w:p>
    <w:p w14:paraId="6AF8E1E4" w14:textId="40E24329" w:rsidR="009257BD" w:rsidRPr="00977123" w:rsidRDefault="009257BD" w:rsidP="009257BD">
      <w:pPr>
        <w:pStyle w:val="ListParagraph"/>
        <w:jc w:val="both"/>
        <w:rPr>
          <w:rFonts w:ascii="Arial" w:hAnsi="Arial" w:cs="Arial"/>
          <w:sz w:val="20"/>
          <w:lang w:val="en-GB"/>
        </w:rPr>
      </w:pPr>
      <w:r w:rsidRPr="00977123">
        <w:rPr>
          <w:rFonts w:ascii="Arial" w:hAnsi="Arial" w:cs="Arial"/>
          <w:sz w:val="20"/>
        </w:rPr>
        <w:t>The standard ISO/IEC 27701:2025 Information security, cybersecurity and privacy protection - Privacy information management systems - Requirements and guidance was published on 31 October 2025. This edition of ISO/IEC 27701:2025 replaces ISO/IEC 27701:2019.</w:t>
      </w:r>
      <w:r w:rsidRPr="00977123">
        <w:rPr>
          <w:rFonts w:ascii="Arial" w:hAnsi="Arial" w:cs="Arial"/>
          <w:sz w:val="20"/>
          <w:lang w:val="en-GB"/>
        </w:rPr>
        <w:t> </w:t>
      </w:r>
    </w:p>
    <w:p w14:paraId="7E2CEAD3" w14:textId="77777777" w:rsidR="009257BD" w:rsidRPr="00977123" w:rsidRDefault="009257BD" w:rsidP="009257BD">
      <w:pPr>
        <w:pStyle w:val="ListParagraph"/>
        <w:jc w:val="both"/>
        <w:rPr>
          <w:rFonts w:ascii="Arial" w:hAnsi="Arial" w:cs="Arial"/>
          <w:sz w:val="20"/>
          <w:lang w:val="en-GB"/>
        </w:rPr>
      </w:pPr>
    </w:p>
    <w:p w14:paraId="68FEE99A" w14:textId="3B798F23" w:rsidR="009257BD" w:rsidRPr="00977123" w:rsidRDefault="009257BD" w:rsidP="009257BD">
      <w:pPr>
        <w:pStyle w:val="ListParagraph"/>
        <w:jc w:val="both"/>
        <w:rPr>
          <w:rFonts w:ascii="Arial" w:hAnsi="Arial" w:cs="Arial"/>
          <w:sz w:val="20"/>
          <w:lang w:val="en-GB"/>
        </w:rPr>
      </w:pPr>
      <w:r w:rsidRPr="00977123">
        <w:rPr>
          <w:rFonts w:ascii="Arial" w:hAnsi="Arial" w:cs="Arial"/>
          <w:sz w:val="20"/>
        </w:rPr>
        <w:t>The standard ISO/IEC 27706:2025 Information security, cybersecurity and privacy protection - Requirements for bodies providing audit and certification of privacy information management systems was published on 31 October 2025. This edition of ISO/IEC 27706 replaces ISO/IEC TS 27006-2:2021.</w:t>
      </w:r>
      <w:r w:rsidRPr="00977123">
        <w:rPr>
          <w:rFonts w:ascii="Arial" w:hAnsi="Arial" w:cs="Arial"/>
          <w:sz w:val="20"/>
          <w:lang w:val="en-GB"/>
        </w:rPr>
        <w:t> </w:t>
      </w:r>
    </w:p>
    <w:p w14:paraId="67058419" w14:textId="77777777" w:rsidR="009257BD" w:rsidRPr="00977123" w:rsidRDefault="009257BD" w:rsidP="009257BD">
      <w:pPr>
        <w:pStyle w:val="ListParagraph"/>
        <w:jc w:val="both"/>
        <w:rPr>
          <w:rFonts w:ascii="Arial" w:hAnsi="Arial" w:cs="Arial"/>
          <w:sz w:val="20"/>
          <w:lang w:val="en-GB"/>
        </w:rPr>
      </w:pPr>
    </w:p>
    <w:p w14:paraId="1654A9DD" w14:textId="77777777" w:rsidR="009257BD" w:rsidRPr="00977123" w:rsidRDefault="009257BD" w:rsidP="009257BD">
      <w:pPr>
        <w:pStyle w:val="ListParagraph"/>
        <w:jc w:val="both"/>
        <w:rPr>
          <w:rFonts w:ascii="Arial" w:hAnsi="Arial" w:cs="Arial"/>
          <w:sz w:val="20"/>
          <w:lang w:val="en-GB"/>
        </w:rPr>
      </w:pPr>
      <w:r w:rsidRPr="00977123">
        <w:rPr>
          <w:rFonts w:ascii="Arial" w:hAnsi="Arial" w:cs="Arial"/>
          <w:sz w:val="20"/>
        </w:rPr>
        <w:t>A transition period of 2 years has been agreed from the date of publication for accredited bodies to review the requirements and bring their operations and processes in line with the requirements of the new standards. UKAS will require accredited bodies operating under this scheme to have demonstrated conformity and transitioned to the new standards by 31 October 2027.</w:t>
      </w:r>
    </w:p>
    <w:p w14:paraId="124CAE25" w14:textId="77777777" w:rsidR="00DA22A8" w:rsidRDefault="00DA22A8" w:rsidP="00DA22A8">
      <w:pPr>
        <w:pStyle w:val="ListParagraph"/>
        <w:rPr>
          <w:rFonts w:ascii="Arial" w:hAnsi="Arial" w:cs="Arial"/>
          <w:sz w:val="20"/>
          <w:lang w:val="en-GB"/>
        </w:rPr>
      </w:pPr>
    </w:p>
    <w:p w14:paraId="69FB6C8F" w14:textId="77777777" w:rsidR="00ED0F7C" w:rsidRPr="00977123" w:rsidRDefault="00ED0F7C" w:rsidP="00DA22A8">
      <w:pPr>
        <w:pStyle w:val="ListParagraph"/>
        <w:rPr>
          <w:rFonts w:ascii="Arial" w:hAnsi="Arial" w:cs="Arial"/>
          <w:sz w:val="20"/>
          <w:lang w:val="en-GB"/>
        </w:rPr>
      </w:pPr>
    </w:p>
    <w:p w14:paraId="73CBC03D" w14:textId="77777777" w:rsidR="00DA22A8" w:rsidRPr="00977123" w:rsidRDefault="00DA22A8" w:rsidP="00DA22A8">
      <w:pPr>
        <w:pStyle w:val="ListParagraph"/>
        <w:numPr>
          <w:ilvl w:val="0"/>
          <w:numId w:val="1"/>
        </w:numPr>
        <w:ind w:hanging="720"/>
        <w:rPr>
          <w:rFonts w:ascii="Arial" w:hAnsi="Arial" w:cs="Arial"/>
          <w:b/>
          <w:sz w:val="20"/>
        </w:rPr>
      </w:pPr>
      <w:r w:rsidRPr="00977123">
        <w:rPr>
          <w:rFonts w:ascii="Arial" w:hAnsi="Arial" w:cs="Arial"/>
          <w:b/>
          <w:sz w:val="20"/>
        </w:rPr>
        <w:t>Objective</w:t>
      </w:r>
    </w:p>
    <w:p w14:paraId="6A9ACB8F" w14:textId="77777777" w:rsidR="00DA22A8" w:rsidRPr="00977123" w:rsidRDefault="00DA22A8" w:rsidP="00DA22A8">
      <w:pPr>
        <w:pStyle w:val="ListParagraph"/>
        <w:rPr>
          <w:rFonts w:ascii="Arial" w:hAnsi="Arial" w:cs="Arial"/>
          <w:sz w:val="20"/>
        </w:rPr>
      </w:pPr>
    </w:p>
    <w:p w14:paraId="01629917" w14:textId="2BD8D04D" w:rsidR="00DA22A8" w:rsidRPr="00977123" w:rsidRDefault="003B64EC" w:rsidP="003B64EC">
      <w:pPr>
        <w:ind w:left="720"/>
        <w:jc w:val="both"/>
        <w:rPr>
          <w:rFonts w:ascii="Arial" w:hAnsi="Arial" w:cs="Arial"/>
          <w:sz w:val="20"/>
        </w:rPr>
      </w:pPr>
      <w:r w:rsidRPr="00977123">
        <w:rPr>
          <w:rFonts w:ascii="Arial" w:hAnsi="Arial" w:cs="Arial"/>
          <w:sz w:val="20"/>
        </w:rPr>
        <w:t>This document is aimed at providing UKAS accredited certification bodies with details of the transition and migration process which will be implemented by UKAS and the information they will need to supply to assist this process. </w:t>
      </w:r>
    </w:p>
    <w:p w14:paraId="3E97A64D" w14:textId="77777777" w:rsidR="00DA22A8" w:rsidRDefault="00DA22A8" w:rsidP="00DA22A8">
      <w:pPr>
        <w:pStyle w:val="ListParagraph"/>
        <w:rPr>
          <w:rFonts w:ascii="Arial" w:hAnsi="Arial" w:cs="Arial"/>
          <w:sz w:val="20"/>
        </w:rPr>
      </w:pPr>
    </w:p>
    <w:p w14:paraId="7B7CB24E" w14:textId="77777777" w:rsidR="00ED0F7C" w:rsidRPr="00977123" w:rsidRDefault="00ED0F7C" w:rsidP="00DA22A8">
      <w:pPr>
        <w:pStyle w:val="ListParagraph"/>
        <w:rPr>
          <w:rFonts w:ascii="Arial" w:hAnsi="Arial" w:cs="Arial"/>
          <w:sz w:val="20"/>
        </w:rPr>
      </w:pPr>
    </w:p>
    <w:p w14:paraId="5AD3B27C" w14:textId="2B9FEA6F" w:rsidR="00DA22A8" w:rsidRPr="00977123" w:rsidRDefault="00DA22A8" w:rsidP="00DA22A8">
      <w:pPr>
        <w:pStyle w:val="ListParagraph"/>
        <w:numPr>
          <w:ilvl w:val="0"/>
          <w:numId w:val="1"/>
        </w:numPr>
        <w:ind w:hanging="720"/>
        <w:rPr>
          <w:rFonts w:ascii="Arial" w:hAnsi="Arial" w:cs="Arial"/>
          <w:b/>
          <w:sz w:val="20"/>
        </w:rPr>
      </w:pPr>
      <w:r w:rsidRPr="00977123">
        <w:rPr>
          <w:rFonts w:ascii="Arial" w:hAnsi="Arial" w:cs="Arial"/>
          <w:b/>
          <w:sz w:val="20"/>
        </w:rPr>
        <w:t>UKAS requirements for accredited</w:t>
      </w:r>
      <w:r w:rsidR="000108D3">
        <w:rPr>
          <w:rFonts w:ascii="Arial" w:hAnsi="Arial" w:cs="Arial"/>
          <w:b/>
          <w:sz w:val="20"/>
        </w:rPr>
        <w:t xml:space="preserve"> certification</w:t>
      </w:r>
      <w:r w:rsidRPr="00977123">
        <w:rPr>
          <w:rFonts w:ascii="Arial" w:hAnsi="Arial" w:cs="Arial"/>
          <w:b/>
          <w:sz w:val="20"/>
        </w:rPr>
        <w:t xml:space="preserve"> bodies for the transition to </w:t>
      </w:r>
      <w:sdt>
        <w:sdtPr>
          <w:rPr>
            <w:rFonts w:ascii="Arial" w:hAnsi="Arial" w:cs="Arial"/>
            <w:b/>
            <w:sz w:val="20"/>
          </w:rPr>
          <w:id w:val="-2104561882"/>
          <w:placeholder>
            <w:docPart w:val="FBD6F2DD9FB6422D8A8E8DEA9E000201"/>
          </w:placeholder>
        </w:sdtPr>
        <w:sdtEndPr/>
        <w:sdtContent>
          <w:sdt>
            <w:sdtPr>
              <w:rPr>
                <w:rFonts w:ascii="Arial" w:hAnsi="Arial" w:cs="Arial"/>
                <w:sz w:val="20"/>
              </w:rPr>
              <w:id w:val="-1706326912"/>
              <w:placeholder>
                <w:docPart w:val="78285EA5BFF94C04981BFDAE948D7FA0"/>
              </w:placeholder>
            </w:sdtPr>
            <w:sdtEndPr/>
            <w:sdtContent>
              <w:r w:rsidR="00481C9D" w:rsidRPr="00481C9D">
                <w:rPr>
                  <w:rFonts w:ascii="Arial" w:hAnsi="Arial" w:cs="Arial"/>
                  <w:b/>
                  <w:bCs/>
                  <w:sz w:val="20"/>
                  <w:lang w:val="en-GB"/>
                </w:rPr>
                <w:t>ISO/IEC 27701:2025 and migration to ISO/IEC 27706:2025</w:t>
              </w:r>
              <w:r w:rsidR="00481C9D">
                <w:rPr>
                  <w:rFonts w:ascii="Arial" w:hAnsi="Arial" w:cs="Arial"/>
                  <w:b/>
                  <w:bCs/>
                  <w:sz w:val="20"/>
                  <w:lang w:val="en-GB"/>
                </w:rPr>
                <w:t xml:space="preserve"> </w:t>
              </w:r>
            </w:sdtContent>
          </w:sdt>
        </w:sdtContent>
      </w:sdt>
    </w:p>
    <w:p w14:paraId="0673348A" w14:textId="77777777" w:rsidR="00DA22A8" w:rsidRPr="00977123" w:rsidRDefault="00DA22A8" w:rsidP="00DA22A8">
      <w:pPr>
        <w:rPr>
          <w:rFonts w:ascii="Arial" w:hAnsi="Arial" w:cs="Arial"/>
          <w:b/>
          <w:sz w:val="20"/>
        </w:rPr>
      </w:pPr>
    </w:p>
    <w:p w14:paraId="0CC6E059" w14:textId="77777777" w:rsidR="003B64EC" w:rsidRPr="00977123" w:rsidRDefault="003B64EC" w:rsidP="003B64EC">
      <w:pPr>
        <w:pStyle w:val="ListParagraph"/>
        <w:numPr>
          <w:ilvl w:val="0"/>
          <w:numId w:val="11"/>
        </w:numPr>
        <w:jc w:val="both"/>
        <w:rPr>
          <w:rFonts w:ascii="Arial" w:hAnsi="Arial" w:cs="Arial"/>
          <w:sz w:val="20"/>
          <w:lang w:val="en-GB"/>
        </w:rPr>
      </w:pPr>
      <w:r w:rsidRPr="00977123">
        <w:rPr>
          <w:rFonts w:ascii="Arial" w:hAnsi="Arial" w:cs="Arial"/>
          <w:sz w:val="20"/>
        </w:rPr>
        <w:t>Accredited certification bodies who are currently accredited to ISO/IEC 27701:2019, and ISO/IEC 27701:2019 in accordance with ISO/IEC TS 27006-2:2021 where applicable, are advised to review the new standards, conduct a gap analysis and establish a transition/migration plan to incorporate the required changes into their management system and certification processes.</w:t>
      </w:r>
      <w:r w:rsidRPr="00977123">
        <w:rPr>
          <w:rFonts w:ascii="Arial" w:hAnsi="Arial" w:cs="Arial"/>
          <w:sz w:val="20"/>
          <w:lang w:val="en-GB"/>
        </w:rPr>
        <w:t> </w:t>
      </w:r>
    </w:p>
    <w:p w14:paraId="3F539679" w14:textId="77777777" w:rsidR="003B64EC" w:rsidRPr="00977123" w:rsidRDefault="003B64EC" w:rsidP="003B64EC">
      <w:pPr>
        <w:pStyle w:val="ListParagraph"/>
        <w:jc w:val="both"/>
        <w:rPr>
          <w:rFonts w:ascii="Arial" w:hAnsi="Arial" w:cs="Arial"/>
          <w:sz w:val="20"/>
          <w:lang w:val="en-GB"/>
        </w:rPr>
      </w:pPr>
    </w:p>
    <w:p w14:paraId="44997D84" w14:textId="77777777" w:rsidR="003B64EC" w:rsidRPr="00977123" w:rsidRDefault="003B64EC" w:rsidP="003B64EC">
      <w:pPr>
        <w:pStyle w:val="ListParagraph"/>
        <w:numPr>
          <w:ilvl w:val="0"/>
          <w:numId w:val="11"/>
        </w:numPr>
        <w:jc w:val="both"/>
        <w:rPr>
          <w:rFonts w:ascii="Arial" w:hAnsi="Arial" w:cs="Arial"/>
          <w:sz w:val="20"/>
          <w:lang w:val="en-GB"/>
        </w:rPr>
      </w:pPr>
      <w:r w:rsidRPr="00977123">
        <w:rPr>
          <w:rFonts w:ascii="Arial" w:hAnsi="Arial" w:cs="Arial"/>
          <w:sz w:val="20"/>
        </w:rPr>
        <w:t>Certification bodies are required to document their gap analysis and transition/migration plan, submitting a copy to UKAS by 31 December 2026 through the UKAS portal. The submission should use the attached template and be supported by relevant documentation, clearly indexed in the documentation table.</w:t>
      </w:r>
      <w:r w:rsidRPr="00977123">
        <w:rPr>
          <w:rFonts w:ascii="Arial" w:hAnsi="Arial" w:cs="Arial"/>
          <w:sz w:val="20"/>
          <w:lang w:val="en-GB"/>
        </w:rPr>
        <w:t> </w:t>
      </w:r>
    </w:p>
    <w:p w14:paraId="680A4D66" w14:textId="77777777" w:rsidR="003B64EC" w:rsidRPr="00977123" w:rsidRDefault="003B64EC" w:rsidP="003B64EC">
      <w:pPr>
        <w:pStyle w:val="ListParagraph"/>
        <w:jc w:val="both"/>
        <w:rPr>
          <w:rFonts w:ascii="Arial" w:hAnsi="Arial" w:cs="Arial"/>
          <w:sz w:val="20"/>
          <w:lang w:val="en-GB"/>
        </w:rPr>
      </w:pPr>
    </w:p>
    <w:p w14:paraId="4F70F9DC" w14:textId="77777777" w:rsidR="003B64EC" w:rsidRPr="00977123" w:rsidRDefault="003B64EC" w:rsidP="003B64EC">
      <w:pPr>
        <w:pStyle w:val="ListParagraph"/>
        <w:numPr>
          <w:ilvl w:val="0"/>
          <w:numId w:val="11"/>
        </w:numPr>
        <w:jc w:val="both"/>
        <w:rPr>
          <w:rFonts w:ascii="Arial" w:hAnsi="Arial" w:cs="Arial"/>
          <w:sz w:val="20"/>
          <w:lang w:val="en-GB"/>
        </w:rPr>
      </w:pPr>
      <w:r w:rsidRPr="00977123">
        <w:rPr>
          <w:rFonts w:ascii="Arial" w:hAnsi="Arial" w:cs="Arial"/>
          <w:sz w:val="20"/>
        </w:rPr>
        <w:t>The UKAS transition/migration process will consist of desktop assessment of the CAB submission, including detailed gap analysis, transition arrangements and evidence of full implementation of the revised requirements of ISO/IEC 27701:2025 and ISO/IEC 27706:2025.</w:t>
      </w:r>
      <w:r w:rsidRPr="00977123">
        <w:rPr>
          <w:rFonts w:ascii="Arial" w:hAnsi="Arial" w:cs="Arial"/>
          <w:sz w:val="20"/>
          <w:lang w:val="en-GB"/>
        </w:rPr>
        <w:t> </w:t>
      </w:r>
    </w:p>
    <w:p w14:paraId="62768E6D" w14:textId="77777777" w:rsidR="003B64EC" w:rsidRPr="00977123" w:rsidRDefault="003B64EC" w:rsidP="003B64EC">
      <w:pPr>
        <w:pStyle w:val="ListParagraph"/>
        <w:jc w:val="both"/>
        <w:rPr>
          <w:rFonts w:ascii="Arial" w:hAnsi="Arial" w:cs="Arial"/>
          <w:sz w:val="20"/>
          <w:lang w:val="en-GB"/>
        </w:rPr>
      </w:pPr>
    </w:p>
    <w:p w14:paraId="3C2E3CA5" w14:textId="77777777" w:rsidR="003B64EC" w:rsidRPr="00977123" w:rsidRDefault="003B64EC" w:rsidP="003B64EC">
      <w:pPr>
        <w:pStyle w:val="ListParagraph"/>
        <w:numPr>
          <w:ilvl w:val="0"/>
          <w:numId w:val="11"/>
        </w:numPr>
        <w:jc w:val="both"/>
        <w:rPr>
          <w:rFonts w:ascii="Arial" w:hAnsi="Arial" w:cs="Arial"/>
          <w:sz w:val="20"/>
          <w:lang w:val="en-GB"/>
        </w:rPr>
      </w:pPr>
      <w:r w:rsidRPr="00977123">
        <w:rPr>
          <w:rFonts w:ascii="Arial" w:hAnsi="Arial" w:cs="Arial"/>
          <w:sz w:val="20"/>
        </w:rPr>
        <w:t>NOTE: Additional time and effort may be required during the transition process, for example for review of the gap analysis or supporting evidence. Any additional time and effort should be quoted in advance of the activity taking place.</w:t>
      </w:r>
      <w:r w:rsidRPr="00977123">
        <w:rPr>
          <w:rFonts w:ascii="Arial" w:hAnsi="Arial" w:cs="Arial"/>
          <w:sz w:val="20"/>
          <w:lang w:val="en-GB"/>
        </w:rPr>
        <w:t> </w:t>
      </w:r>
    </w:p>
    <w:p w14:paraId="02B9501E" w14:textId="77777777" w:rsidR="003B64EC" w:rsidRPr="00977123" w:rsidRDefault="003B64EC" w:rsidP="003B64EC">
      <w:pPr>
        <w:pStyle w:val="ListParagraph"/>
        <w:jc w:val="both"/>
        <w:rPr>
          <w:rFonts w:ascii="Arial" w:hAnsi="Arial" w:cs="Arial"/>
          <w:sz w:val="20"/>
          <w:lang w:val="en-GB"/>
        </w:rPr>
      </w:pPr>
    </w:p>
    <w:p w14:paraId="54D969F8" w14:textId="77777777" w:rsidR="003B64EC" w:rsidRPr="00977123" w:rsidRDefault="003B64EC" w:rsidP="003B64EC">
      <w:pPr>
        <w:pStyle w:val="ListParagraph"/>
        <w:numPr>
          <w:ilvl w:val="0"/>
          <w:numId w:val="11"/>
        </w:numPr>
        <w:jc w:val="both"/>
        <w:rPr>
          <w:rFonts w:ascii="Arial" w:hAnsi="Arial" w:cs="Arial"/>
          <w:sz w:val="20"/>
          <w:lang w:val="en-GB"/>
        </w:rPr>
      </w:pPr>
      <w:r w:rsidRPr="00977123">
        <w:rPr>
          <w:rFonts w:ascii="Arial" w:hAnsi="Arial" w:cs="Arial"/>
          <w:sz w:val="20"/>
        </w:rPr>
        <w:t xml:space="preserve">Mandatory Improvement Actions (IARs) raised against the new standards will need to be </w:t>
      </w:r>
      <w:proofErr w:type="gramStart"/>
      <w:r w:rsidRPr="00977123">
        <w:rPr>
          <w:rFonts w:ascii="Arial" w:hAnsi="Arial" w:cs="Arial"/>
          <w:sz w:val="20"/>
        </w:rPr>
        <w:lastRenderedPageBreak/>
        <w:t>cleared</w:t>
      </w:r>
      <w:proofErr w:type="gramEnd"/>
      <w:r w:rsidRPr="00977123">
        <w:rPr>
          <w:rFonts w:ascii="Arial" w:hAnsi="Arial" w:cs="Arial"/>
          <w:sz w:val="20"/>
        </w:rPr>
        <w:t xml:space="preserve"> prior to the grant of transition/migration. Where verification of the effectiveness of corrective actions is deemed necessary, further assessment activity may be required.</w:t>
      </w:r>
      <w:r w:rsidRPr="00977123">
        <w:rPr>
          <w:rFonts w:ascii="Arial" w:hAnsi="Arial" w:cs="Arial"/>
          <w:sz w:val="20"/>
          <w:lang w:val="en-GB"/>
        </w:rPr>
        <w:t> </w:t>
      </w:r>
    </w:p>
    <w:p w14:paraId="2355D788" w14:textId="77777777" w:rsidR="003B64EC" w:rsidRPr="00977123" w:rsidRDefault="003B64EC" w:rsidP="003B64EC">
      <w:pPr>
        <w:pStyle w:val="ListParagraph"/>
        <w:jc w:val="both"/>
        <w:rPr>
          <w:rFonts w:ascii="Arial" w:hAnsi="Arial" w:cs="Arial"/>
          <w:sz w:val="20"/>
          <w:lang w:val="en-GB"/>
        </w:rPr>
      </w:pPr>
    </w:p>
    <w:p w14:paraId="33C33BBE" w14:textId="77777777" w:rsidR="003B64EC" w:rsidRPr="00977123" w:rsidRDefault="003B64EC" w:rsidP="003B64EC">
      <w:pPr>
        <w:pStyle w:val="ListParagraph"/>
        <w:numPr>
          <w:ilvl w:val="0"/>
          <w:numId w:val="11"/>
        </w:numPr>
        <w:jc w:val="both"/>
        <w:rPr>
          <w:rFonts w:ascii="Arial" w:hAnsi="Arial" w:cs="Arial"/>
          <w:sz w:val="20"/>
          <w:lang w:val="en-GB"/>
        </w:rPr>
      </w:pPr>
      <w:r w:rsidRPr="00977123">
        <w:rPr>
          <w:rFonts w:ascii="Arial" w:hAnsi="Arial" w:cs="Arial"/>
          <w:sz w:val="20"/>
        </w:rPr>
        <w:t>If the accredited body fails to demonstrate conformity with ISO/IEC 27701:2025 and ISO/IEC 27706:2025, or fails to clear mandatory improvement actions before the transition deadline, the relevant accreditation may be suspended and may subsequently be withdrawn if the body fails to address the actions required to complete the transition process.</w:t>
      </w:r>
      <w:r w:rsidRPr="00977123">
        <w:rPr>
          <w:rFonts w:ascii="Arial" w:hAnsi="Arial" w:cs="Arial"/>
          <w:sz w:val="20"/>
          <w:lang w:val="en-GB"/>
        </w:rPr>
        <w:t> </w:t>
      </w:r>
    </w:p>
    <w:p w14:paraId="60999524" w14:textId="77777777" w:rsidR="00DA22A8" w:rsidRPr="00977123" w:rsidRDefault="00DA22A8" w:rsidP="00DA22A8">
      <w:pPr>
        <w:rPr>
          <w:rFonts w:ascii="Arial" w:hAnsi="Arial" w:cs="Arial"/>
          <w:sz w:val="20"/>
          <w:lang w:val="en-GB"/>
        </w:rPr>
      </w:pPr>
    </w:p>
    <w:p w14:paraId="7EFB6A8E" w14:textId="77777777" w:rsidR="00DA22A8" w:rsidRPr="00977123" w:rsidRDefault="00DA22A8" w:rsidP="00DA22A8">
      <w:pPr>
        <w:rPr>
          <w:rFonts w:ascii="Arial" w:hAnsi="Arial" w:cs="Arial"/>
          <w:sz w:val="20"/>
        </w:rPr>
      </w:pPr>
    </w:p>
    <w:p w14:paraId="0E33B9AF" w14:textId="77777777" w:rsidR="00DA22A8" w:rsidRPr="00977123" w:rsidRDefault="00DA22A8" w:rsidP="00DA22A8">
      <w:pPr>
        <w:pStyle w:val="ListParagraph"/>
        <w:numPr>
          <w:ilvl w:val="0"/>
          <w:numId w:val="1"/>
        </w:numPr>
        <w:ind w:hanging="720"/>
        <w:rPr>
          <w:rFonts w:ascii="Arial" w:hAnsi="Arial" w:cs="Arial"/>
          <w:b/>
          <w:sz w:val="20"/>
        </w:rPr>
      </w:pPr>
      <w:r w:rsidRPr="00977123">
        <w:rPr>
          <w:rFonts w:ascii="Arial" w:hAnsi="Arial" w:cs="Arial"/>
          <w:b/>
          <w:sz w:val="20"/>
        </w:rPr>
        <w:t xml:space="preserve">New Applications/Extensions to Scope: </w:t>
      </w:r>
    </w:p>
    <w:p w14:paraId="716717DB" w14:textId="77777777" w:rsidR="00DA22A8" w:rsidRPr="00977123" w:rsidRDefault="00DA22A8" w:rsidP="00DE3FC0">
      <w:pPr>
        <w:jc w:val="both"/>
        <w:rPr>
          <w:rFonts w:ascii="Arial" w:hAnsi="Arial" w:cs="Arial"/>
          <w:sz w:val="20"/>
        </w:rPr>
      </w:pPr>
    </w:p>
    <w:p w14:paraId="7AA3E8A0" w14:textId="77777777" w:rsidR="00DE3FC0" w:rsidRPr="00977123" w:rsidRDefault="00DE3FC0" w:rsidP="00DE3FC0">
      <w:pPr>
        <w:numPr>
          <w:ilvl w:val="0"/>
          <w:numId w:val="14"/>
        </w:numPr>
        <w:jc w:val="both"/>
        <w:rPr>
          <w:rFonts w:ascii="Arial" w:hAnsi="Arial" w:cs="Arial"/>
          <w:sz w:val="20"/>
          <w:lang w:val="en-GB"/>
        </w:rPr>
      </w:pPr>
      <w:r w:rsidRPr="00977123">
        <w:rPr>
          <w:rFonts w:ascii="Arial" w:hAnsi="Arial" w:cs="Arial"/>
          <w:sz w:val="20"/>
        </w:rPr>
        <w:t>All new applications/extensions to scope received after 30 April 2026 shall be assessed against ISO/IEC 27701:2025 and ISO/IEC 27706:2025, as applicable.</w:t>
      </w:r>
      <w:r w:rsidRPr="00977123">
        <w:rPr>
          <w:rFonts w:ascii="Arial" w:hAnsi="Arial" w:cs="Arial"/>
          <w:sz w:val="20"/>
          <w:lang w:val="en-GB"/>
        </w:rPr>
        <w:t> </w:t>
      </w:r>
    </w:p>
    <w:p w14:paraId="37243305" w14:textId="77777777" w:rsidR="00DE3FC0" w:rsidRPr="00977123" w:rsidRDefault="00DE3FC0" w:rsidP="00DE3FC0">
      <w:pPr>
        <w:ind w:left="720"/>
        <w:jc w:val="both"/>
        <w:rPr>
          <w:rFonts w:ascii="Arial" w:hAnsi="Arial" w:cs="Arial"/>
          <w:sz w:val="20"/>
          <w:lang w:val="en-GB"/>
        </w:rPr>
      </w:pPr>
    </w:p>
    <w:p w14:paraId="7D2047CB" w14:textId="77777777" w:rsidR="00DE3FC0" w:rsidRPr="00977123" w:rsidRDefault="00DE3FC0" w:rsidP="00DE3FC0">
      <w:pPr>
        <w:numPr>
          <w:ilvl w:val="0"/>
          <w:numId w:val="14"/>
        </w:numPr>
        <w:jc w:val="both"/>
        <w:rPr>
          <w:rFonts w:ascii="Arial" w:hAnsi="Arial" w:cs="Arial"/>
          <w:sz w:val="20"/>
          <w:lang w:val="en-GB"/>
        </w:rPr>
      </w:pPr>
      <w:r w:rsidRPr="00977123">
        <w:rPr>
          <w:rFonts w:ascii="Arial" w:hAnsi="Arial" w:cs="Arial"/>
          <w:sz w:val="20"/>
        </w:rPr>
        <w:t>For existing applicants, assessments scheduled to take place after 31 July 2026 shall be against ISO/IEC 27701:2025 and ISO/IEC 27706:2025, as applicable.</w:t>
      </w:r>
      <w:r w:rsidRPr="00977123">
        <w:rPr>
          <w:rFonts w:ascii="Arial" w:hAnsi="Arial" w:cs="Arial"/>
          <w:sz w:val="20"/>
          <w:lang w:val="en-GB"/>
        </w:rPr>
        <w:t> </w:t>
      </w:r>
    </w:p>
    <w:p w14:paraId="0B74BFEA" w14:textId="77777777" w:rsidR="00DA22A8" w:rsidRPr="00977123" w:rsidRDefault="00DA22A8" w:rsidP="00DA22A8">
      <w:pPr>
        <w:rPr>
          <w:rFonts w:ascii="Arial" w:hAnsi="Arial" w:cs="Arial"/>
          <w:sz w:val="20"/>
          <w:lang w:val="en-GB"/>
        </w:rPr>
      </w:pPr>
    </w:p>
    <w:p w14:paraId="18F31C2C" w14:textId="1DFE4D7F" w:rsidR="00DA22A8" w:rsidRPr="00977123" w:rsidRDefault="00DA22A8" w:rsidP="00DA22A8">
      <w:pPr>
        <w:pStyle w:val="ListParagraph"/>
        <w:numPr>
          <w:ilvl w:val="0"/>
          <w:numId w:val="1"/>
        </w:numPr>
        <w:ind w:hanging="720"/>
        <w:rPr>
          <w:rFonts w:ascii="Arial" w:hAnsi="Arial" w:cs="Arial"/>
          <w:b/>
          <w:sz w:val="20"/>
        </w:rPr>
      </w:pPr>
      <w:r w:rsidRPr="00977123">
        <w:rPr>
          <w:rFonts w:ascii="Arial" w:hAnsi="Arial" w:cs="Arial"/>
          <w:b/>
          <w:sz w:val="20"/>
        </w:rPr>
        <w:t xml:space="preserve">Validity of </w:t>
      </w:r>
      <w:sdt>
        <w:sdtPr>
          <w:rPr>
            <w:rFonts w:ascii="Arial" w:hAnsi="Arial" w:cs="Arial"/>
            <w:b/>
            <w:sz w:val="20"/>
          </w:rPr>
          <w:id w:val="-576748411"/>
          <w:placeholder>
            <w:docPart w:val="138251BC6B154F6380412FAE9B60DA9F"/>
          </w:placeholder>
        </w:sdtPr>
        <w:sdtEndPr/>
        <w:sdtContent>
          <w:sdt>
            <w:sdtPr>
              <w:rPr>
                <w:rFonts w:ascii="Arial" w:hAnsi="Arial" w:cs="Arial"/>
                <w:b/>
                <w:sz w:val="20"/>
              </w:rPr>
              <w:id w:val="1047644382"/>
              <w:placeholder>
                <w:docPart w:val="A910AFC8A73C4FAC89433AC37EEF9080"/>
              </w:placeholder>
            </w:sdtPr>
            <w:sdtEndPr/>
            <w:sdtContent>
              <w:r w:rsidR="00E910AE" w:rsidRPr="00E910AE">
                <w:rPr>
                  <w:rFonts w:ascii="Arial" w:hAnsi="Arial" w:cs="Arial"/>
                  <w:b/>
                  <w:sz w:val="20"/>
                  <w:lang w:val="en-GB"/>
                </w:rPr>
                <w:t>ISO/IEC 27701:20</w:t>
              </w:r>
              <w:r w:rsidR="0069101D">
                <w:rPr>
                  <w:rFonts w:ascii="Arial" w:hAnsi="Arial" w:cs="Arial"/>
                  <w:b/>
                  <w:sz w:val="20"/>
                  <w:lang w:val="en-GB"/>
                </w:rPr>
                <w:t>19</w:t>
              </w:r>
              <w:r w:rsidR="00E910AE" w:rsidRPr="00E910AE">
                <w:rPr>
                  <w:rFonts w:ascii="Arial" w:hAnsi="Arial" w:cs="Arial"/>
                  <w:b/>
                  <w:sz w:val="20"/>
                  <w:lang w:val="en-GB"/>
                </w:rPr>
                <w:t xml:space="preserve"> and ISO/IEC TS 27006-2:2021</w:t>
              </w:r>
              <w:r w:rsidR="00E910AE">
                <w:rPr>
                  <w:rFonts w:ascii="Arial" w:hAnsi="Arial" w:cs="Arial"/>
                  <w:b/>
                  <w:sz w:val="20"/>
                  <w:lang w:val="en-GB"/>
                </w:rPr>
                <w:t xml:space="preserve">. </w:t>
              </w:r>
            </w:sdtContent>
          </w:sdt>
        </w:sdtContent>
      </w:sdt>
    </w:p>
    <w:p w14:paraId="418C853F" w14:textId="77777777" w:rsidR="00DA22A8" w:rsidRPr="00977123" w:rsidRDefault="00DA22A8" w:rsidP="00DA22A8">
      <w:pPr>
        <w:rPr>
          <w:rFonts w:ascii="Arial" w:hAnsi="Arial" w:cs="Arial"/>
          <w:b/>
          <w:sz w:val="20"/>
        </w:rPr>
      </w:pPr>
    </w:p>
    <w:p w14:paraId="32F69268" w14:textId="4AC668CA" w:rsidR="00DA22A8" w:rsidRPr="00977123" w:rsidRDefault="00DE3FC0" w:rsidP="00DE3FC0">
      <w:pPr>
        <w:ind w:left="720"/>
        <w:jc w:val="both"/>
        <w:rPr>
          <w:rFonts w:ascii="Arial" w:hAnsi="Arial" w:cs="Arial"/>
          <w:sz w:val="20"/>
        </w:rPr>
      </w:pPr>
      <w:r w:rsidRPr="00977123">
        <w:rPr>
          <w:rFonts w:ascii="Arial" w:hAnsi="Arial" w:cs="Arial"/>
          <w:sz w:val="20"/>
        </w:rPr>
        <w:t>ISO/IEC 27701:2019 and ISO/IEC 27701:2019 in accordance with ISO/IEC TS 27006-2:2021 cease to be valid as of 01 November 2028.</w:t>
      </w:r>
    </w:p>
    <w:p w14:paraId="385B6637" w14:textId="77777777" w:rsidR="00DA22A8" w:rsidRPr="00977123" w:rsidRDefault="00DA22A8" w:rsidP="00DA22A8">
      <w:pPr>
        <w:rPr>
          <w:rFonts w:ascii="Arial" w:hAnsi="Arial" w:cs="Arial"/>
          <w:sz w:val="20"/>
        </w:rPr>
      </w:pPr>
    </w:p>
    <w:p w14:paraId="256D1BEE" w14:textId="77777777" w:rsidR="00DA22A8" w:rsidRPr="00977123" w:rsidRDefault="00DA22A8" w:rsidP="00DA22A8">
      <w:pPr>
        <w:pStyle w:val="ListParagraph"/>
        <w:numPr>
          <w:ilvl w:val="0"/>
          <w:numId w:val="1"/>
        </w:numPr>
        <w:ind w:hanging="720"/>
        <w:rPr>
          <w:rFonts w:ascii="Arial" w:hAnsi="Arial" w:cs="Arial"/>
          <w:b/>
          <w:sz w:val="20"/>
        </w:rPr>
      </w:pPr>
      <w:r w:rsidRPr="00977123">
        <w:rPr>
          <w:rFonts w:ascii="Arial" w:hAnsi="Arial" w:cs="Arial"/>
          <w:b/>
          <w:sz w:val="20"/>
        </w:rPr>
        <w:t>Projected Timetable</w:t>
      </w:r>
    </w:p>
    <w:p w14:paraId="65D54C08" w14:textId="77777777" w:rsidR="00DA22A8" w:rsidRPr="00977123" w:rsidRDefault="00DA22A8" w:rsidP="00DA22A8">
      <w:pPr>
        <w:pStyle w:val="ListParagraph"/>
        <w:rPr>
          <w:rFonts w:ascii="Arial" w:hAnsi="Arial" w:cs="Arial"/>
          <w:sz w:val="20"/>
        </w:rPr>
      </w:pPr>
    </w:p>
    <w:p w14:paraId="42D2AF30" w14:textId="654AFFAE" w:rsidR="00DA22A8" w:rsidRPr="00977123" w:rsidRDefault="00B87C5F" w:rsidP="66404898">
      <w:pPr>
        <w:pStyle w:val="ListParagraph"/>
        <w:rPr>
          <w:rStyle w:val="Strong"/>
          <w:rFonts w:ascii="Arial" w:hAnsi="Arial" w:cs="Arial"/>
          <w:b w:val="0"/>
          <w:bCs w:val="0"/>
          <w:color w:val="0F1B24"/>
          <w:sz w:val="20"/>
        </w:rPr>
      </w:pPr>
      <w:r w:rsidRPr="00977123">
        <w:rPr>
          <w:rFonts w:ascii="Arial" w:hAnsi="Arial" w:cs="Arial"/>
          <w:color w:val="0F1B24"/>
          <w:sz w:val="20"/>
        </w:rPr>
        <w:t>The timetable detailed in the Technical Bulletin issued on 18 March 2026 is based on current knowledge </w:t>
      </w:r>
      <w:proofErr w:type="gramStart"/>
      <w:r w:rsidRPr="00977123">
        <w:rPr>
          <w:rFonts w:ascii="Arial" w:hAnsi="Arial" w:cs="Arial"/>
          <w:color w:val="0F1B24"/>
          <w:sz w:val="20"/>
        </w:rPr>
        <w:t>with regard to</w:t>
      </w:r>
      <w:proofErr w:type="gramEnd"/>
      <w:r w:rsidRPr="00977123">
        <w:rPr>
          <w:rFonts w:ascii="Arial" w:hAnsi="Arial" w:cs="Arial"/>
          <w:color w:val="0F1B24"/>
          <w:sz w:val="20"/>
        </w:rPr>
        <w:t> the issue status of ISO/IEC 27701:2025 and ISO/IEC 27706:2025. Should dates or actions change, UKAS will provide updates via Technical Bulletins posted on the UKAS website. </w:t>
      </w:r>
      <w:r w:rsidR="00DA22A8" w:rsidRPr="00977123">
        <w:rPr>
          <w:rStyle w:val="Strong"/>
          <w:rFonts w:ascii="Arial" w:hAnsi="Arial" w:cs="Arial"/>
          <w:b w:val="0"/>
          <w:bCs w:val="0"/>
          <w:color w:val="0F1B24"/>
          <w:sz w:val="20"/>
        </w:rPr>
        <w:t xml:space="preserve">Technical Bulletins posted on the UKAS website </w:t>
      </w:r>
      <w:hyperlink r:id="rId12">
        <w:r w:rsidR="00DA22A8" w:rsidRPr="00ED0F7C">
          <w:rPr>
            <w:rStyle w:val="Hyperlink"/>
            <w:rFonts w:ascii="Arial" w:hAnsi="Arial" w:cs="Arial"/>
            <w:color w:val="330072"/>
            <w:sz w:val="20"/>
            <w:u w:color="2AD2C9"/>
          </w:rPr>
          <w:t>www.ukas.com</w:t>
        </w:r>
      </w:hyperlink>
      <w:r w:rsidR="00ED0F7C">
        <w:rPr>
          <w:rStyle w:val="Strong"/>
          <w:rFonts w:ascii="Arial" w:hAnsi="Arial" w:cs="Arial"/>
          <w:b w:val="0"/>
          <w:bCs w:val="0"/>
          <w:color w:val="0F1B24"/>
          <w:sz w:val="20"/>
        </w:rPr>
        <w:t>.</w:t>
      </w:r>
    </w:p>
    <w:p w14:paraId="582D3B9B" w14:textId="77777777" w:rsidR="00380F51" w:rsidRPr="00977123" w:rsidRDefault="00380F51" w:rsidP="00DA22A8">
      <w:pPr>
        <w:pStyle w:val="ListParagraph"/>
        <w:rPr>
          <w:rStyle w:val="Strong"/>
          <w:rFonts w:ascii="Arial" w:hAnsi="Arial" w:cs="Arial"/>
          <w:b w:val="0"/>
          <w:color w:val="0F1B24"/>
          <w:sz w:val="20"/>
          <w:lang w:val="en"/>
        </w:rPr>
      </w:pPr>
    </w:p>
    <w:p w14:paraId="1070B70D" w14:textId="77777777" w:rsidR="00380F51" w:rsidRPr="00977123" w:rsidRDefault="00380F51" w:rsidP="00DA22A8">
      <w:pPr>
        <w:pStyle w:val="ListParagraph"/>
        <w:rPr>
          <w:rFonts w:ascii="Arial" w:hAnsi="Arial" w:cs="Arial"/>
          <w:b/>
          <w:sz w:val="20"/>
        </w:rPr>
      </w:pPr>
    </w:p>
    <w:p w14:paraId="2797ADF0" w14:textId="77777777" w:rsidR="00DA22A8" w:rsidRPr="00977123" w:rsidRDefault="00DA22A8" w:rsidP="00DA22A8">
      <w:pPr>
        <w:rPr>
          <w:rFonts w:ascii="Arial" w:hAnsi="Arial" w:cs="Arial"/>
          <w:sz w:val="20"/>
        </w:rPr>
      </w:pPr>
    </w:p>
    <w:p w14:paraId="00F8A071" w14:textId="77777777" w:rsidR="00935B86" w:rsidRPr="00977123" w:rsidRDefault="00935B86" w:rsidP="00935B86">
      <w:pPr>
        <w:rPr>
          <w:rFonts w:ascii="Arial" w:hAnsi="Arial" w:cs="Arial"/>
          <w:b/>
          <w:sz w:val="20"/>
        </w:rPr>
      </w:pPr>
    </w:p>
    <w:p w14:paraId="5D2FB0C4" w14:textId="77777777" w:rsidR="00CC6007" w:rsidRPr="00977123" w:rsidRDefault="00CC6007" w:rsidP="00CC6007">
      <w:pPr>
        <w:rPr>
          <w:rFonts w:ascii="Arial" w:hAnsi="Arial" w:cs="Arial"/>
          <w:sz w:val="20"/>
        </w:rPr>
      </w:pPr>
    </w:p>
    <w:p w14:paraId="099D455F" w14:textId="77777777" w:rsidR="00CC6007" w:rsidRPr="00977123" w:rsidRDefault="00CC6007" w:rsidP="00CC6007">
      <w:pPr>
        <w:rPr>
          <w:rFonts w:ascii="Arial" w:hAnsi="Arial" w:cs="Arial"/>
          <w:sz w:val="20"/>
        </w:rPr>
      </w:pPr>
    </w:p>
    <w:p w14:paraId="717AF73E" w14:textId="77777777" w:rsidR="00712038" w:rsidRPr="00977123" w:rsidRDefault="00712038" w:rsidP="00CC6007">
      <w:pPr>
        <w:rPr>
          <w:rFonts w:ascii="Arial" w:hAnsi="Arial" w:cs="Arial"/>
          <w:sz w:val="20"/>
        </w:rPr>
        <w:sectPr w:rsidR="00712038" w:rsidRPr="00977123" w:rsidSect="00ED0F7C">
          <w:footerReference w:type="default" r:id="rId13"/>
          <w:pgSz w:w="11906" w:h="16838"/>
          <w:pgMar w:top="851" w:right="1440" w:bottom="1440" w:left="1440" w:header="708" w:footer="337" w:gutter="0"/>
          <w:cols w:space="708"/>
          <w:docGrid w:linePitch="360"/>
        </w:sectPr>
      </w:pPr>
    </w:p>
    <w:p w14:paraId="156C0C66" w14:textId="77777777" w:rsidR="00CC6007" w:rsidRPr="00977123" w:rsidRDefault="00CC6007" w:rsidP="00E713E9">
      <w:pPr>
        <w:ind w:left="-851"/>
        <w:rPr>
          <w:rFonts w:ascii="Arial" w:hAnsi="Arial" w:cs="Arial"/>
          <w:sz w:val="20"/>
        </w:rPr>
      </w:pPr>
    </w:p>
    <w:p w14:paraId="0407F505" w14:textId="77777777" w:rsidR="006F1946" w:rsidRPr="00977123" w:rsidRDefault="006F1946" w:rsidP="006F1946">
      <w:pPr>
        <w:jc w:val="center"/>
        <w:rPr>
          <w:rFonts w:ascii="Arial" w:hAnsi="Arial" w:cs="Arial"/>
          <w:b/>
          <w:sz w:val="20"/>
          <w:u w:val="single"/>
          <w:lang w:val="en-GB"/>
        </w:rPr>
      </w:pPr>
      <w:r w:rsidRPr="00977123">
        <w:rPr>
          <w:rFonts w:ascii="Arial" w:hAnsi="Arial" w:cs="Arial"/>
          <w:b/>
          <w:sz w:val="20"/>
          <w:u w:val="single"/>
          <w:lang w:val="en-GB"/>
        </w:rPr>
        <w:t>Instructions for Using the Template</w:t>
      </w:r>
    </w:p>
    <w:p w14:paraId="404F7B7C" w14:textId="77777777" w:rsidR="006F1946" w:rsidRPr="00977123" w:rsidRDefault="006F1946" w:rsidP="006F1946">
      <w:pPr>
        <w:rPr>
          <w:rFonts w:ascii="Arial" w:hAnsi="Arial" w:cs="Arial"/>
          <w:b/>
          <w:sz w:val="20"/>
          <w:lang w:val="en-GB"/>
        </w:rPr>
      </w:pPr>
    </w:p>
    <w:p w14:paraId="621AE81A" w14:textId="77777777" w:rsidR="00B87C5F" w:rsidRPr="00977123" w:rsidRDefault="00B87C5F" w:rsidP="00B87C5F">
      <w:pPr>
        <w:tabs>
          <w:tab w:val="left" w:pos="7836"/>
        </w:tabs>
        <w:jc w:val="both"/>
        <w:rPr>
          <w:rFonts w:ascii="Arial" w:hAnsi="Arial" w:cs="Arial"/>
          <w:b/>
          <w:bCs/>
          <w:sz w:val="20"/>
          <w:lang w:val="en-GB"/>
        </w:rPr>
      </w:pPr>
      <w:r w:rsidRPr="00977123">
        <w:rPr>
          <w:rFonts w:ascii="Arial" w:hAnsi="Arial" w:cs="Arial"/>
          <w:b/>
          <w:bCs/>
          <w:sz w:val="20"/>
        </w:rPr>
        <w:t>For Certification Bodies</w:t>
      </w:r>
      <w:r w:rsidRPr="00977123">
        <w:rPr>
          <w:rFonts w:ascii="Arial" w:hAnsi="Arial" w:cs="Arial"/>
          <w:b/>
          <w:bCs/>
          <w:sz w:val="20"/>
          <w:lang w:val="en-GB"/>
        </w:rPr>
        <w:t> </w:t>
      </w:r>
    </w:p>
    <w:p w14:paraId="51DC3E7B" w14:textId="77777777" w:rsidR="00B87C5F" w:rsidRPr="00977123" w:rsidRDefault="00B87C5F" w:rsidP="00B87C5F">
      <w:pPr>
        <w:tabs>
          <w:tab w:val="left" w:pos="7836"/>
        </w:tabs>
        <w:jc w:val="both"/>
        <w:rPr>
          <w:rFonts w:ascii="Arial" w:hAnsi="Arial" w:cs="Arial"/>
          <w:b/>
          <w:bCs/>
          <w:sz w:val="20"/>
          <w:lang w:val="en-GB"/>
        </w:rPr>
      </w:pPr>
    </w:p>
    <w:p w14:paraId="3D4727BB" w14:textId="77777777" w:rsidR="00B87C5F" w:rsidRPr="00977123" w:rsidRDefault="00B87C5F" w:rsidP="00B87C5F">
      <w:pPr>
        <w:tabs>
          <w:tab w:val="left" w:pos="7836"/>
        </w:tabs>
        <w:jc w:val="both"/>
        <w:rPr>
          <w:rFonts w:ascii="Arial" w:hAnsi="Arial" w:cs="Arial"/>
          <w:bCs/>
          <w:sz w:val="20"/>
          <w:lang w:val="en-GB"/>
        </w:rPr>
      </w:pPr>
      <w:r w:rsidRPr="00977123">
        <w:rPr>
          <w:rFonts w:ascii="Arial" w:hAnsi="Arial" w:cs="Arial"/>
          <w:bCs/>
          <w:sz w:val="20"/>
        </w:rPr>
        <w:t>This template identifies the clauses of ISO/IEC 27701:2025 and ISO/IEC 27706:2025 and provides UKAS’ opinion on the broad extent of any changes in requirements from ISO/IEC 27701:2019 and ISO/IEC TS 27006-2:2021 respectively. Details of the actual changes are not provided. Certification bodies will need to use this template in conjunction with copies of the relevant standards.</w:t>
      </w:r>
      <w:r w:rsidRPr="00977123">
        <w:rPr>
          <w:rFonts w:ascii="Arial" w:hAnsi="Arial" w:cs="Arial"/>
          <w:bCs/>
          <w:sz w:val="20"/>
          <w:lang w:val="en-GB"/>
        </w:rPr>
        <w:t> </w:t>
      </w:r>
    </w:p>
    <w:p w14:paraId="3F72D33A" w14:textId="77777777" w:rsidR="00B87C5F" w:rsidRPr="00977123" w:rsidRDefault="00B87C5F" w:rsidP="00B87C5F">
      <w:pPr>
        <w:tabs>
          <w:tab w:val="left" w:pos="7836"/>
        </w:tabs>
        <w:jc w:val="both"/>
        <w:rPr>
          <w:rFonts w:ascii="Arial" w:hAnsi="Arial" w:cs="Arial"/>
          <w:bCs/>
          <w:sz w:val="20"/>
          <w:lang w:val="en-GB"/>
        </w:rPr>
      </w:pPr>
    </w:p>
    <w:p w14:paraId="6DCBF531" w14:textId="77777777" w:rsidR="00B87C5F" w:rsidRPr="00977123" w:rsidRDefault="00B87C5F" w:rsidP="00B87C5F">
      <w:pPr>
        <w:tabs>
          <w:tab w:val="left" w:pos="7836"/>
        </w:tabs>
        <w:jc w:val="both"/>
        <w:rPr>
          <w:rFonts w:ascii="Arial" w:hAnsi="Arial" w:cs="Arial"/>
          <w:bCs/>
          <w:sz w:val="20"/>
          <w:lang w:val="en-GB"/>
        </w:rPr>
      </w:pPr>
      <w:r w:rsidRPr="00977123">
        <w:rPr>
          <w:rFonts w:ascii="Arial" w:hAnsi="Arial" w:cs="Arial"/>
          <w:bCs/>
          <w:sz w:val="20"/>
        </w:rPr>
        <w:t>It is the responsibility of the certification body to identify the changes between the standards, determine the impact of these on its systems and certification processes, and implement any required alterations. Details of alterations made should be recorded in this template and supported by documentation demonstrating how new or changed requirements are met.</w:t>
      </w:r>
      <w:r w:rsidRPr="00977123">
        <w:rPr>
          <w:rFonts w:ascii="Arial" w:hAnsi="Arial" w:cs="Arial"/>
          <w:bCs/>
          <w:sz w:val="20"/>
          <w:lang w:val="en-GB"/>
        </w:rPr>
        <w:t> </w:t>
      </w:r>
    </w:p>
    <w:p w14:paraId="277094B3" w14:textId="77777777" w:rsidR="00B87C5F" w:rsidRPr="00977123" w:rsidRDefault="00B87C5F" w:rsidP="00B87C5F">
      <w:pPr>
        <w:tabs>
          <w:tab w:val="left" w:pos="7836"/>
        </w:tabs>
        <w:jc w:val="both"/>
        <w:rPr>
          <w:rFonts w:ascii="Arial" w:hAnsi="Arial" w:cs="Arial"/>
          <w:bCs/>
          <w:sz w:val="20"/>
          <w:lang w:val="en-GB"/>
        </w:rPr>
      </w:pPr>
    </w:p>
    <w:p w14:paraId="448A44D9" w14:textId="77777777" w:rsidR="00B87C5F" w:rsidRPr="00977123" w:rsidRDefault="00B87C5F" w:rsidP="00B87C5F">
      <w:pPr>
        <w:tabs>
          <w:tab w:val="left" w:pos="7836"/>
        </w:tabs>
        <w:jc w:val="both"/>
        <w:rPr>
          <w:rFonts w:ascii="Arial" w:hAnsi="Arial" w:cs="Arial"/>
          <w:bCs/>
          <w:sz w:val="20"/>
          <w:lang w:val="en-GB"/>
        </w:rPr>
      </w:pPr>
      <w:r w:rsidRPr="00977123">
        <w:rPr>
          <w:rFonts w:ascii="Arial" w:hAnsi="Arial" w:cs="Arial"/>
          <w:bCs/>
          <w:sz w:val="20"/>
        </w:rPr>
        <w:t>The information provided to UKAS should be more than a reference to a documented procedure. It should explain what has changed, what actions have been taken, and what evidence demonstrates implementation.</w:t>
      </w:r>
      <w:r w:rsidRPr="00977123">
        <w:rPr>
          <w:rFonts w:ascii="Arial" w:hAnsi="Arial" w:cs="Arial"/>
          <w:bCs/>
          <w:sz w:val="20"/>
          <w:lang w:val="en-GB"/>
        </w:rPr>
        <w:t> </w:t>
      </w:r>
    </w:p>
    <w:p w14:paraId="100E3C0F" w14:textId="77777777" w:rsidR="006F1946" w:rsidRPr="00977123" w:rsidRDefault="006F1946" w:rsidP="006F1946">
      <w:pPr>
        <w:tabs>
          <w:tab w:val="left" w:pos="7836"/>
        </w:tabs>
        <w:jc w:val="both"/>
        <w:rPr>
          <w:rFonts w:ascii="Arial" w:hAnsi="Arial" w:cs="Arial"/>
          <w:sz w:val="20"/>
          <w:lang w:val="en-GB"/>
        </w:rPr>
      </w:pPr>
    </w:p>
    <w:tbl>
      <w:tblPr>
        <w:tblStyle w:val="TableGrid"/>
        <w:tblW w:w="4928" w:type="pct"/>
        <w:tblInd w:w="137" w:type="dxa"/>
        <w:tblLayout w:type="fixed"/>
        <w:tblLook w:val="04A0" w:firstRow="1" w:lastRow="0" w:firstColumn="1" w:lastColumn="0" w:noHBand="0" w:noVBand="1"/>
      </w:tblPr>
      <w:tblGrid>
        <w:gridCol w:w="852"/>
        <w:gridCol w:w="1984"/>
        <w:gridCol w:w="1134"/>
        <w:gridCol w:w="1841"/>
        <w:gridCol w:w="1277"/>
        <w:gridCol w:w="4535"/>
        <w:gridCol w:w="3543"/>
      </w:tblGrid>
      <w:tr w:rsidR="006F1946" w:rsidRPr="00977123" w14:paraId="11A3710A" w14:textId="77777777" w:rsidTr="00ED0F7C">
        <w:trPr>
          <w:trHeight w:val="575"/>
          <w:tblHeader/>
        </w:trPr>
        <w:tc>
          <w:tcPr>
            <w:tcW w:w="935" w:type="pct"/>
            <w:gridSpan w:val="2"/>
            <w:tcBorders>
              <w:bottom w:val="single" w:sz="4" w:space="0" w:color="auto"/>
            </w:tcBorders>
            <w:shd w:val="clear" w:color="auto" w:fill="330072"/>
            <w:vAlign w:val="center"/>
          </w:tcPr>
          <w:p w14:paraId="0D22BCD5" w14:textId="722FA0E0" w:rsidR="006F1946" w:rsidRPr="00977123" w:rsidRDefault="006F1946" w:rsidP="00597CAC">
            <w:pPr>
              <w:jc w:val="center"/>
              <w:rPr>
                <w:rFonts w:ascii="Arial" w:hAnsi="Arial" w:cs="Arial"/>
                <w:b/>
                <w:color w:val="FFFFFF" w:themeColor="background1"/>
                <w:sz w:val="20"/>
                <w:lang w:val="en-GB"/>
              </w:rPr>
            </w:pPr>
            <w:r w:rsidRPr="00977123">
              <w:rPr>
                <w:rFonts w:ascii="Arial" w:hAnsi="Arial" w:cs="Arial"/>
                <w:b/>
                <w:color w:val="FFFFFF" w:themeColor="background1"/>
                <w:sz w:val="20"/>
                <w:lang w:val="en-GB"/>
              </w:rPr>
              <w:t>ISO</w:t>
            </w:r>
            <w:r w:rsidR="00A15453" w:rsidRPr="00977123">
              <w:rPr>
                <w:rFonts w:ascii="Arial" w:hAnsi="Arial" w:cs="Arial"/>
                <w:b/>
                <w:color w:val="FFFFFF" w:themeColor="background1"/>
                <w:sz w:val="20"/>
                <w:lang w:val="en-GB"/>
              </w:rPr>
              <w:t xml:space="preserve">/IEC </w:t>
            </w:r>
            <w:r w:rsidR="00AB6FE7" w:rsidRPr="00977123">
              <w:rPr>
                <w:rFonts w:ascii="Arial" w:hAnsi="Arial" w:cs="Arial"/>
                <w:b/>
                <w:color w:val="FFFFFF" w:themeColor="background1"/>
                <w:sz w:val="20"/>
                <w:lang w:val="en-GB"/>
              </w:rPr>
              <w:t>27701</w:t>
            </w:r>
            <w:r w:rsidR="00BD2841" w:rsidRPr="00977123">
              <w:rPr>
                <w:rFonts w:ascii="Arial" w:hAnsi="Arial" w:cs="Arial"/>
                <w:b/>
                <w:color w:val="FFFFFF" w:themeColor="background1"/>
                <w:sz w:val="20"/>
                <w:lang w:val="en-GB"/>
              </w:rPr>
              <w:t>:2019</w:t>
            </w:r>
          </w:p>
        </w:tc>
        <w:tc>
          <w:tcPr>
            <w:tcW w:w="981" w:type="pct"/>
            <w:gridSpan w:val="2"/>
            <w:tcBorders>
              <w:bottom w:val="single" w:sz="4" w:space="0" w:color="auto"/>
            </w:tcBorders>
            <w:shd w:val="clear" w:color="auto" w:fill="330072"/>
            <w:vAlign w:val="center"/>
          </w:tcPr>
          <w:p w14:paraId="08B2DF65" w14:textId="77C65242" w:rsidR="006F1946" w:rsidRPr="00977123" w:rsidRDefault="006F1946" w:rsidP="00597CAC">
            <w:pPr>
              <w:jc w:val="center"/>
              <w:rPr>
                <w:rFonts w:ascii="Arial" w:hAnsi="Arial" w:cs="Arial"/>
                <w:b/>
                <w:color w:val="FFFFFF" w:themeColor="background1"/>
                <w:sz w:val="20"/>
                <w:lang w:val="en-GB"/>
              </w:rPr>
            </w:pPr>
            <w:r w:rsidRPr="00977123">
              <w:rPr>
                <w:rFonts w:ascii="Arial" w:hAnsi="Arial" w:cs="Arial"/>
                <w:b/>
                <w:color w:val="FFFFFF" w:themeColor="background1"/>
                <w:sz w:val="20"/>
                <w:lang w:val="en-GB"/>
              </w:rPr>
              <w:t>ISO</w:t>
            </w:r>
            <w:r w:rsidR="00A15453" w:rsidRPr="00977123">
              <w:rPr>
                <w:rFonts w:ascii="Arial" w:hAnsi="Arial" w:cs="Arial"/>
                <w:b/>
                <w:color w:val="FFFFFF" w:themeColor="background1"/>
                <w:sz w:val="20"/>
                <w:lang w:val="en-GB"/>
              </w:rPr>
              <w:t xml:space="preserve">/IEC </w:t>
            </w:r>
            <w:r w:rsidR="00BD2841" w:rsidRPr="00977123">
              <w:rPr>
                <w:rFonts w:ascii="Arial" w:hAnsi="Arial" w:cs="Arial"/>
                <w:b/>
                <w:color w:val="FFFFFF" w:themeColor="background1"/>
                <w:sz w:val="20"/>
                <w:lang w:val="en-GB"/>
              </w:rPr>
              <w:t>27701:2025</w:t>
            </w:r>
          </w:p>
        </w:tc>
        <w:tc>
          <w:tcPr>
            <w:tcW w:w="421" w:type="pct"/>
            <w:vMerge w:val="restart"/>
            <w:shd w:val="clear" w:color="auto" w:fill="330072"/>
            <w:vAlign w:val="center"/>
          </w:tcPr>
          <w:p w14:paraId="5130D904" w14:textId="77777777" w:rsidR="006F1946" w:rsidRPr="00977123" w:rsidRDefault="006F1946" w:rsidP="00597CAC">
            <w:pPr>
              <w:jc w:val="center"/>
              <w:rPr>
                <w:rFonts w:ascii="Arial" w:hAnsi="Arial" w:cs="Arial"/>
                <w:b/>
                <w:color w:val="FFFFFF" w:themeColor="background1"/>
                <w:sz w:val="20"/>
                <w:lang w:val="en-GB"/>
              </w:rPr>
            </w:pPr>
            <w:r w:rsidRPr="00977123">
              <w:rPr>
                <w:rFonts w:ascii="Arial" w:hAnsi="Arial" w:cs="Arial"/>
                <w:b/>
                <w:color w:val="FFFFFF" w:themeColor="background1"/>
                <w:sz w:val="20"/>
                <w:lang w:val="en-GB"/>
              </w:rPr>
              <w:t>EXTENT OF CHANGE</w:t>
            </w:r>
          </w:p>
        </w:tc>
        <w:tc>
          <w:tcPr>
            <w:tcW w:w="1495" w:type="pct"/>
            <w:shd w:val="clear" w:color="auto" w:fill="2AD2C9"/>
            <w:vAlign w:val="center"/>
          </w:tcPr>
          <w:p w14:paraId="5A02588D" w14:textId="3258B9D2" w:rsidR="006F1946" w:rsidRPr="00977123" w:rsidRDefault="006F1946" w:rsidP="00597CAC">
            <w:pPr>
              <w:jc w:val="center"/>
              <w:rPr>
                <w:rFonts w:ascii="Arial" w:hAnsi="Arial" w:cs="Arial"/>
                <w:b/>
                <w:sz w:val="20"/>
                <w:lang w:val="en-GB"/>
              </w:rPr>
            </w:pPr>
            <w:r w:rsidRPr="00977123">
              <w:rPr>
                <w:rFonts w:ascii="Arial" w:hAnsi="Arial" w:cs="Arial"/>
                <w:b/>
                <w:sz w:val="20"/>
                <w:lang w:val="en-GB"/>
              </w:rPr>
              <w:t xml:space="preserve">TO BE COMPLETED BY </w:t>
            </w:r>
            <w:r w:rsidR="005A7FF5">
              <w:rPr>
                <w:rFonts w:ascii="Arial" w:hAnsi="Arial" w:cs="Arial"/>
                <w:b/>
                <w:sz w:val="20"/>
                <w:lang w:val="en-GB"/>
              </w:rPr>
              <w:t>CERTIFICATION BODY</w:t>
            </w:r>
          </w:p>
        </w:tc>
        <w:tc>
          <w:tcPr>
            <w:tcW w:w="1168" w:type="pct"/>
            <w:shd w:val="clear" w:color="auto" w:fill="F2F2F2" w:themeFill="background1" w:themeFillShade="F2"/>
            <w:vAlign w:val="center"/>
          </w:tcPr>
          <w:p w14:paraId="270BFADB" w14:textId="77777777" w:rsidR="006F1946" w:rsidRPr="00977123" w:rsidRDefault="006F1946" w:rsidP="00597CAC">
            <w:pPr>
              <w:jc w:val="center"/>
              <w:rPr>
                <w:rFonts w:ascii="Arial" w:hAnsi="Arial" w:cs="Arial"/>
                <w:b/>
                <w:color w:val="FFFFFF" w:themeColor="background1"/>
                <w:sz w:val="20"/>
                <w:lang w:val="en-GB"/>
              </w:rPr>
            </w:pPr>
            <w:r w:rsidRPr="00ED0F7C">
              <w:rPr>
                <w:rFonts w:ascii="Arial" w:hAnsi="Arial" w:cs="Arial"/>
                <w:b/>
                <w:color w:val="330072"/>
                <w:sz w:val="20"/>
                <w:lang w:val="en-GB"/>
              </w:rPr>
              <w:t>TO BE COMPLETED BY UKAS ASSESSORS</w:t>
            </w:r>
          </w:p>
        </w:tc>
      </w:tr>
      <w:tr w:rsidR="006F1946" w:rsidRPr="00977123" w14:paraId="54510D89" w14:textId="77777777" w:rsidTr="00ED0F7C">
        <w:trPr>
          <w:trHeight w:val="595"/>
          <w:tblHeader/>
        </w:trPr>
        <w:tc>
          <w:tcPr>
            <w:tcW w:w="935" w:type="pct"/>
            <w:gridSpan w:val="2"/>
            <w:tcBorders>
              <w:bottom w:val="single" w:sz="4" w:space="0" w:color="auto"/>
            </w:tcBorders>
            <w:shd w:val="clear" w:color="auto" w:fill="330072"/>
            <w:vAlign w:val="center"/>
          </w:tcPr>
          <w:p w14:paraId="46343911" w14:textId="30DB7082" w:rsidR="006F1946" w:rsidRPr="00977123" w:rsidRDefault="006F1946" w:rsidP="00597CAC">
            <w:pPr>
              <w:jc w:val="center"/>
              <w:rPr>
                <w:rFonts w:ascii="Arial" w:hAnsi="Arial" w:cs="Arial"/>
                <w:b/>
                <w:color w:val="FFFFFF" w:themeColor="background1"/>
                <w:sz w:val="20"/>
                <w:lang w:val="en-GB"/>
              </w:rPr>
            </w:pPr>
            <w:r w:rsidRPr="00977123">
              <w:rPr>
                <w:rFonts w:ascii="Arial" w:hAnsi="Arial" w:cs="Arial"/>
                <w:b/>
                <w:color w:val="FFFFFF" w:themeColor="background1"/>
                <w:sz w:val="20"/>
                <w:lang w:val="en-GB"/>
              </w:rPr>
              <w:t>CLAUSE</w:t>
            </w:r>
            <w:r w:rsidR="005A7FF5">
              <w:rPr>
                <w:rFonts w:ascii="Arial" w:hAnsi="Arial" w:cs="Arial"/>
                <w:b/>
                <w:color w:val="FFFFFF" w:themeColor="background1"/>
                <w:sz w:val="20"/>
                <w:lang w:val="en-GB"/>
              </w:rPr>
              <w:t xml:space="preserve"> </w:t>
            </w:r>
          </w:p>
        </w:tc>
        <w:tc>
          <w:tcPr>
            <w:tcW w:w="981" w:type="pct"/>
            <w:gridSpan w:val="2"/>
            <w:tcBorders>
              <w:bottom w:val="single" w:sz="4" w:space="0" w:color="auto"/>
            </w:tcBorders>
            <w:shd w:val="clear" w:color="auto" w:fill="330072"/>
            <w:vAlign w:val="center"/>
          </w:tcPr>
          <w:p w14:paraId="5C7E1000" w14:textId="77777777" w:rsidR="006F1946" w:rsidRPr="00977123" w:rsidRDefault="006F1946" w:rsidP="00597CAC">
            <w:pPr>
              <w:jc w:val="center"/>
              <w:rPr>
                <w:rFonts w:ascii="Arial" w:hAnsi="Arial" w:cs="Arial"/>
                <w:b/>
                <w:color w:val="FFFFFF" w:themeColor="background1"/>
                <w:sz w:val="20"/>
                <w:lang w:val="en-GB"/>
              </w:rPr>
            </w:pPr>
            <w:r w:rsidRPr="00977123">
              <w:rPr>
                <w:rFonts w:ascii="Arial" w:hAnsi="Arial" w:cs="Arial"/>
                <w:b/>
                <w:color w:val="FFFFFF" w:themeColor="background1"/>
                <w:sz w:val="20"/>
                <w:lang w:val="en-GB"/>
              </w:rPr>
              <w:t>RELATED CLAUSE(S)</w:t>
            </w:r>
          </w:p>
        </w:tc>
        <w:tc>
          <w:tcPr>
            <w:tcW w:w="421" w:type="pct"/>
            <w:vMerge/>
            <w:tcBorders>
              <w:bottom w:val="single" w:sz="4" w:space="0" w:color="auto"/>
            </w:tcBorders>
            <w:shd w:val="clear" w:color="auto" w:fill="330072"/>
          </w:tcPr>
          <w:p w14:paraId="6B38AD22" w14:textId="77777777" w:rsidR="006F1946" w:rsidRPr="00977123" w:rsidRDefault="006F1946" w:rsidP="00597CAC">
            <w:pPr>
              <w:jc w:val="center"/>
              <w:rPr>
                <w:rFonts w:ascii="Arial" w:hAnsi="Arial" w:cs="Arial"/>
                <w:b/>
                <w:color w:val="FFFFFF" w:themeColor="background1"/>
                <w:sz w:val="20"/>
                <w:lang w:val="en-GB"/>
              </w:rPr>
            </w:pPr>
          </w:p>
        </w:tc>
        <w:tc>
          <w:tcPr>
            <w:tcW w:w="1495" w:type="pct"/>
            <w:tcBorders>
              <w:bottom w:val="single" w:sz="4" w:space="0" w:color="auto"/>
            </w:tcBorders>
            <w:shd w:val="clear" w:color="auto" w:fill="330072"/>
            <w:vAlign w:val="center"/>
          </w:tcPr>
          <w:p w14:paraId="7856E915" w14:textId="77777777" w:rsidR="006F1946" w:rsidRPr="00977123" w:rsidRDefault="006F1946" w:rsidP="00597CAC">
            <w:pPr>
              <w:jc w:val="center"/>
              <w:rPr>
                <w:rFonts w:ascii="Arial" w:hAnsi="Arial" w:cs="Arial"/>
                <w:b/>
                <w:color w:val="FFFFFF" w:themeColor="background1"/>
                <w:sz w:val="20"/>
                <w:lang w:val="en-GB"/>
              </w:rPr>
            </w:pPr>
            <w:r w:rsidRPr="00977123">
              <w:rPr>
                <w:rFonts w:ascii="Arial" w:hAnsi="Arial" w:cs="Arial"/>
                <w:b/>
                <w:color w:val="FFFFFF" w:themeColor="background1"/>
                <w:sz w:val="20"/>
                <w:lang w:val="en-GB"/>
              </w:rPr>
              <w:t>CHANGES MADE &amp; DOCUMENTATION SUPPLIED</w:t>
            </w:r>
          </w:p>
        </w:tc>
        <w:tc>
          <w:tcPr>
            <w:tcW w:w="1168" w:type="pct"/>
            <w:tcBorders>
              <w:bottom w:val="single" w:sz="4" w:space="0" w:color="auto"/>
            </w:tcBorders>
            <w:shd w:val="clear" w:color="auto" w:fill="330072"/>
            <w:vAlign w:val="center"/>
          </w:tcPr>
          <w:p w14:paraId="3938D506" w14:textId="77777777" w:rsidR="006F1946" w:rsidRPr="00ED0F7C" w:rsidRDefault="006F1946" w:rsidP="00597CAC">
            <w:pPr>
              <w:jc w:val="center"/>
              <w:rPr>
                <w:rFonts w:ascii="Arial" w:hAnsi="Arial" w:cs="Arial"/>
                <w:b/>
                <w:color w:val="FFFFFF" w:themeColor="background1"/>
                <w:sz w:val="20"/>
                <w:lang w:val="en-GB"/>
              </w:rPr>
            </w:pPr>
            <w:r w:rsidRPr="00ED0F7C">
              <w:rPr>
                <w:rFonts w:ascii="Arial" w:hAnsi="Arial" w:cs="Arial"/>
                <w:b/>
                <w:color w:val="FFFFFF" w:themeColor="background1"/>
                <w:sz w:val="20"/>
                <w:lang w:val="en-GB"/>
              </w:rPr>
              <w:t>COMMENTS ON COMPLIANCE &amp; REF TO FINDINGS</w:t>
            </w:r>
          </w:p>
        </w:tc>
      </w:tr>
      <w:tr w:rsidR="00C778E0" w:rsidRPr="00977123" w14:paraId="7C45E574" w14:textId="77777777" w:rsidTr="00ED0F7C">
        <w:trPr>
          <w:trHeight w:val="1087"/>
        </w:trPr>
        <w:tc>
          <w:tcPr>
            <w:tcW w:w="281" w:type="pct"/>
            <w:tcBorders>
              <w:top w:val="single" w:sz="4" w:space="0" w:color="808080" w:themeColor="background1" w:themeShade="80"/>
              <w:bottom w:val="single" w:sz="4" w:space="0" w:color="auto"/>
            </w:tcBorders>
          </w:tcPr>
          <w:p w14:paraId="4481301D" w14:textId="2F8710C4" w:rsidR="00C778E0" w:rsidRPr="00ED0F7C" w:rsidRDefault="00C778E0" w:rsidP="00C778E0">
            <w:pPr>
              <w:rPr>
                <w:rFonts w:ascii="Arial" w:hAnsi="Arial" w:cs="Arial"/>
                <w:color w:val="7F7F7F" w:themeColor="text1" w:themeTint="80"/>
                <w:sz w:val="20"/>
                <w:lang w:val="en-GB"/>
              </w:rPr>
            </w:pPr>
            <w:r w:rsidRPr="00ED0F7C">
              <w:rPr>
                <w:rStyle w:val="normaltextrun"/>
                <w:rFonts w:ascii="Arial" w:hAnsi="Arial" w:cs="Arial"/>
                <w:sz w:val="20"/>
              </w:rPr>
              <w:t>5.5.2</w:t>
            </w:r>
            <w:r w:rsidRPr="00ED0F7C">
              <w:rPr>
                <w:rStyle w:val="eop"/>
                <w:rFonts w:ascii="Arial" w:hAnsi="Arial" w:cs="Arial"/>
                <w:sz w:val="20"/>
              </w:rPr>
              <w:t> </w:t>
            </w:r>
          </w:p>
        </w:tc>
        <w:tc>
          <w:tcPr>
            <w:tcW w:w="654" w:type="pct"/>
            <w:tcBorders>
              <w:top w:val="single" w:sz="4" w:space="0" w:color="808080" w:themeColor="background1" w:themeShade="80"/>
              <w:bottom w:val="single" w:sz="4" w:space="0" w:color="auto"/>
            </w:tcBorders>
          </w:tcPr>
          <w:p w14:paraId="772C53FA" w14:textId="32DF7D63" w:rsidR="00C778E0" w:rsidRPr="00ED0F7C" w:rsidRDefault="00C778E0" w:rsidP="00C778E0">
            <w:pPr>
              <w:rPr>
                <w:rFonts w:ascii="Arial" w:hAnsi="Arial" w:cs="Arial"/>
                <w:color w:val="7F7F7F" w:themeColor="text1" w:themeTint="80"/>
                <w:sz w:val="20"/>
                <w:lang w:val="en-GB"/>
              </w:rPr>
            </w:pPr>
            <w:r w:rsidRPr="00ED0F7C">
              <w:rPr>
                <w:rStyle w:val="normaltextrun"/>
                <w:rFonts w:ascii="Arial" w:hAnsi="Arial" w:cs="Arial"/>
                <w:sz w:val="20"/>
              </w:rPr>
              <w:t>Competence</w:t>
            </w:r>
            <w:r w:rsidRPr="00ED0F7C">
              <w:rPr>
                <w:rStyle w:val="eop"/>
                <w:rFonts w:ascii="Arial" w:hAnsi="Arial" w:cs="Arial"/>
                <w:sz w:val="20"/>
              </w:rPr>
              <w:t> </w:t>
            </w:r>
          </w:p>
        </w:tc>
        <w:tc>
          <w:tcPr>
            <w:tcW w:w="374" w:type="pct"/>
            <w:tcBorders>
              <w:top w:val="single" w:sz="4" w:space="0" w:color="808080" w:themeColor="background1" w:themeShade="80"/>
              <w:bottom w:val="single" w:sz="4" w:space="0" w:color="auto"/>
            </w:tcBorders>
          </w:tcPr>
          <w:p w14:paraId="4FA61792" w14:textId="44ED9D63" w:rsidR="00C778E0" w:rsidRPr="00ED0F7C" w:rsidRDefault="00C778E0" w:rsidP="00C778E0">
            <w:pPr>
              <w:rPr>
                <w:rFonts w:ascii="Arial" w:hAnsi="Arial" w:cs="Arial"/>
                <w:color w:val="7F7F7F" w:themeColor="text1" w:themeTint="80"/>
                <w:sz w:val="20"/>
                <w:lang w:val="en-GB"/>
              </w:rPr>
            </w:pPr>
            <w:r w:rsidRPr="00ED0F7C">
              <w:rPr>
                <w:rStyle w:val="normaltextrun"/>
                <w:rFonts w:ascii="Arial" w:hAnsi="Arial" w:cs="Arial"/>
                <w:sz w:val="20"/>
              </w:rPr>
              <w:t>7.2 / ISO/IEC 27706 Annex C</w:t>
            </w:r>
            <w:r w:rsidRPr="00ED0F7C">
              <w:rPr>
                <w:rStyle w:val="eop"/>
                <w:rFonts w:ascii="Arial" w:hAnsi="Arial" w:cs="Arial"/>
                <w:sz w:val="20"/>
              </w:rPr>
              <w:t> </w:t>
            </w:r>
          </w:p>
        </w:tc>
        <w:tc>
          <w:tcPr>
            <w:tcW w:w="607" w:type="pct"/>
            <w:tcBorders>
              <w:top w:val="single" w:sz="4" w:space="0" w:color="808080" w:themeColor="background1" w:themeShade="80"/>
              <w:bottom w:val="single" w:sz="4" w:space="0" w:color="auto"/>
            </w:tcBorders>
          </w:tcPr>
          <w:p w14:paraId="7DA71D58" w14:textId="3D3D9910" w:rsidR="00C778E0" w:rsidRPr="00ED0F7C" w:rsidRDefault="00C778E0" w:rsidP="00C778E0">
            <w:pPr>
              <w:rPr>
                <w:rFonts w:ascii="Arial" w:hAnsi="Arial" w:cs="Arial"/>
                <w:color w:val="7F7F7F" w:themeColor="text1" w:themeTint="80"/>
                <w:sz w:val="20"/>
                <w:lang w:val="en-GB"/>
              </w:rPr>
            </w:pPr>
            <w:r w:rsidRPr="00ED0F7C">
              <w:rPr>
                <w:rStyle w:val="normaltextrun"/>
                <w:rFonts w:ascii="Arial" w:hAnsi="Arial" w:cs="Arial"/>
                <w:sz w:val="20"/>
              </w:rPr>
              <w:t>Competence requirements</w:t>
            </w:r>
            <w:r w:rsidRPr="00ED0F7C">
              <w:rPr>
                <w:rStyle w:val="eop"/>
                <w:rFonts w:ascii="Arial" w:hAnsi="Arial" w:cs="Arial"/>
                <w:sz w:val="20"/>
              </w:rPr>
              <w:t> </w:t>
            </w:r>
          </w:p>
        </w:tc>
        <w:tc>
          <w:tcPr>
            <w:tcW w:w="421" w:type="pct"/>
            <w:tcBorders>
              <w:top w:val="single" w:sz="4" w:space="0" w:color="808080" w:themeColor="background1" w:themeShade="80"/>
              <w:bottom w:val="single" w:sz="4" w:space="0" w:color="auto"/>
            </w:tcBorders>
          </w:tcPr>
          <w:p w14:paraId="0F1DB521" w14:textId="67DAADAB" w:rsidR="00C778E0" w:rsidRPr="00ED0F7C" w:rsidRDefault="00C778E0" w:rsidP="00C778E0">
            <w:pPr>
              <w:jc w:val="center"/>
              <w:rPr>
                <w:rFonts w:ascii="Arial" w:hAnsi="Arial" w:cs="Arial"/>
                <w:color w:val="7F7F7F" w:themeColor="text1" w:themeTint="80"/>
                <w:sz w:val="20"/>
                <w:lang w:val="en-GB"/>
              </w:rPr>
            </w:pPr>
            <w:r w:rsidRPr="00ED0F7C">
              <w:rPr>
                <w:rStyle w:val="normaltextrun"/>
                <w:rFonts w:ascii="Arial" w:hAnsi="Arial" w:cs="Arial"/>
                <w:sz w:val="20"/>
              </w:rPr>
              <w:t>Minor / Major</w:t>
            </w:r>
            <w:r w:rsidRPr="00ED0F7C">
              <w:rPr>
                <w:rStyle w:val="eop"/>
                <w:rFonts w:ascii="Arial" w:hAnsi="Arial" w:cs="Arial"/>
                <w:sz w:val="20"/>
              </w:rPr>
              <w:t> </w:t>
            </w:r>
          </w:p>
        </w:tc>
        <w:tc>
          <w:tcPr>
            <w:tcW w:w="1495" w:type="pct"/>
            <w:tcBorders>
              <w:top w:val="single" w:sz="4" w:space="0" w:color="808080" w:themeColor="background1" w:themeShade="80"/>
              <w:bottom w:val="single" w:sz="4" w:space="0" w:color="auto"/>
            </w:tcBorders>
          </w:tcPr>
          <w:p w14:paraId="45DDB867" w14:textId="68DF7ADA" w:rsidR="00C778E0" w:rsidRPr="00ED0F7C" w:rsidRDefault="0022752B" w:rsidP="00C778E0">
            <w:pPr>
              <w:rPr>
                <w:rFonts w:ascii="Arial" w:hAnsi="Arial" w:cs="Arial"/>
                <w:i/>
                <w:iCs/>
                <w:color w:val="7F7F7F" w:themeColor="text1" w:themeTint="80"/>
                <w:sz w:val="20"/>
                <w:lang w:val="en-GB"/>
              </w:rPr>
            </w:pPr>
            <w:r w:rsidRPr="00ED0F7C">
              <w:rPr>
                <w:rStyle w:val="normaltextrun"/>
                <w:rFonts w:ascii="Arial" w:hAnsi="Arial" w:cs="Arial"/>
                <w:i/>
                <w:iCs/>
                <w:sz w:val="20"/>
              </w:rPr>
              <w:t xml:space="preserve">i.e., </w:t>
            </w:r>
            <w:r w:rsidR="00C778E0" w:rsidRPr="00ED0F7C">
              <w:rPr>
                <w:rStyle w:val="normaltextrun"/>
                <w:rFonts w:ascii="Arial" w:hAnsi="Arial" w:cs="Arial"/>
                <w:i/>
                <w:iCs/>
                <w:sz w:val="20"/>
              </w:rPr>
              <w:t>Policy and competence process updated to reflect PIMS-specific competence requirements. Training and authorisation records provided.</w:t>
            </w:r>
            <w:r w:rsidR="00C778E0" w:rsidRPr="00ED0F7C">
              <w:rPr>
                <w:rStyle w:val="eop"/>
                <w:rFonts w:ascii="Arial" w:hAnsi="Arial" w:cs="Arial"/>
                <w:i/>
                <w:iCs/>
                <w:sz w:val="20"/>
              </w:rPr>
              <w:t> </w:t>
            </w:r>
          </w:p>
        </w:tc>
        <w:tc>
          <w:tcPr>
            <w:tcW w:w="1168" w:type="pct"/>
            <w:tcBorders>
              <w:bottom w:val="single" w:sz="4" w:space="0" w:color="auto"/>
            </w:tcBorders>
          </w:tcPr>
          <w:p w14:paraId="65F828E6" w14:textId="66877225" w:rsidR="00C778E0" w:rsidRPr="00ED0F7C" w:rsidRDefault="00C778E0" w:rsidP="00C778E0">
            <w:pPr>
              <w:rPr>
                <w:rFonts w:ascii="Arial" w:hAnsi="Arial" w:cs="Arial"/>
                <w:color w:val="7F7F7F" w:themeColor="text1" w:themeTint="80"/>
                <w:sz w:val="20"/>
                <w:lang w:val="en-GB"/>
              </w:rPr>
            </w:pPr>
            <w:r w:rsidRPr="00ED0F7C">
              <w:rPr>
                <w:rStyle w:val="normaltextrun"/>
                <w:rFonts w:ascii="Arial" w:hAnsi="Arial" w:cs="Arial"/>
                <w:sz w:val="20"/>
              </w:rPr>
              <w:t>Comments:</w:t>
            </w:r>
            <w:r w:rsidRPr="00ED0F7C">
              <w:rPr>
                <w:rStyle w:val="eop"/>
                <w:rFonts w:ascii="Arial" w:hAnsi="Arial" w:cs="Arial"/>
                <w:sz w:val="20"/>
              </w:rPr>
              <w:t> </w:t>
            </w:r>
          </w:p>
        </w:tc>
      </w:tr>
      <w:tr w:rsidR="0091014C" w:rsidRPr="00977123" w14:paraId="3CF3623E" w14:textId="77777777" w:rsidTr="00ED0F7C">
        <w:trPr>
          <w:trHeight w:val="1117"/>
        </w:trPr>
        <w:tc>
          <w:tcPr>
            <w:tcW w:w="281" w:type="pct"/>
            <w:tcBorders>
              <w:top w:val="single" w:sz="4" w:space="0" w:color="auto"/>
              <w:bottom w:val="single" w:sz="4" w:space="0" w:color="auto"/>
            </w:tcBorders>
          </w:tcPr>
          <w:p w14:paraId="2080948B" w14:textId="43EA498D" w:rsidR="0091014C" w:rsidRPr="00977123" w:rsidRDefault="0091014C" w:rsidP="0091014C">
            <w:pPr>
              <w:rPr>
                <w:rFonts w:ascii="Arial" w:hAnsi="Arial" w:cs="Arial"/>
                <w:color w:val="7F7F7F" w:themeColor="text1" w:themeTint="80"/>
                <w:sz w:val="20"/>
                <w:lang w:val="en-GB"/>
              </w:rPr>
            </w:pPr>
            <w:r w:rsidRPr="00977123">
              <w:rPr>
                <w:rStyle w:val="normaltextrun"/>
                <w:rFonts w:ascii="Arial" w:hAnsi="Arial" w:cs="Arial"/>
                <w:sz w:val="20"/>
              </w:rPr>
              <w:t>5.7.2</w:t>
            </w:r>
            <w:r w:rsidRPr="00977123">
              <w:rPr>
                <w:rStyle w:val="eop"/>
                <w:rFonts w:ascii="Arial" w:hAnsi="Arial" w:cs="Arial"/>
                <w:sz w:val="20"/>
              </w:rPr>
              <w:t> </w:t>
            </w:r>
          </w:p>
        </w:tc>
        <w:tc>
          <w:tcPr>
            <w:tcW w:w="654" w:type="pct"/>
            <w:tcBorders>
              <w:top w:val="single" w:sz="4" w:space="0" w:color="auto"/>
              <w:bottom w:val="single" w:sz="4" w:space="0" w:color="auto"/>
            </w:tcBorders>
          </w:tcPr>
          <w:p w14:paraId="7FCF66A5" w14:textId="42932238" w:rsidR="0091014C" w:rsidRPr="00977123" w:rsidRDefault="0091014C" w:rsidP="0091014C">
            <w:pPr>
              <w:rPr>
                <w:rFonts w:ascii="Arial" w:hAnsi="Arial" w:cs="Arial"/>
                <w:color w:val="7F7F7F" w:themeColor="text1" w:themeTint="80"/>
                <w:sz w:val="20"/>
                <w:highlight w:val="yellow"/>
                <w:lang w:val="en-GB"/>
              </w:rPr>
            </w:pPr>
            <w:r w:rsidRPr="00977123">
              <w:rPr>
                <w:rStyle w:val="normaltextrun"/>
                <w:rFonts w:ascii="Arial" w:hAnsi="Arial" w:cs="Arial"/>
                <w:sz w:val="20"/>
              </w:rPr>
              <w:t>Internal audit</w:t>
            </w:r>
            <w:r w:rsidRPr="00977123">
              <w:rPr>
                <w:rStyle w:val="eop"/>
                <w:rFonts w:ascii="Arial" w:hAnsi="Arial" w:cs="Arial"/>
                <w:sz w:val="20"/>
              </w:rPr>
              <w:t> </w:t>
            </w:r>
          </w:p>
        </w:tc>
        <w:tc>
          <w:tcPr>
            <w:tcW w:w="374" w:type="pct"/>
            <w:tcBorders>
              <w:top w:val="single" w:sz="4" w:space="0" w:color="auto"/>
              <w:bottom w:val="single" w:sz="4" w:space="0" w:color="auto"/>
            </w:tcBorders>
          </w:tcPr>
          <w:p w14:paraId="52A1B317" w14:textId="5C123B15" w:rsidR="0091014C" w:rsidRPr="00977123" w:rsidRDefault="0091014C" w:rsidP="0091014C">
            <w:pPr>
              <w:rPr>
                <w:rFonts w:ascii="Arial" w:hAnsi="Arial" w:cs="Arial"/>
                <w:color w:val="7F7F7F" w:themeColor="text1" w:themeTint="80"/>
                <w:sz w:val="20"/>
                <w:highlight w:val="yellow"/>
                <w:lang w:val="en-GB"/>
              </w:rPr>
            </w:pPr>
            <w:r w:rsidRPr="00977123">
              <w:rPr>
                <w:rStyle w:val="normaltextrun"/>
                <w:rFonts w:ascii="Arial" w:hAnsi="Arial" w:cs="Arial"/>
                <w:sz w:val="20"/>
              </w:rPr>
              <w:t>9.2</w:t>
            </w:r>
            <w:r w:rsidRPr="00977123">
              <w:rPr>
                <w:rStyle w:val="eop"/>
                <w:rFonts w:ascii="Arial" w:hAnsi="Arial" w:cs="Arial"/>
                <w:sz w:val="20"/>
              </w:rPr>
              <w:t> </w:t>
            </w:r>
          </w:p>
        </w:tc>
        <w:tc>
          <w:tcPr>
            <w:tcW w:w="607" w:type="pct"/>
            <w:tcBorders>
              <w:top w:val="single" w:sz="4" w:space="0" w:color="auto"/>
              <w:bottom w:val="single" w:sz="4" w:space="0" w:color="auto"/>
            </w:tcBorders>
          </w:tcPr>
          <w:p w14:paraId="2060499B" w14:textId="161A9296" w:rsidR="0091014C" w:rsidRPr="00977123" w:rsidRDefault="0091014C" w:rsidP="0091014C">
            <w:pPr>
              <w:rPr>
                <w:rFonts w:ascii="Arial" w:hAnsi="Arial" w:cs="Arial"/>
                <w:color w:val="7F7F7F" w:themeColor="text1" w:themeTint="80"/>
                <w:sz w:val="20"/>
                <w:highlight w:val="yellow"/>
                <w:lang w:val="en-GB"/>
              </w:rPr>
            </w:pPr>
            <w:r w:rsidRPr="00977123">
              <w:rPr>
                <w:rStyle w:val="normaltextrun"/>
                <w:rFonts w:ascii="Arial" w:hAnsi="Arial" w:cs="Arial"/>
                <w:sz w:val="20"/>
              </w:rPr>
              <w:t>Internal audit</w:t>
            </w:r>
            <w:r w:rsidRPr="00977123">
              <w:rPr>
                <w:rStyle w:val="eop"/>
                <w:rFonts w:ascii="Arial" w:hAnsi="Arial" w:cs="Arial"/>
                <w:sz w:val="20"/>
              </w:rPr>
              <w:t> </w:t>
            </w:r>
          </w:p>
        </w:tc>
        <w:tc>
          <w:tcPr>
            <w:tcW w:w="421" w:type="pct"/>
            <w:tcBorders>
              <w:top w:val="single" w:sz="4" w:space="0" w:color="auto"/>
              <w:bottom w:val="single" w:sz="4" w:space="0" w:color="auto"/>
            </w:tcBorders>
          </w:tcPr>
          <w:p w14:paraId="47FAD720" w14:textId="14763CFE" w:rsidR="0091014C" w:rsidRPr="00977123" w:rsidRDefault="0091014C" w:rsidP="0091014C">
            <w:pPr>
              <w:jc w:val="center"/>
              <w:rPr>
                <w:rFonts w:ascii="Arial" w:hAnsi="Arial" w:cs="Arial"/>
                <w:color w:val="7F7F7F" w:themeColor="text1" w:themeTint="80"/>
                <w:sz w:val="20"/>
                <w:lang w:val="en-GB"/>
              </w:rPr>
            </w:pPr>
            <w:r w:rsidRPr="00977123">
              <w:rPr>
                <w:rStyle w:val="normaltextrun"/>
                <w:rFonts w:ascii="Arial" w:hAnsi="Arial" w:cs="Arial"/>
                <w:sz w:val="20"/>
              </w:rPr>
              <w:t>Minor</w:t>
            </w:r>
            <w:r w:rsidRPr="00977123">
              <w:rPr>
                <w:rStyle w:val="eop"/>
                <w:rFonts w:ascii="Arial" w:hAnsi="Arial" w:cs="Arial"/>
                <w:sz w:val="20"/>
              </w:rPr>
              <w:t> </w:t>
            </w:r>
          </w:p>
        </w:tc>
        <w:tc>
          <w:tcPr>
            <w:tcW w:w="1495" w:type="pct"/>
            <w:tcBorders>
              <w:top w:val="single" w:sz="4" w:space="0" w:color="auto"/>
              <w:bottom w:val="single" w:sz="4" w:space="0" w:color="auto"/>
            </w:tcBorders>
          </w:tcPr>
          <w:p w14:paraId="1E7C3E59" w14:textId="5E5D9EEC" w:rsidR="0091014C" w:rsidRPr="0022752B" w:rsidRDefault="0022752B" w:rsidP="0091014C">
            <w:pPr>
              <w:rPr>
                <w:rFonts w:ascii="Arial" w:hAnsi="Arial" w:cs="Arial"/>
                <w:i/>
                <w:iCs/>
                <w:color w:val="7F7F7F" w:themeColor="text1" w:themeTint="80"/>
                <w:sz w:val="20"/>
                <w:lang w:val="en-GB"/>
              </w:rPr>
            </w:pPr>
            <w:r w:rsidRPr="0022752B">
              <w:rPr>
                <w:rStyle w:val="normaltextrun"/>
                <w:rFonts w:ascii="Arial" w:hAnsi="Arial" w:cs="Arial"/>
                <w:i/>
                <w:iCs/>
                <w:sz w:val="20"/>
              </w:rPr>
              <w:t xml:space="preserve">i.e., </w:t>
            </w:r>
            <w:r w:rsidR="0091014C" w:rsidRPr="0022752B">
              <w:rPr>
                <w:rStyle w:val="normaltextrun"/>
                <w:rFonts w:ascii="Arial" w:hAnsi="Arial" w:cs="Arial"/>
                <w:i/>
                <w:iCs/>
                <w:sz w:val="20"/>
              </w:rPr>
              <w:t>Internal audit programme updated to cover PIMS transition changes and evidence of recent audit supplied.</w:t>
            </w:r>
            <w:r w:rsidR="0091014C" w:rsidRPr="0022752B">
              <w:rPr>
                <w:rStyle w:val="eop"/>
                <w:rFonts w:ascii="Arial" w:hAnsi="Arial" w:cs="Arial"/>
                <w:i/>
                <w:iCs/>
                <w:sz w:val="20"/>
              </w:rPr>
              <w:t> </w:t>
            </w:r>
          </w:p>
        </w:tc>
        <w:tc>
          <w:tcPr>
            <w:tcW w:w="1168" w:type="pct"/>
            <w:tcBorders>
              <w:top w:val="single" w:sz="4" w:space="0" w:color="auto"/>
              <w:bottom w:val="single" w:sz="4" w:space="0" w:color="auto"/>
            </w:tcBorders>
          </w:tcPr>
          <w:p w14:paraId="1F70943B" w14:textId="36971108" w:rsidR="0091014C" w:rsidRPr="00977123" w:rsidRDefault="0091014C" w:rsidP="0091014C">
            <w:pPr>
              <w:rPr>
                <w:rFonts w:ascii="Arial" w:hAnsi="Arial" w:cs="Arial"/>
                <w:color w:val="7F7F7F" w:themeColor="text1" w:themeTint="80"/>
                <w:sz w:val="20"/>
                <w:lang w:val="en-GB"/>
              </w:rPr>
            </w:pPr>
            <w:r w:rsidRPr="00977123">
              <w:rPr>
                <w:rStyle w:val="normaltextrun"/>
                <w:rFonts w:ascii="Arial" w:hAnsi="Arial" w:cs="Arial"/>
                <w:sz w:val="20"/>
              </w:rPr>
              <w:t>Comments:</w:t>
            </w:r>
            <w:r w:rsidRPr="00977123">
              <w:rPr>
                <w:rStyle w:val="eop"/>
                <w:rFonts w:ascii="Arial" w:hAnsi="Arial" w:cs="Arial"/>
                <w:sz w:val="20"/>
              </w:rPr>
              <w:t> </w:t>
            </w:r>
          </w:p>
        </w:tc>
      </w:tr>
      <w:tr w:rsidR="0091014C" w:rsidRPr="00977123" w14:paraId="02DD9D22" w14:textId="77777777" w:rsidTr="00ED0F7C">
        <w:trPr>
          <w:trHeight w:val="1343"/>
        </w:trPr>
        <w:tc>
          <w:tcPr>
            <w:tcW w:w="281" w:type="pct"/>
            <w:tcBorders>
              <w:top w:val="single" w:sz="4" w:space="0" w:color="auto"/>
            </w:tcBorders>
          </w:tcPr>
          <w:p w14:paraId="154FA329" w14:textId="5C7525E3" w:rsidR="0091014C" w:rsidRPr="00977123" w:rsidRDefault="0091014C" w:rsidP="0091014C">
            <w:pPr>
              <w:rPr>
                <w:rFonts w:ascii="Arial" w:hAnsi="Arial" w:cs="Arial"/>
                <w:color w:val="7F7F7F" w:themeColor="text1" w:themeTint="80"/>
                <w:sz w:val="20"/>
              </w:rPr>
            </w:pPr>
            <w:r w:rsidRPr="00977123">
              <w:rPr>
                <w:rStyle w:val="normaltextrun"/>
                <w:rFonts w:ascii="Arial" w:hAnsi="Arial" w:cs="Arial"/>
                <w:sz w:val="20"/>
              </w:rPr>
              <w:t>ISO/IEC TS 27006-2:2021 9.1.4</w:t>
            </w:r>
            <w:r w:rsidRPr="00977123">
              <w:rPr>
                <w:rStyle w:val="eop"/>
                <w:rFonts w:ascii="Arial" w:hAnsi="Arial" w:cs="Arial"/>
                <w:sz w:val="20"/>
              </w:rPr>
              <w:t> </w:t>
            </w:r>
          </w:p>
        </w:tc>
        <w:tc>
          <w:tcPr>
            <w:tcW w:w="654" w:type="pct"/>
            <w:tcBorders>
              <w:top w:val="single" w:sz="4" w:space="0" w:color="auto"/>
            </w:tcBorders>
          </w:tcPr>
          <w:p w14:paraId="2B332121" w14:textId="153B6855" w:rsidR="0091014C" w:rsidRPr="00977123" w:rsidRDefault="0091014C" w:rsidP="0091014C">
            <w:pPr>
              <w:rPr>
                <w:rFonts w:ascii="Arial" w:hAnsi="Arial" w:cs="Arial"/>
                <w:color w:val="7F7F7F" w:themeColor="text1" w:themeTint="80"/>
                <w:sz w:val="20"/>
              </w:rPr>
            </w:pPr>
            <w:r w:rsidRPr="00977123">
              <w:rPr>
                <w:rStyle w:val="normaltextrun"/>
                <w:rFonts w:ascii="Arial" w:hAnsi="Arial" w:cs="Arial"/>
                <w:sz w:val="20"/>
              </w:rPr>
              <w:t>Audit time</w:t>
            </w:r>
            <w:r w:rsidRPr="00977123">
              <w:rPr>
                <w:rStyle w:val="eop"/>
                <w:rFonts w:ascii="Arial" w:hAnsi="Arial" w:cs="Arial"/>
                <w:sz w:val="20"/>
              </w:rPr>
              <w:t> </w:t>
            </w:r>
          </w:p>
        </w:tc>
        <w:tc>
          <w:tcPr>
            <w:tcW w:w="374" w:type="pct"/>
            <w:tcBorders>
              <w:top w:val="single" w:sz="4" w:space="0" w:color="auto"/>
            </w:tcBorders>
          </w:tcPr>
          <w:p w14:paraId="638AC288" w14:textId="231E49D1" w:rsidR="0091014C" w:rsidRPr="00977123" w:rsidRDefault="0091014C" w:rsidP="0091014C">
            <w:pPr>
              <w:rPr>
                <w:rFonts w:ascii="Arial" w:hAnsi="Arial" w:cs="Arial"/>
                <w:color w:val="7F7F7F" w:themeColor="text1" w:themeTint="80"/>
                <w:sz w:val="20"/>
              </w:rPr>
            </w:pPr>
            <w:r w:rsidRPr="00977123">
              <w:rPr>
                <w:rStyle w:val="normaltextrun"/>
                <w:rFonts w:ascii="Arial" w:hAnsi="Arial" w:cs="Arial"/>
                <w:sz w:val="20"/>
              </w:rPr>
              <w:t>ISO/IEC 27706:2025 Annex A</w:t>
            </w:r>
            <w:r w:rsidRPr="00977123">
              <w:rPr>
                <w:rStyle w:val="eop"/>
                <w:rFonts w:ascii="Arial" w:hAnsi="Arial" w:cs="Arial"/>
                <w:sz w:val="20"/>
              </w:rPr>
              <w:t> </w:t>
            </w:r>
          </w:p>
        </w:tc>
        <w:tc>
          <w:tcPr>
            <w:tcW w:w="607" w:type="pct"/>
            <w:tcBorders>
              <w:top w:val="single" w:sz="4" w:space="0" w:color="auto"/>
            </w:tcBorders>
          </w:tcPr>
          <w:p w14:paraId="5D55C98D" w14:textId="5C028E99" w:rsidR="0091014C" w:rsidRPr="00977123" w:rsidRDefault="0091014C" w:rsidP="0091014C">
            <w:pPr>
              <w:rPr>
                <w:rFonts w:ascii="Arial" w:hAnsi="Arial" w:cs="Arial"/>
                <w:color w:val="7F7F7F" w:themeColor="text1" w:themeTint="80"/>
                <w:sz w:val="20"/>
              </w:rPr>
            </w:pPr>
            <w:r w:rsidRPr="00977123">
              <w:rPr>
                <w:rStyle w:val="normaltextrun"/>
                <w:rFonts w:ascii="Arial" w:hAnsi="Arial" w:cs="Arial"/>
                <w:sz w:val="20"/>
              </w:rPr>
              <w:t>Audit time calculation</w:t>
            </w:r>
            <w:r w:rsidRPr="00977123">
              <w:rPr>
                <w:rStyle w:val="eop"/>
                <w:rFonts w:ascii="Arial" w:hAnsi="Arial" w:cs="Arial"/>
                <w:sz w:val="20"/>
              </w:rPr>
              <w:t> </w:t>
            </w:r>
          </w:p>
        </w:tc>
        <w:tc>
          <w:tcPr>
            <w:tcW w:w="421" w:type="pct"/>
            <w:tcBorders>
              <w:top w:val="single" w:sz="4" w:space="0" w:color="auto"/>
            </w:tcBorders>
          </w:tcPr>
          <w:p w14:paraId="3F220083" w14:textId="69255BD8" w:rsidR="0091014C" w:rsidRPr="00977123" w:rsidRDefault="0091014C" w:rsidP="0091014C">
            <w:pPr>
              <w:rPr>
                <w:rFonts w:ascii="Arial" w:hAnsi="Arial" w:cs="Arial"/>
                <w:color w:val="7F7F7F" w:themeColor="text1" w:themeTint="80"/>
                <w:sz w:val="20"/>
              </w:rPr>
            </w:pPr>
            <w:r w:rsidRPr="00977123">
              <w:rPr>
                <w:rStyle w:val="normaltextrun"/>
                <w:rFonts w:ascii="Arial" w:hAnsi="Arial" w:cs="Arial"/>
                <w:sz w:val="20"/>
              </w:rPr>
              <w:t>New / Structural</w:t>
            </w:r>
            <w:r w:rsidRPr="00977123">
              <w:rPr>
                <w:rStyle w:val="eop"/>
                <w:rFonts w:ascii="Arial" w:hAnsi="Arial" w:cs="Arial"/>
                <w:sz w:val="20"/>
              </w:rPr>
              <w:t> </w:t>
            </w:r>
          </w:p>
        </w:tc>
        <w:tc>
          <w:tcPr>
            <w:tcW w:w="1495" w:type="pct"/>
            <w:tcBorders>
              <w:top w:val="single" w:sz="4" w:space="0" w:color="auto"/>
            </w:tcBorders>
          </w:tcPr>
          <w:p w14:paraId="167A76B6" w14:textId="788CE0CA" w:rsidR="0091014C" w:rsidRPr="0022752B" w:rsidRDefault="0022752B" w:rsidP="0091014C">
            <w:pPr>
              <w:rPr>
                <w:rFonts w:ascii="Arial" w:hAnsi="Arial" w:cs="Arial"/>
                <w:i/>
                <w:iCs/>
                <w:color w:val="7F7F7F" w:themeColor="text1" w:themeTint="80"/>
                <w:sz w:val="20"/>
                <w:lang w:val="en-GB"/>
              </w:rPr>
            </w:pPr>
            <w:r w:rsidRPr="0022752B">
              <w:rPr>
                <w:rStyle w:val="normaltextrun"/>
                <w:rFonts w:ascii="Arial" w:hAnsi="Arial" w:cs="Arial"/>
                <w:i/>
                <w:iCs/>
                <w:sz w:val="20"/>
              </w:rPr>
              <w:t xml:space="preserve">i.e., </w:t>
            </w:r>
            <w:r w:rsidR="0091014C" w:rsidRPr="0022752B">
              <w:rPr>
                <w:rStyle w:val="normaltextrun"/>
                <w:rFonts w:ascii="Arial" w:hAnsi="Arial" w:cs="Arial"/>
                <w:i/>
                <w:iCs/>
                <w:sz w:val="20"/>
              </w:rPr>
              <w:t>Audit time procedure and calculation records updated to reflect ISO/IEC 27706:2025 Annex A.</w:t>
            </w:r>
            <w:r w:rsidR="0091014C" w:rsidRPr="0022752B">
              <w:rPr>
                <w:rStyle w:val="eop"/>
                <w:rFonts w:ascii="Arial" w:hAnsi="Arial" w:cs="Arial"/>
                <w:i/>
                <w:iCs/>
                <w:sz w:val="20"/>
              </w:rPr>
              <w:t> </w:t>
            </w:r>
          </w:p>
        </w:tc>
        <w:tc>
          <w:tcPr>
            <w:tcW w:w="1168" w:type="pct"/>
            <w:tcBorders>
              <w:top w:val="single" w:sz="4" w:space="0" w:color="auto"/>
            </w:tcBorders>
          </w:tcPr>
          <w:p w14:paraId="7328E4C7" w14:textId="3DF0F2F8" w:rsidR="0091014C" w:rsidRPr="00977123" w:rsidRDefault="0091014C" w:rsidP="0091014C">
            <w:pPr>
              <w:rPr>
                <w:rFonts w:ascii="Arial" w:hAnsi="Arial" w:cs="Arial"/>
                <w:color w:val="7F7F7F" w:themeColor="text1" w:themeTint="80"/>
                <w:sz w:val="20"/>
                <w:lang w:val="en-GB"/>
              </w:rPr>
            </w:pPr>
            <w:r w:rsidRPr="00977123">
              <w:rPr>
                <w:rStyle w:val="normaltextrun"/>
                <w:rFonts w:ascii="Arial" w:hAnsi="Arial" w:cs="Arial"/>
                <w:sz w:val="20"/>
              </w:rPr>
              <w:t>Comments:</w:t>
            </w:r>
            <w:r w:rsidRPr="00977123">
              <w:rPr>
                <w:rStyle w:val="eop"/>
                <w:rFonts w:ascii="Arial" w:hAnsi="Arial" w:cs="Arial"/>
                <w:sz w:val="20"/>
              </w:rPr>
              <w:t> </w:t>
            </w:r>
          </w:p>
        </w:tc>
      </w:tr>
    </w:tbl>
    <w:p w14:paraId="600CB0F3" w14:textId="77777777" w:rsidR="006F1946" w:rsidRPr="00977123" w:rsidRDefault="006F1946" w:rsidP="006F1946">
      <w:pPr>
        <w:tabs>
          <w:tab w:val="left" w:pos="7836"/>
        </w:tabs>
        <w:jc w:val="both"/>
        <w:rPr>
          <w:rFonts w:ascii="Arial" w:hAnsi="Arial" w:cs="Arial"/>
          <w:sz w:val="20"/>
          <w:lang w:val="en-GB"/>
        </w:rPr>
      </w:pPr>
    </w:p>
    <w:p w14:paraId="61ED3E9B" w14:textId="77777777" w:rsidR="006F1946" w:rsidRPr="00977123" w:rsidRDefault="006F1946" w:rsidP="006F1946">
      <w:pPr>
        <w:rPr>
          <w:rFonts w:ascii="Arial" w:hAnsi="Arial" w:cs="Arial"/>
          <w:b/>
          <w:sz w:val="20"/>
          <w:lang w:val="en-GB"/>
        </w:rPr>
      </w:pPr>
    </w:p>
    <w:p w14:paraId="495E80C3" w14:textId="77777777" w:rsidR="00ED0F7C" w:rsidRDefault="00ED0F7C">
      <w:pPr>
        <w:widowControl/>
        <w:spacing w:after="200" w:line="276" w:lineRule="auto"/>
        <w:rPr>
          <w:rFonts w:ascii="Arial" w:hAnsi="Arial" w:cs="Arial"/>
          <w:b/>
          <w:sz w:val="20"/>
          <w:lang w:val="en-GB"/>
        </w:rPr>
      </w:pPr>
      <w:r>
        <w:rPr>
          <w:rFonts w:ascii="Arial" w:hAnsi="Arial" w:cs="Arial"/>
          <w:b/>
          <w:sz w:val="20"/>
          <w:lang w:val="en-GB"/>
        </w:rPr>
        <w:br w:type="page"/>
      </w:r>
    </w:p>
    <w:p w14:paraId="682CE06D" w14:textId="77777777" w:rsidR="00ED0F7C" w:rsidRDefault="00ED0F7C" w:rsidP="006F1946">
      <w:pPr>
        <w:rPr>
          <w:rFonts w:ascii="Arial" w:hAnsi="Arial" w:cs="Arial"/>
          <w:b/>
          <w:sz w:val="20"/>
          <w:lang w:val="en-GB"/>
        </w:rPr>
      </w:pPr>
    </w:p>
    <w:p w14:paraId="5719A42D" w14:textId="77777777" w:rsidR="00ED0F7C" w:rsidRDefault="00ED0F7C" w:rsidP="006F1946">
      <w:pPr>
        <w:rPr>
          <w:rFonts w:ascii="Arial" w:hAnsi="Arial" w:cs="Arial"/>
          <w:b/>
          <w:sz w:val="20"/>
          <w:lang w:val="en-GB"/>
        </w:rPr>
      </w:pPr>
    </w:p>
    <w:p w14:paraId="6587A276" w14:textId="1CAA94C2" w:rsidR="006F1946" w:rsidRPr="00977123" w:rsidRDefault="006F1946" w:rsidP="006F1946">
      <w:pPr>
        <w:rPr>
          <w:rFonts w:ascii="Arial" w:hAnsi="Arial" w:cs="Arial"/>
          <w:b/>
          <w:sz w:val="20"/>
          <w:lang w:val="en-GB"/>
        </w:rPr>
      </w:pPr>
      <w:r w:rsidRPr="00977123">
        <w:rPr>
          <w:rFonts w:ascii="Arial" w:hAnsi="Arial" w:cs="Arial"/>
          <w:b/>
          <w:sz w:val="20"/>
          <w:lang w:val="en-GB"/>
        </w:rPr>
        <w:t>For UKAS Assessors:</w:t>
      </w:r>
    </w:p>
    <w:p w14:paraId="1F708720" w14:textId="77777777" w:rsidR="006F1946" w:rsidRPr="00977123" w:rsidRDefault="006F1946" w:rsidP="006F1946">
      <w:pPr>
        <w:rPr>
          <w:rFonts w:ascii="Arial" w:hAnsi="Arial" w:cs="Arial"/>
          <w:b/>
          <w:sz w:val="20"/>
          <w:lang w:val="en-GB"/>
        </w:rPr>
      </w:pPr>
    </w:p>
    <w:p w14:paraId="0A470C12" w14:textId="77777777" w:rsidR="002A3C15" w:rsidRPr="00977123" w:rsidRDefault="002A3C15" w:rsidP="002A3C15">
      <w:pPr>
        <w:rPr>
          <w:rFonts w:ascii="Arial" w:hAnsi="Arial" w:cs="Arial"/>
          <w:sz w:val="20"/>
          <w:lang w:val="en-GB"/>
        </w:rPr>
      </w:pPr>
      <w:r w:rsidRPr="00977123">
        <w:rPr>
          <w:rFonts w:ascii="Arial" w:hAnsi="Arial" w:cs="Arial"/>
          <w:sz w:val="20"/>
        </w:rPr>
        <w:t xml:space="preserve">After reviewing the information and documentation supplied by the certification body and completing the assessment to confirm appropriate implementation, assessors should record comments regarding conformity with the new requirements in this template. The level of comments should be </w:t>
      </w:r>
      <w:proofErr w:type="gramStart"/>
      <w:r w:rsidRPr="00977123">
        <w:rPr>
          <w:rFonts w:ascii="Arial" w:hAnsi="Arial" w:cs="Arial"/>
          <w:sz w:val="20"/>
        </w:rPr>
        <w:t>similar to</w:t>
      </w:r>
      <w:proofErr w:type="gramEnd"/>
      <w:r w:rsidRPr="00977123">
        <w:rPr>
          <w:rFonts w:ascii="Arial" w:hAnsi="Arial" w:cs="Arial"/>
          <w:sz w:val="20"/>
        </w:rPr>
        <w:t xml:space="preserve"> those provided in an assessment report. If findings are raised relating to new or changed requirements, these should be recorded in the IAR as normal and cross-referenced in this template.</w:t>
      </w:r>
      <w:r w:rsidRPr="00977123">
        <w:rPr>
          <w:rFonts w:ascii="Arial" w:hAnsi="Arial" w:cs="Arial"/>
          <w:sz w:val="20"/>
          <w:lang w:val="en-GB"/>
        </w:rPr>
        <w:t> </w:t>
      </w:r>
    </w:p>
    <w:p w14:paraId="1BFAF6A4" w14:textId="77777777" w:rsidR="002A3C15" w:rsidRPr="00977123" w:rsidRDefault="002A3C15" w:rsidP="002A3C15">
      <w:pPr>
        <w:rPr>
          <w:rFonts w:ascii="Arial" w:hAnsi="Arial" w:cs="Arial"/>
          <w:sz w:val="20"/>
          <w:lang w:val="en-GB"/>
        </w:rPr>
      </w:pPr>
    </w:p>
    <w:p w14:paraId="62A6B713" w14:textId="77777777" w:rsidR="002A3C15" w:rsidRPr="00977123" w:rsidRDefault="002A3C15" w:rsidP="002A3C15">
      <w:pPr>
        <w:rPr>
          <w:rFonts w:ascii="Arial" w:hAnsi="Arial" w:cs="Arial"/>
          <w:sz w:val="20"/>
          <w:lang w:val="en-GB"/>
        </w:rPr>
      </w:pPr>
      <w:r w:rsidRPr="00977123">
        <w:rPr>
          <w:rFonts w:ascii="Arial" w:hAnsi="Arial" w:cs="Arial"/>
          <w:sz w:val="20"/>
        </w:rPr>
        <w:t>An Executive Summary and Recommendation on transition/migration of accreditation to ISO/IEC 27701:2025 and ISO/IEC 27706:2025 shall be included at the end of this template, as applicable to the scope of accreditation.</w:t>
      </w:r>
      <w:r w:rsidRPr="00977123">
        <w:rPr>
          <w:rFonts w:ascii="Arial" w:hAnsi="Arial" w:cs="Arial"/>
          <w:sz w:val="20"/>
          <w:lang w:val="en-GB"/>
        </w:rPr>
        <w:t> </w:t>
      </w:r>
    </w:p>
    <w:p w14:paraId="414494CD" w14:textId="77777777" w:rsidR="006F1946" w:rsidRPr="00977123" w:rsidRDefault="006F1946" w:rsidP="006F1946">
      <w:pPr>
        <w:rPr>
          <w:rFonts w:ascii="Arial" w:hAnsi="Arial" w:cs="Arial"/>
          <w:b/>
          <w:sz w:val="20"/>
          <w:lang w:val="en-GB"/>
        </w:rPr>
      </w:pPr>
    </w:p>
    <w:p w14:paraId="7F0D4719" w14:textId="77777777" w:rsidR="006F1946" w:rsidRPr="00977123" w:rsidRDefault="006F1946" w:rsidP="006F1946">
      <w:pPr>
        <w:rPr>
          <w:rFonts w:ascii="Arial" w:hAnsi="Arial" w:cs="Arial"/>
          <w:b/>
          <w:sz w:val="20"/>
          <w:lang w:val="en-GB"/>
        </w:rPr>
      </w:pPr>
      <w:r w:rsidRPr="00977123">
        <w:rPr>
          <w:rFonts w:ascii="Arial" w:hAnsi="Arial" w:cs="Arial"/>
          <w:b/>
          <w:sz w:val="20"/>
          <w:lang w:val="en-GB"/>
        </w:rPr>
        <w:t>Key - Extent of Change:</w:t>
      </w:r>
    </w:p>
    <w:p w14:paraId="3B6D86FD" w14:textId="77777777" w:rsidR="006F1946" w:rsidRPr="00977123" w:rsidRDefault="006F1946" w:rsidP="006F1946">
      <w:pPr>
        <w:rPr>
          <w:rFonts w:ascii="Arial" w:hAnsi="Arial" w:cs="Arial"/>
          <w:b/>
          <w:sz w:val="20"/>
          <w:lang w:val="en-GB"/>
        </w:rPr>
      </w:pPr>
    </w:p>
    <w:p w14:paraId="12A767C0" w14:textId="1202F24B" w:rsidR="008D4BF4" w:rsidRPr="00977123" w:rsidRDefault="008D4BF4" w:rsidP="006F1946">
      <w:pPr>
        <w:pStyle w:val="ListParagraph"/>
        <w:numPr>
          <w:ilvl w:val="0"/>
          <w:numId w:val="8"/>
        </w:numPr>
        <w:rPr>
          <w:rFonts w:ascii="Arial" w:hAnsi="Arial" w:cs="Arial"/>
          <w:sz w:val="20"/>
          <w:lang w:val="en-GB"/>
        </w:rPr>
      </w:pPr>
      <w:r w:rsidRPr="00977123">
        <w:rPr>
          <w:rFonts w:ascii="Arial" w:hAnsi="Arial" w:cs="Arial"/>
          <w:b/>
          <w:bCs/>
          <w:sz w:val="20"/>
          <w:lang w:val="en-GB"/>
        </w:rPr>
        <w:t>No Change</w:t>
      </w:r>
      <w:r w:rsidRPr="00977123">
        <w:rPr>
          <w:rFonts w:ascii="Arial" w:hAnsi="Arial" w:cs="Arial"/>
          <w:sz w:val="20"/>
          <w:lang w:val="en-GB"/>
        </w:rPr>
        <w:t xml:space="preserve"> – Requirement has been taken across with no change</w:t>
      </w:r>
    </w:p>
    <w:p w14:paraId="73E069F4" w14:textId="22B19B81" w:rsidR="006F1946" w:rsidRPr="00977123" w:rsidRDefault="006F1946" w:rsidP="006F1946">
      <w:pPr>
        <w:pStyle w:val="ListParagraph"/>
        <w:numPr>
          <w:ilvl w:val="0"/>
          <w:numId w:val="8"/>
        </w:numPr>
        <w:rPr>
          <w:rFonts w:ascii="Arial" w:hAnsi="Arial" w:cs="Arial"/>
          <w:sz w:val="20"/>
          <w:lang w:val="en-GB"/>
        </w:rPr>
      </w:pPr>
      <w:r w:rsidRPr="00977123">
        <w:rPr>
          <w:rFonts w:ascii="Arial" w:hAnsi="Arial" w:cs="Arial"/>
          <w:b/>
          <w:sz w:val="20"/>
          <w:lang w:val="en-GB"/>
        </w:rPr>
        <w:t>Structural</w:t>
      </w:r>
      <w:r w:rsidRPr="00977123">
        <w:rPr>
          <w:rFonts w:ascii="Arial" w:hAnsi="Arial" w:cs="Arial"/>
          <w:sz w:val="20"/>
          <w:lang w:val="en-GB"/>
        </w:rPr>
        <w:t xml:space="preserve"> – Requirement remains the same but is under a new clause number</w:t>
      </w:r>
    </w:p>
    <w:p w14:paraId="034DB1E0" w14:textId="77777777" w:rsidR="006F1946" w:rsidRPr="00977123" w:rsidRDefault="006F1946" w:rsidP="006F1946">
      <w:pPr>
        <w:pStyle w:val="ListParagraph"/>
        <w:numPr>
          <w:ilvl w:val="0"/>
          <w:numId w:val="8"/>
        </w:numPr>
        <w:rPr>
          <w:rFonts w:ascii="Arial" w:hAnsi="Arial" w:cs="Arial"/>
          <w:sz w:val="20"/>
          <w:lang w:val="en-GB"/>
        </w:rPr>
      </w:pPr>
      <w:r w:rsidRPr="00977123">
        <w:rPr>
          <w:rFonts w:ascii="Arial" w:hAnsi="Arial" w:cs="Arial"/>
          <w:b/>
          <w:sz w:val="20"/>
          <w:lang w:val="en-GB"/>
        </w:rPr>
        <w:t xml:space="preserve">Minor </w:t>
      </w:r>
      <w:r w:rsidRPr="00977123">
        <w:rPr>
          <w:rFonts w:ascii="Arial" w:hAnsi="Arial" w:cs="Arial"/>
          <w:sz w:val="20"/>
          <w:lang w:val="en-GB"/>
        </w:rPr>
        <w:t>– Wording of the requirement has changed but overall intent is consistent</w:t>
      </w:r>
    </w:p>
    <w:p w14:paraId="56AD9825" w14:textId="77777777" w:rsidR="006F1946" w:rsidRPr="00977123" w:rsidRDefault="006F1946" w:rsidP="006F1946">
      <w:pPr>
        <w:pStyle w:val="ListParagraph"/>
        <w:numPr>
          <w:ilvl w:val="0"/>
          <w:numId w:val="8"/>
        </w:numPr>
        <w:rPr>
          <w:rFonts w:ascii="Arial" w:hAnsi="Arial" w:cs="Arial"/>
          <w:sz w:val="20"/>
          <w:lang w:val="en-GB"/>
        </w:rPr>
      </w:pPr>
      <w:r w:rsidRPr="00977123">
        <w:rPr>
          <w:rFonts w:ascii="Arial" w:hAnsi="Arial" w:cs="Arial"/>
          <w:b/>
          <w:sz w:val="20"/>
          <w:lang w:val="en-GB"/>
        </w:rPr>
        <w:t xml:space="preserve">Major </w:t>
      </w:r>
      <w:r w:rsidRPr="00977123">
        <w:rPr>
          <w:rFonts w:ascii="Arial" w:hAnsi="Arial" w:cs="Arial"/>
          <w:sz w:val="20"/>
          <w:lang w:val="en-GB"/>
        </w:rPr>
        <w:t>– Changes will require the CAB to implement new or change existing practice</w:t>
      </w:r>
    </w:p>
    <w:p w14:paraId="5CB29F01" w14:textId="77777777" w:rsidR="006F1946" w:rsidRPr="00977123" w:rsidRDefault="006F1946" w:rsidP="006F1946">
      <w:pPr>
        <w:pStyle w:val="ListParagraph"/>
        <w:numPr>
          <w:ilvl w:val="0"/>
          <w:numId w:val="8"/>
        </w:numPr>
        <w:rPr>
          <w:rFonts w:ascii="Arial" w:hAnsi="Arial" w:cs="Arial"/>
          <w:sz w:val="20"/>
          <w:lang w:val="en-GB"/>
        </w:rPr>
      </w:pPr>
      <w:r w:rsidRPr="00977123">
        <w:rPr>
          <w:rFonts w:ascii="Arial" w:hAnsi="Arial" w:cs="Arial"/>
          <w:b/>
          <w:sz w:val="20"/>
          <w:lang w:val="en-GB"/>
        </w:rPr>
        <w:t xml:space="preserve">New </w:t>
      </w:r>
      <w:r w:rsidRPr="00977123">
        <w:rPr>
          <w:rFonts w:ascii="Arial" w:hAnsi="Arial" w:cs="Arial"/>
          <w:sz w:val="20"/>
          <w:lang w:val="en-GB"/>
        </w:rPr>
        <w:t>– New requirement(s)/concept(s) not in previous version of the standard</w:t>
      </w:r>
    </w:p>
    <w:p w14:paraId="23E95D59" w14:textId="77777777" w:rsidR="00582034" w:rsidRPr="00977123" w:rsidRDefault="00582034" w:rsidP="00CC6007">
      <w:pPr>
        <w:rPr>
          <w:rFonts w:ascii="Arial" w:hAnsi="Arial" w:cs="Arial"/>
          <w:b/>
          <w:sz w:val="20"/>
        </w:rPr>
      </w:pPr>
    </w:p>
    <w:p w14:paraId="308978FC" w14:textId="77777777" w:rsidR="00582034" w:rsidRDefault="00582034" w:rsidP="00CC6007">
      <w:pPr>
        <w:rPr>
          <w:rFonts w:ascii="Arial" w:hAnsi="Arial" w:cs="Arial"/>
          <w:b/>
          <w:sz w:val="20"/>
        </w:rPr>
      </w:pPr>
    </w:p>
    <w:p w14:paraId="1B1D6B1D" w14:textId="77777777" w:rsidR="005A7FF5" w:rsidRDefault="005A7FF5" w:rsidP="00CC6007">
      <w:pPr>
        <w:rPr>
          <w:rFonts w:ascii="Arial" w:hAnsi="Arial" w:cs="Arial"/>
          <w:b/>
          <w:sz w:val="20"/>
        </w:rPr>
      </w:pPr>
    </w:p>
    <w:p w14:paraId="52B0BAA3" w14:textId="77777777" w:rsidR="005A7FF5" w:rsidRDefault="005A7FF5" w:rsidP="00CC6007">
      <w:pPr>
        <w:rPr>
          <w:rFonts w:ascii="Arial" w:hAnsi="Arial" w:cs="Arial"/>
          <w:b/>
          <w:sz w:val="20"/>
        </w:rPr>
      </w:pPr>
    </w:p>
    <w:p w14:paraId="2B3ACB24" w14:textId="77777777" w:rsidR="005A7FF5" w:rsidRDefault="005A7FF5" w:rsidP="00CC6007">
      <w:pPr>
        <w:rPr>
          <w:rFonts w:ascii="Arial" w:hAnsi="Arial" w:cs="Arial"/>
          <w:b/>
          <w:sz w:val="20"/>
        </w:rPr>
      </w:pPr>
    </w:p>
    <w:p w14:paraId="70D6D707" w14:textId="77777777" w:rsidR="005A7FF5" w:rsidRDefault="005A7FF5" w:rsidP="00CC6007">
      <w:pPr>
        <w:rPr>
          <w:rFonts w:ascii="Arial" w:hAnsi="Arial" w:cs="Arial"/>
          <w:b/>
          <w:sz w:val="20"/>
        </w:rPr>
      </w:pPr>
    </w:p>
    <w:p w14:paraId="21CC2F47" w14:textId="77777777" w:rsidR="005A7FF5" w:rsidRDefault="005A7FF5" w:rsidP="00CC6007">
      <w:pPr>
        <w:rPr>
          <w:rFonts w:ascii="Arial" w:hAnsi="Arial" w:cs="Arial"/>
          <w:b/>
          <w:sz w:val="20"/>
        </w:rPr>
      </w:pPr>
    </w:p>
    <w:p w14:paraId="42E72615" w14:textId="77777777" w:rsidR="005A7FF5" w:rsidRDefault="005A7FF5" w:rsidP="00CC6007">
      <w:pPr>
        <w:rPr>
          <w:rFonts w:ascii="Arial" w:hAnsi="Arial" w:cs="Arial"/>
          <w:b/>
          <w:sz w:val="20"/>
        </w:rPr>
      </w:pPr>
    </w:p>
    <w:p w14:paraId="59057E3F" w14:textId="77777777" w:rsidR="005A7FF5" w:rsidRDefault="005A7FF5" w:rsidP="00CC6007">
      <w:pPr>
        <w:rPr>
          <w:rFonts w:ascii="Arial" w:hAnsi="Arial" w:cs="Arial"/>
          <w:b/>
          <w:sz w:val="20"/>
        </w:rPr>
      </w:pPr>
    </w:p>
    <w:p w14:paraId="38766B84" w14:textId="54B230C1" w:rsidR="00ED0F7C" w:rsidRDefault="00ED0F7C">
      <w:pPr>
        <w:widowControl/>
        <w:spacing w:after="200" w:line="276" w:lineRule="auto"/>
        <w:rPr>
          <w:rFonts w:ascii="Arial" w:hAnsi="Arial" w:cs="Arial"/>
          <w:b/>
          <w:sz w:val="20"/>
        </w:rPr>
      </w:pPr>
      <w:r>
        <w:rPr>
          <w:rFonts w:ascii="Arial" w:hAnsi="Arial" w:cs="Arial"/>
          <w:b/>
          <w:sz w:val="20"/>
        </w:rPr>
        <w:br w:type="page"/>
      </w:r>
    </w:p>
    <w:p w14:paraId="53053F18" w14:textId="77777777" w:rsidR="005A7FF5" w:rsidRDefault="005A7FF5" w:rsidP="00CC6007">
      <w:pPr>
        <w:rPr>
          <w:rFonts w:ascii="Arial" w:hAnsi="Arial" w:cs="Arial"/>
          <w:b/>
          <w:sz w:val="20"/>
        </w:rPr>
      </w:pPr>
    </w:p>
    <w:p w14:paraId="648E814C" w14:textId="77777777" w:rsidR="005A7FF5" w:rsidRPr="00977123" w:rsidRDefault="005A7FF5" w:rsidP="00CC6007">
      <w:pPr>
        <w:rPr>
          <w:rFonts w:ascii="Arial" w:hAnsi="Arial" w:cs="Arial"/>
          <w:b/>
          <w:sz w:val="20"/>
        </w:rPr>
      </w:pPr>
    </w:p>
    <w:p w14:paraId="26202E2F" w14:textId="789A674E" w:rsidR="001B4F13" w:rsidRPr="00977123" w:rsidRDefault="00712038" w:rsidP="00147386">
      <w:pPr>
        <w:rPr>
          <w:rFonts w:ascii="Arial" w:hAnsi="Arial" w:cs="Arial"/>
          <w:b/>
          <w:sz w:val="20"/>
        </w:rPr>
      </w:pPr>
      <w:r w:rsidRPr="00977123">
        <w:rPr>
          <w:rFonts w:ascii="Arial" w:hAnsi="Arial" w:cs="Arial"/>
          <w:b/>
          <w:sz w:val="20"/>
        </w:rPr>
        <w:t>Annex 1</w:t>
      </w:r>
    </w:p>
    <w:p w14:paraId="2D17F0A8" w14:textId="35CB4AF8" w:rsidR="001B4F13" w:rsidRPr="00447748" w:rsidRDefault="00147386" w:rsidP="00447748">
      <w:pPr>
        <w:spacing w:after="240"/>
        <w:rPr>
          <w:rFonts w:ascii="Arial" w:hAnsi="Arial" w:cs="Arial"/>
          <w:b/>
          <w:sz w:val="20"/>
          <w:lang w:val="en-GB"/>
        </w:rPr>
      </w:pPr>
      <w:r w:rsidRPr="00147386">
        <w:rPr>
          <w:rFonts w:ascii="Arial" w:hAnsi="Arial" w:cs="Arial"/>
          <w:b/>
          <w:sz w:val="20"/>
          <w:lang w:val="en-GB"/>
        </w:rPr>
        <w:t>Gap Analysis and Transition / Migration Plan</w:t>
      </w:r>
    </w:p>
    <w:tbl>
      <w:tblPr>
        <w:tblStyle w:val="TableGrid"/>
        <w:tblW w:w="5000" w:type="pct"/>
        <w:tblLayout w:type="fixed"/>
        <w:tblLook w:val="04A0" w:firstRow="1" w:lastRow="0" w:firstColumn="1" w:lastColumn="0" w:noHBand="0" w:noVBand="1"/>
      </w:tblPr>
      <w:tblGrid>
        <w:gridCol w:w="3115"/>
        <w:gridCol w:w="12273"/>
      </w:tblGrid>
      <w:tr w:rsidR="0073089B" w:rsidRPr="00977123" w14:paraId="2955271E" w14:textId="77777777" w:rsidTr="00ED0F7C">
        <w:tc>
          <w:tcPr>
            <w:tcW w:w="1012" w:type="pct"/>
            <w:shd w:val="clear" w:color="auto" w:fill="330072"/>
          </w:tcPr>
          <w:p w14:paraId="0A782591" w14:textId="77777777" w:rsidR="0073089B" w:rsidRPr="00977123" w:rsidRDefault="0073089B" w:rsidP="00ED0F7C">
            <w:pPr>
              <w:rPr>
                <w:rFonts w:ascii="Arial" w:hAnsi="Arial" w:cs="Arial"/>
                <w:b/>
                <w:color w:val="FFFFFF" w:themeColor="background1"/>
                <w:sz w:val="20"/>
              </w:rPr>
            </w:pPr>
            <w:r w:rsidRPr="00977123">
              <w:rPr>
                <w:rFonts w:ascii="Arial" w:hAnsi="Arial" w:cs="Arial"/>
                <w:b/>
                <w:color w:val="FFFFFF" w:themeColor="background1"/>
                <w:sz w:val="20"/>
              </w:rPr>
              <w:t xml:space="preserve">Name of </w:t>
            </w:r>
            <w:r w:rsidRPr="00977123">
              <w:rPr>
                <w:rFonts w:ascii="Arial" w:hAnsi="Arial" w:cs="Arial"/>
                <w:b/>
                <w:color w:val="FFFFFF" w:themeColor="background1"/>
                <w:sz w:val="20"/>
                <w:lang w:val="en-GB"/>
              </w:rPr>
              <w:t>Organisation</w:t>
            </w:r>
          </w:p>
          <w:p w14:paraId="3E45D88F" w14:textId="77777777" w:rsidR="0073089B" w:rsidRPr="00977123" w:rsidRDefault="0073089B" w:rsidP="00ED0F7C">
            <w:pPr>
              <w:rPr>
                <w:rFonts w:ascii="Arial" w:hAnsi="Arial" w:cs="Arial"/>
                <w:b/>
                <w:color w:val="FFFFFF" w:themeColor="background1"/>
                <w:sz w:val="20"/>
              </w:rPr>
            </w:pPr>
          </w:p>
        </w:tc>
        <w:tc>
          <w:tcPr>
            <w:tcW w:w="3988" w:type="pct"/>
          </w:tcPr>
          <w:p w14:paraId="1891B839" w14:textId="77777777" w:rsidR="0073089B" w:rsidRPr="00977123" w:rsidRDefault="00A32F81" w:rsidP="00597CAC">
            <w:pPr>
              <w:rPr>
                <w:rFonts w:ascii="Arial" w:hAnsi="Arial" w:cs="Arial"/>
                <w:b/>
                <w:sz w:val="20"/>
              </w:rPr>
            </w:pPr>
            <w:sdt>
              <w:sdtPr>
                <w:rPr>
                  <w:rFonts w:ascii="Arial" w:hAnsi="Arial" w:cs="Arial"/>
                  <w:sz w:val="20"/>
                </w:rPr>
                <w:id w:val="-1935274334"/>
                <w:placeholder>
                  <w:docPart w:val="BD0D7054BCB345F9A322C3AB71F8F5F9"/>
                </w:placeholder>
                <w:showingPlcHdr/>
              </w:sdtPr>
              <w:sdtEndPr/>
              <w:sdtContent>
                <w:r w:rsidR="0073089B" w:rsidRPr="00977123">
                  <w:rPr>
                    <w:rStyle w:val="PlaceholderText"/>
                    <w:rFonts w:ascii="Arial" w:hAnsi="Arial" w:cs="Arial"/>
                    <w:sz w:val="20"/>
                    <w:highlight w:val="yellow"/>
                  </w:rPr>
                  <w:t>Click here to enter text</w:t>
                </w:r>
              </w:sdtContent>
            </w:sdt>
          </w:p>
        </w:tc>
      </w:tr>
      <w:tr w:rsidR="0073089B" w:rsidRPr="00977123" w14:paraId="3A16759D" w14:textId="77777777" w:rsidTr="00ED0F7C">
        <w:tc>
          <w:tcPr>
            <w:tcW w:w="1012" w:type="pct"/>
            <w:shd w:val="clear" w:color="auto" w:fill="330072"/>
          </w:tcPr>
          <w:p w14:paraId="42CA7D85" w14:textId="77777777" w:rsidR="0073089B" w:rsidRPr="00977123" w:rsidRDefault="0073089B" w:rsidP="00ED0F7C">
            <w:pPr>
              <w:rPr>
                <w:rFonts w:ascii="Arial" w:hAnsi="Arial" w:cs="Arial"/>
                <w:b/>
                <w:color w:val="FFFFFF" w:themeColor="background1"/>
                <w:sz w:val="20"/>
              </w:rPr>
            </w:pPr>
            <w:r w:rsidRPr="00977123">
              <w:rPr>
                <w:rFonts w:ascii="Arial" w:hAnsi="Arial" w:cs="Arial"/>
                <w:b/>
                <w:color w:val="FFFFFF" w:themeColor="background1"/>
                <w:sz w:val="20"/>
              </w:rPr>
              <w:t>Accreditation Number</w:t>
            </w:r>
          </w:p>
          <w:p w14:paraId="6D3E2610" w14:textId="77777777" w:rsidR="0073089B" w:rsidRPr="00977123" w:rsidRDefault="0073089B" w:rsidP="00ED0F7C">
            <w:pPr>
              <w:rPr>
                <w:rFonts w:ascii="Arial" w:hAnsi="Arial" w:cs="Arial"/>
                <w:b/>
                <w:color w:val="FFFFFF" w:themeColor="background1"/>
                <w:sz w:val="20"/>
              </w:rPr>
            </w:pPr>
          </w:p>
        </w:tc>
        <w:tc>
          <w:tcPr>
            <w:tcW w:w="3988" w:type="pct"/>
          </w:tcPr>
          <w:p w14:paraId="04473059" w14:textId="77777777" w:rsidR="0073089B" w:rsidRPr="00977123" w:rsidRDefault="00A32F81" w:rsidP="00597CAC">
            <w:pPr>
              <w:rPr>
                <w:rFonts w:ascii="Arial" w:hAnsi="Arial" w:cs="Arial"/>
                <w:b/>
                <w:sz w:val="20"/>
              </w:rPr>
            </w:pPr>
            <w:sdt>
              <w:sdtPr>
                <w:rPr>
                  <w:rFonts w:ascii="Arial" w:hAnsi="Arial" w:cs="Arial"/>
                  <w:sz w:val="20"/>
                </w:rPr>
                <w:id w:val="1666202427"/>
                <w:placeholder>
                  <w:docPart w:val="C9761932A7644ED9ADD8ACCCAE0E9BD0"/>
                </w:placeholder>
                <w:showingPlcHdr/>
              </w:sdtPr>
              <w:sdtEndPr/>
              <w:sdtContent>
                <w:r w:rsidR="0073089B" w:rsidRPr="00977123">
                  <w:rPr>
                    <w:rStyle w:val="PlaceholderText"/>
                    <w:rFonts w:ascii="Arial" w:hAnsi="Arial" w:cs="Arial"/>
                    <w:sz w:val="20"/>
                    <w:highlight w:val="yellow"/>
                  </w:rPr>
                  <w:t>Click here to enter text</w:t>
                </w:r>
              </w:sdtContent>
            </w:sdt>
          </w:p>
        </w:tc>
      </w:tr>
      <w:tr w:rsidR="0073089B" w:rsidRPr="00977123" w14:paraId="2DE0ED08" w14:textId="77777777" w:rsidTr="00ED0F7C">
        <w:tc>
          <w:tcPr>
            <w:tcW w:w="1012" w:type="pct"/>
            <w:shd w:val="clear" w:color="auto" w:fill="330072"/>
          </w:tcPr>
          <w:p w14:paraId="0AAAD31E" w14:textId="77777777" w:rsidR="0073089B" w:rsidRPr="00977123" w:rsidRDefault="0073089B" w:rsidP="00ED0F7C">
            <w:pPr>
              <w:rPr>
                <w:rFonts w:ascii="Arial" w:hAnsi="Arial" w:cs="Arial"/>
                <w:b/>
                <w:color w:val="FFFFFF" w:themeColor="background1"/>
                <w:sz w:val="20"/>
              </w:rPr>
            </w:pPr>
            <w:r w:rsidRPr="00977123">
              <w:rPr>
                <w:rFonts w:ascii="Arial" w:hAnsi="Arial" w:cs="Arial"/>
                <w:b/>
                <w:color w:val="FFFFFF" w:themeColor="background1"/>
                <w:sz w:val="20"/>
              </w:rPr>
              <w:t>Date of Submission</w:t>
            </w:r>
          </w:p>
          <w:p w14:paraId="5671D986" w14:textId="77777777" w:rsidR="0073089B" w:rsidRPr="00977123" w:rsidRDefault="0073089B" w:rsidP="00ED0F7C">
            <w:pPr>
              <w:rPr>
                <w:rFonts w:ascii="Arial" w:hAnsi="Arial" w:cs="Arial"/>
                <w:b/>
                <w:color w:val="FFFFFF" w:themeColor="background1"/>
                <w:sz w:val="20"/>
              </w:rPr>
            </w:pPr>
          </w:p>
        </w:tc>
        <w:sdt>
          <w:sdtPr>
            <w:rPr>
              <w:rFonts w:ascii="Arial" w:hAnsi="Arial" w:cs="Arial"/>
              <w:b/>
              <w:sz w:val="20"/>
            </w:rPr>
            <w:id w:val="1021282834"/>
            <w:placeholder>
              <w:docPart w:val="88BD366322B24D77AECAC1CBAD4E32C6"/>
            </w:placeholder>
            <w:showingPlcHdr/>
            <w:date>
              <w:dateFormat w:val="dd MMMM yyyy"/>
              <w:lid w:val="en-GB"/>
              <w:storeMappedDataAs w:val="dateTime"/>
              <w:calendar w:val="gregorian"/>
            </w:date>
          </w:sdtPr>
          <w:sdtEndPr/>
          <w:sdtContent>
            <w:tc>
              <w:tcPr>
                <w:tcW w:w="3988" w:type="pct"/>
              </w:tcPr>
              <w:p w14:paraId="68B2C949" w14:textId="77777777" w:rsidR="0073089B" w:rsidRPr="00977123" w:rsidRDefault="0073089B" w:rsidP="00597CAC">
                <w:pPr>
                  <w:rPr>
                    <w:rFonts w:ascii="Arial" w:hAnsi="Arial" w:cs="Arial"/>
                    <w:b/>
                    <w:sz w:val="20"/>
                  </w:rPr>
                </w:pPr>
                <w:r w:rsidRPr="00977123">
                  <w:rPr>
                    <w:rStyle w:val="PlaceholderText"/>
                    <w:rFonts w:ascii="Arial" w:eastAsiaTheme="minorHAnsi" w:hAnsi="Arial" w:cs="Arial"/>
                    <w:sz w:val="20"/>
                    <w:highlight w:val="yellow"/>
                  </w:rPr>
                  <w:t>Select a date from the calendar</w:t>
                </w:r>
              </w:p>
            </w:tc>
          </w:sdtContent>
        </w:sdt>
      </w:tr>
    </w:tbl>
    <w:p w14:paraId="44465469" w14:textId="77777777" w:rsidR="000D693A" w:rsidRPr="000D693A" w:rsidRDefault="000D693A" w:rsidP="000D693A">
      <w:pPr>
        <w:spacing w:before="240" w:after="120"/>
        <w:rPr>
          <w:rFonts w:ascii="Arial" w:hAnsi="Arial" w:cs="Arial"/>
          <w:b/>
          <w:sz w:val="20"/>
          <w:lang w:val="en-GB"/>
        </w:rPr>
      </w:pPr>
      <w:r w:rsidRPr="000D693A">
        <w:rPr>
          <w:rFonts w:ascii="Arial" w:hAnsi="Arial" w:cs="Arial"/>
          <w:b/>
          <w:sz w:val="20"/>
          <w:lang w:val="en-GB"/>
        </w:rPr>
        <w:t>Part A - ISO/IEC 27701:2025 Transition Gap Analysis</w:t>
      </w:r>
    </w:p>
    <w:tbl>
      <w:tblPr>
        <w:tblStyle w:val="TableGrid"/>
        <w:tblW w:w="0" w:type="auto"/>
        <w:tblLook w:val="04A0" w:firstRow="1" w:lastRow="0" w:firstColumn="1" w:lastColumn="0" w:noHBand="0" w:noVBand="1"/>
      </w:tblPr>
      <w:tblGrid>
        <w:gridCol w:w="1121"/>
        <w:gridCol w:w="1966"/>
        <w:gridCol w:w="1039"/>
        <w:gridCol w:w="2105"/>
        <w:gridCol w:w="1628"/>
        <w:gridCol w:w="3522"/>
        <w:gridCol w:w="4007"/>
      </w:tblGrid>
      <w:tr w:rsidR="0067257C" w:rsidRPr="00F52534" w14:paraId="37E648D3" w14:textId="77777777" w:rsidTr="004A1DB3">
        <w:trPr>
          <w:tblHeader/>
        </w:trPr>
        <w:tc>
          <w:tcPr>
            <w:tcW w:w="1121" w:type="dxa"/>
            <w:tcBorders>
              <w:bottom w:val="single" w:sz="4" w:space="0" w:color="auto"/>
            </w:tcBorders>
            <w:shd w:val="clear" w:color="auto" w:fill="330072"/>
            <w:vAlign w:val="center"/>
          </w:tcPr>
          <w:p w14:paraId="0F078D62" w14:textId="6B949D1A"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CLAUSE</w:t>
            </w:r>
          </w:p>
        </w:tc>
        <w:tc>
          <w:tcPr>
            <w:tcW w:w="1966" w:type="dxa"/>
            <w:tcBorders>
              <w:bottom w:val="single" w:sz="4" w:space="0" w:color="auto"/>
            </w:tcBorders>
            <w:shd w:val="clear" w:color="auto" w:fill="330072"/>
            <w:vAlign w:val="center"/>
          </w:tcPr>
          <w:p w14:paraId="2FC79D5A" w14:textId="07A67D6F"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ISO/IEC 27701:20</w:t>
            </w:r>
            <w:r w:rsidR="001E65B2">
              <w:rPr>
                <w:rFonts w:ascii="Arial" w:hAnsi="Arial" w:cs="Arial"/>
                <w:b/>
                <w:color w:val="FFFFFF" w:themeColor="background1"/>
                <w:sz w:val="18"/>
                <w:szCs w:val="18"/>
              </w:rPr>
              <w:t>19</w:t>
            </w:r>
          </w:p>
        </w:tc>
        <w:tc>
          <w:tcPr>
            <w:tcW w:w="1039" w:type="dxa"/>
            <w:tcBorders>
              <w:bottom w:val="single" w:sz="4" w:space="0" w:color="auto"/>
            </w:tcBorders>
            <w:shd w:val="clear" w:color="auto" w:fill="330072"/>
            <w:vAlign w:val="center"/>
          </w:tcPr>
          <w:p w14:paraId="17EC5ABE" w14:textId="7641F9D4"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CLAUSE</w:t>
            </w:r>
          </w:p>
        </w:tc>
        <w:tc>
          <w:tcPr>
            <w:tcW w:w="2105" w:type="dxa"/>
            <w:tcBorders>
              <w:bottom w:val="single" w:sz="4" w:space="0" w:color="auto"/>
            </w:tcBorders>
            <w:shd w:val="clear" w:color="auto" w:fill="330072"/>
            <w:vAlign w:val="center"/>
          </w:tcPr>
          <w:p w14:paraId="6161E4B7" w14:textId="717B133A"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ISO/IEC 27701:2025</w:t>
            </w:r>
          </w:p>
        </w:tc>
        <w:tc>
          <w:tcPr>
            <w:tcW w:w="1628" w:type="dxa"/>
            <w:tcBorders>
              <w:bottom w:val="single" w:sz="4" w:space="0" w:color="auto"/>
            </w:tcBorders>
            <w:shd w:val="clear" w:color="auto" w:fill="330072"/>
            <w:vAlign w:val="center"/>
          </w:tcPr>
          <w:p w14:paraId="03903B71" w14:textId="4E9C9F1A"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EXTENT OF CHANGE</w:t>
            </w:r>
          </w:p>
        </w:tc>
        <w:tc>
          <w:tcPr>
            <w:tcW w:w="3522" w:type="dxa"/>
            <w:tcBorders>
              <w:bottom w:val="single" w:sz="4" w:space="0" w:color="auto"/>
            </w:tcBorders>
            <w:shd w:val="clear" w:color="auto" w:fill="330072"/>
            <w:vAlign w:val="center"/>
          </w:tcPr>
          <w:p w14:paraId="4F45144C" w14:textId="6B3E7585"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DETAILS OF CHANGES WITHIN YOUR MANAGEMENT SYSTEM WHICH HAVE/WILL BE TAKEN TO ADDRESS CHANGES</w:t>
            </w:r>
          </w:p>
        </w:tc>
        <w:tc>
          <w:tcPr>
            <w:tcW w:w="4007" w:type="dxa"/>
            <w:tcBorders>
              <w:bottom w:val="single" w:sz="4" w:space="0" w:color="auto"/>
            </w:tcBorders>
            <w:shd w:val="clear" w:color="auto" w:fill="330072"/>
            <w:vAlign w:val="center"/>
          </w:tcPr>
          <w:p w14:paraId="282894EE" w14:textId="4205246D" w:rsidR="0067257C" w:rsidRPr="00F52534" w:rsidRDefault="0067257C" w:rsidP="00F52534">
            <w:pPr>
              <w:spacing w:before="40" w:after="40"/>
              <w:rPr>
                <w:rFonts w:ascii="Arial" w:hAnsi="Arial" w:cs="Arial"/>
                <w:b/>
                <w:color w:val="FFFFFF" w:themeColor="background1"/>
                <w:sz w:val="18"/>
                <w:szCs w:val="18"/>
              </w:rPr>
            </w:pPr>
            <w:r w:rsidRPr="00F52534">
              <w:rPr>
                <w:rFonts w:ascii="Arial" w:hAnsi="Arial" w:cs="Arial"/>
                <w:b/>
                <w:color w:val="FFFFFF" w:themeColor="background1"/>
                <w:sz w:val="18"/>
                <w:szCs w:val="18"/>
              </w:rPr>
              <w:t>UKAS COMMENTS REGARDING INFORMATION SUPPLIED INCLUDING REFERENCE TO ANY IAR</w:t>
            </w:r>
            <w:r w:rsidR="00FD6E3C">
              <w:rPr>
                <w:rFonts w:ascii="Arial" w:hAnsi="Arial" w:cs="Arial"/>
                <w:b/>
                <w:color w:val="FFFFFF" w:themeColor="background1"/>
                <w:sz w:val="18"/>
                <w:szCs w:val="18"/>
              </w:rPr>
              <w:t>S</w:t>
            </w:r>
            <w:r w:rsidRPr="00F52534">
              <w:rPr>
                <w:rFonts w:ascii="Arial" w:hAnsi="Arial" w:cs="Arial"/>
                <w:b/>
                <w:color w:val="FFFFFF" w:themeColor="background1"/>
                <w:sz w:val="18"/>
                <w:szCs w:val="18"/>
              </w:rPr>
              <w:t xml:space="preserve"> RAISED</w:t>
            </w:r>
          </w:p>
        </w:tc>
      </w:tr>
      <w:tr w:rsidR="0067257C" w:rsidRPr="00F52534" w14:paraId="5D1CAE08" w14:textId="77777777" w:rsidTr="0067257C">
        <w:tc>
          <w:tcPr>
            <w:tcW w:w="1121" w:type="dxa"/>
            <w:tcBorders>
              <w:bottom w:val="single" w:sz="4" w:space="0" w:color="7F7F7F" w:themeColor="text1" w:themeTint="80"/>
              <w:right w:val="single" w:sz="6" w:space="0" w:color="auto"/>
            </w:tcBorders>
          </w:tcPr>
          <w:p w14:paraId="0C9F871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1</w:t>
            </w:r>
          </w:p>
        </w:tc>
        <w:tc>
          <w:tcPr>
            <w:tcW w:w="1966" w:type="dxa"/>
            <w:tcBorders>
              <w:left w:val="single" w:sz="6" w:space="0" w:color="auto"/>
              <w:bottom w:val="single" w:sz="4" w:space="0" w:color="7F7F7F" w:themeColor="text1" w:themeTint="80"/>
              <w:right w:val="single" w:sz="6" w:space="0" w:color="auto"/>
            </w:tcBorders>
          </w:tcPr>
          <w:p w14:paraId="5F0F6DC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Scope</w:t>
            </w:r>
          </w:p>
        </w:tc>
        <w:tc>
          <w:tcPr>
            <w:tcW w:w="1039" w:type="dxa"/>
            <w:tcBorders>
              <w:left w:val="single" w:sz="6" w:space="0" w:color="auto"/>
              <w:bottom w:val="single" w:sz="4" w:space="0" w:color="7F7F7F" w:themeColor="text1" w:themeTint="80"/>
              <w:right w:val="single" w:sz="6" w:space="0" w:color="auto"/>
            </w:tcBorders>
          </w:tcPr>
          <w:p w14:paraId="6DF360F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1</w:t>
            </w:r>
          </w:p>
        </w:tc>
        <w:tc>
          <w:tcPr>
            <w:tcW w:w="2105" w:type="dxa"/>
            <w:tcBorders>
              <w:left w:val="single" w:sz="6" w:space="0" w:color="auto"/>
              <w:bottom w:val="single" w:sz="4" w:space="0" w:color="7F7F7F" w:themeColor="text1" w:themeTint="80"/>
              <w:right w:val="single" w:sz="6" w:space="0" w:color="auto"/>
            </w:tcBorders>
          </w:tcPr>
          <w:p w14:paraId="2CDCEE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Scope</w:t>
            </w:r>
          </w:p>
        </w:tc>
        <w:tc>
          <w:tcPr>
            <w:tcW w:w="1628" w:type="dxa"/>
            <w:tcBorders>
              <w:left w:val="single" w:sz="6" w:space="0" w:color="auto"/>
              <w:bottom w:val="single" w:sz="4" w:space="0" w:color="7F7F7F" w:themeColor="text1" w:themeTint="80"/>
              <w:right w:val="single" w:sz="6" w:space="0" w:color="auto"/>
            </w:tcBorders>
          </w:tcPr>
          <w:p w14:paraId="32C5ECDC" w14:textId="77777777" w:rsidR="0067257C" w:rsidRPr="00F52534" w:rsidRDefault="0067257C" w:rsidP="00F52534">
            <w:pPr>
              <w:spacing w:before="40" w:after="40"/>
              <w:rPr>
                <w:rFonts w:ascii="Arial" w:hAnsi="Arial" w:cs="Arial"/>
                <w:sz w:val="18"/>
                <w:szCs w:val="18"/>
              </w:rPr>
            </w:pPr>
          </w:p>
        </w:tc>
        <w:tc>
          <w:tcPr>
            <w:tcW w:w="3522" w:type="dxa"/>
            <w:tcBorders>
              <w:left w:val="single" w:sz="6" w:space="0" w:color="auto"/>
              <w:bottom w:val="single" w:sz="4" w:space="0" w:color="7F7F7F" w:themeColor="text1" w:themeTint="80"/>
              <w:right w:val="single" w:sz="6" w:space="0" w:color="auto"/>
            </w:tcBorders>
          </w:tcPr>
          <w:p w14:paraId="6E1C7EB3" w14:textId="77777777" w:rsidR="0067257C" w:rsidRPr="00F52534" w:rsidRDefault="0067257C" w:rsidP="00F52534">
            <w:pPr>
              <w:spacing w:before="40" w:after="40"/>
              <w:rPr>
                <w:rFonts w:ascii="Arial" w:hAnsi="Arial" w:cs="Arial"/>
                <w:sz w:val="18"/>
                <w:szCs w:val="18"/>
              </w:rPr>
            </w:pPr>
          </w:p>
        </w:tc>
        <w:tc>
          <w:tcPr>
            <w:tcW w:w="4007" w:type="dxa"/>
            <w:tcBorders>
              <w:left w:val="single" w:sz="6" w:space="0" w:color="auto"/>
              <w:bottom w:val="single" w:sz="4" w:space="0" w:color="7F7F7F" w:themeColor="text1" w:themeTint="80"/>
            </w:tcBorders>
          </w:tcPr>
          <w:p w14:paraId="56357D81" w14:textId="77777777" w:rsidR="0067257C" w:rsidRPr="00F52534" w:rsidRDefault="0067257C" w:rsidP="00F52534">
            <w:pPr>
              <w:spacing w:before="40" w:after="40"/>
              <w:rPr>
                <w:rFonts w:ascii="Arial" w:hAnsi="Arial" w:cs="Arial"/>
                <w:sz w:val="18"/>
                <w:szCs w:val="18"/>
              </w:rPr>
            </w:pPr>
          </w:p>
        </w:tc>
      </w:tr>
      <w:tr w:rsidR="0067257C" w:rsidRPr="00F52534" w14:paraId="02BD8C6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04D3F8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8AD0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Normative references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722E8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70489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Normative references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9E78C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Major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58BC6D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E587641" w14:textId="77777777" w:rsidR="0067257C" w:rsidRPr="00F52534" w:rsidRDefault="0067257C" w:rsidP="00F52534">
            <w:pPr>
              <w:spacing w:before="40" w:after="40"/>
              <w:rPr>
                <w:rFonts w:ascii="Arial" w:hAnsi="Arial" w:cs="Arial"/>
                <w:sz w:val="18"/>
                <w:szCs w:val="18"/>
              </w:rPr>
            </w:pPr>
          </w:p>
        </w:tc>
      </w:tr>
      <w:tr w:rsidR="0067257C" w:rsidRPr="00F52534" w14:paraId="554C6CC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CBF4D3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3 - 3.2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202FB8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Terms, definitions and abbreviations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7771BE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3 - 3.25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76C59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Terms, definitions and abbreviations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A87D73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8579E1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45894AD" w14:textId="77777777" w:rsidR="0067257C" w:rsidRPr="00F52534" w:rsidRDefault="0067257C" w:rsidP="00F52534">
            <w:pPr>
              <w:spacing w:before="40" w:after="40"/>
              <w:rPr>
                <w:rFonts w:ascii="Arial" w:hAnsi="Arial" w:cs="Arial"/>
                <w:sz w:val="18"/>
                <w:szCs w:val="18"/>
              </w:rPr>
            </w:pPr>
          </w:p>
        </w:tc>
      </w:tr>
      <w:tr w:rsidR="0067257C" w:rsidRPr="00F52534" w14:paraId="4764D99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FF6673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4 - 4.4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E256A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8247049"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8F46BE5"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DC260F"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ACB63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FD70844" w14:textId="77777777" w:rsidR="0067257C" w:rsidRPr="00F52534" w:rsidRDefault="0067257C" w:rsidP="00F52534">
            <w:pPr>
              <w:spacing w:before="40" w:after="40"/>
              <w:rPr>
                <w:rFonts w:ascii="Arial" w:hAnsi="Arial" w:cs="Arial"/>
                <w:sz w:val="18"/>
                <w:szCs w:val="18"/>
              </w:rPr>
            </w:pPr>
          </w:p>
        </w:tc>
      </w:tr>
      <w:tr w:rsidR="0067257C" w:rsidRPr="00F52534" w14:paraId="6A8AF17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2FC5B3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644DD6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PIMS-specific requirements related to ISO/IEC 27001</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EF3CC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6FC304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Context of the organization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D60425"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69B0D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5B136AA" w14:textId="77777777" w:rsidR="0067257C" w:rsidRPr="00F52534" w:rsidRDefault="0067257C" w:rsidP="00F52534">
            <w:pPr>
              <w:spacing w:before="40" w:after="40"/>
              <w:rPr>
                <w:rFonts w:ascii="Arial" w:hAnsi="Arial" w:cs="Arial"/>
                <w:sz w:val="18"/>
                <w:szCs w:val="18"/>
              </w:rPr>
            </w:pPr>
          </w:p>
        </w:tc>
      </w:tr>
      <w:tr w:rsidR="0067257C" w:rsidRPr="00F52534" w14:paraId="4EC6FC3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F5D8C8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2E45F3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E25DB42"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594CD1"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E4BF98"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39729F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93203C2" w14:textId="77777777" w:rsidR="0067257C" w:rsidRPr="00F52534" w:rsidRDefault="0067257C" w:rsidP="00F52534">
            <w:pPr>
              <w:spacing w:before="40" w:after="40"/>
              <w:rPr>
                <w:rFonts w:ascii="Arial" w:hAnsi="Arial" w:cs="Arial"/>
                <w:sz w:val="18"/>
                <w:szCs w:val="18"/>
              </w:rPr>
            </w:pPr>
          </w:p>
        </w:tc>
      </w:tr>
      <w:tr w:rsidR="0067257C" w:rsidRPr="00F52534" w14:paraId="4FAFEB9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2C5F86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FD6A8D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Context of the organization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18D0E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813AEC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Context of the organization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24AEE1"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55DC7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0F8465C" w14:textId="77777777" w:rsidR="0067257C" w:rsidRPr="00F52534" w:rsidRDefault="0067257C" w:rsidP="00F52534">
            <w:pPr>
              <w:spacing w:before="40" w:after="40"/>
              <w:rPr>
                <w:rFonts w:ascii="Arial" w:hAnsi="Arial" w:cs="Arial"/>
                <w:sz w:val="18"/>
                <w:szCs w:val="18"/>
              </w:rPr>
            </w:pPr>
          </w:p>
        </w:tc>
      </w:tr>
      <w:tr w:rsidR="0067257C" w:rsidRPr="00F52534" w14:paraId="68807B0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AED2A1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738DF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Understanding the organization and its context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719202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F27A0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Understanding the organization and its context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419D1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New</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E35518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E867D44" w14:textId="77777777" w:rsidR="0067257C" w:rsidRPr="00F52534" w:rsidRDefault="0067257C" w:rsidP="00F52534">
            <w:pPr>
              <w:spacing w:before="40" w:after="40"/>
              <w:rPr>
                <w:rFonts w:ascii="Arial" w:hAnsi="Arial" w:cs="Arial"/>
                <w:sz w:val="18"/>
                <w:szCs w:val="18"/>
              </w:rPr>
            </w:pPr>
          </w:p>
        </w:tc>
      </w:tr>
      <w:tr w:rsidR="0067257C" w:rsidRPr="00F52534" w14:paraId="697A4E6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3FCE03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5.2.2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733411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Understanding the needs and expectations of interested parties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454699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63B11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Understanding the needs and expectations of interested parties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8D235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Major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D91506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AC6D8DC" w14:textId="77777777" w:rsidR="0067257C" w:rsidRPr="00F52534" w:rsidRDefault="0067257C" w:rsidP="00F52534">
            <w:pPr>
              <w:spacing w:before="40" w:after="40"/>
              <w:rPr>
                <w:rFonts w:ascii="Arial" w:hAnsi="Arial" w:cs="Arial"/>
                <w:sz w:val="18"/>
                <w:szCs w:val="18"/>
              </w:rPr>
            </w:pPr>
          </w:p>
        </w:tc>
      </w:tr>
      <w:tr w:rsidR="0067257C" w:rsidRPr="00F52534" w14:paraId="48B7AF9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41EC79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5.2.3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BDAF31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Determining the scope of the information security management system</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9ABDAE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F8750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Determining the scope of the privacy information management system</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6AF5D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Major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0B4E2D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66E18BD" w14:textId="77777777" w:rsidR="0067257C" w:rsidRPr="00F52534" w:rsidRDefault="0067257C" w:rsidP="00F52534">
            <w:pPr>
              <w:spacing w:before="40" w:after="40"/>
              <w:rPr>
                <w:rFonts w:ascii="Arial" w:hAnsi="Arial" w:cs="Arial"/>
                <w:sz w:val="18"/>
                <w:szCs w:val="18"/>
              </w:rPr>
            </w:pPr>
          </w:p>
        </w:tc>
      </w:tr>
      <w:tr w:rsidR="0067257C" w:rsidRPr="00F52534" w14:paraId="12CBBBCF"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9D86F7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5.2.4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396E9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management system</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5382F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4.4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D368B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information management system</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063FB8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B66BB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F4E8832" w14:textId="77777777" w:rsidR="0067257C" w:rsidRPr="00F52534" w:rsidRDefault="0067257C" w:rsidP="00F52534">
            <w:pPr>
              <w:spacing w:before="40" w:after="40"/>
              <w:rPr>
                <w:rFonts w:ascii="Arial" w:hAnsi="Arial" w:cs="Arial"/>
                <w:sz w:val="18"/>
                <w:szCs w:val="18"/>
              </w:rPr>
            </w:pPr>
          </w:p>
        </w:tc>
      </w:tr>
      <w:tr w:rsidR="0067257C" w:rsidRPr="00F52534" w14:paraId="38826894"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CF0BF4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E6E0C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Leadership</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4A384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5D59D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Leadership</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04CCF3E"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B76F9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13FD2AF" w14:textId="77777777" w:rsidR="0067257C" w:rsidRPr="00F52534" w:rsidRDefault="0067257C" w:rsidP="00F52534">
            <w:pPr>
              <w:spacing w:before="40" w:after="40"/>
              <w:rPr>
                <w:rFonts w:ascii="Arial" w:hAnsi="Arial" w:cs="Arial"/>
                <w:sz w:val="18"/>
                <w:szCs w:val="18"/>
              </w:rPr>
            </w:pPr>
          </w:p>
        </w:tc>
      </w:tr>
      <w:tr w:rsidR="0067257C" w:rsidRPr="00F52534" w14:paraId="059139C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DF2C9E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5.3.1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38C8C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Leadership and commitment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B7C8D0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3B51F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Leadership and commitment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2C40C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632BF0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3D6E162" w14:textId="77777777" w:rsidR="0067257C" w:rsidRPr="00F52534" w:rsidRDefault="0067257C" w:rsidP="00F52534">
            <w:pPr>
              <w:spacing w:before="40" w:after="40"/>
              <w:rPr>
                <w:rFonts w:ascii="Arial" w:hAnsi="Arial" w:cs="Arial"/>
                <w:sz w:val="18"/>
                <w:szCs w:val="18"/>
              </w:rPr>
            </w:pPr>
          </w:p>
        </w:tc>
      </w:tr>
      <w:tr w:rsidR="0067257C" w:rsidRPr="00F52534" w14:paraId="1F706CE6"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F62649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5.3.2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B9611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Policy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CDF1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B81AA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policy</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E3DC4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287491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B0AFBF2" w14:textId="77777777" w:rsidR="0067257C" w:rsidRPr="00F52534" w:rsidRDefault="0067257C" w:rsidP="00F52534">
            <w:pPr>
              <w:spacing w:before="40" w:after="40"/>
              <w:rPr>
                <w:rFonts w:ascii="Arial" w:hAnsi="Arial" w:cs="Arial"/>
                <w:sz w:val="18"/>
                <w:szCs w:val="18"/>
              </w:rPr>
            </w:pPr>
          </w:p>
        </w:tc>
      </w:tr>
      <w:tr w:rsidR="0067257C" w:rsidRPr="00F52534" w14:paraId="5639B8D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70E824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5.3.3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2A9C08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Organizational roles, responsibilities and authorities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54AEA5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60D889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Roles, responsibilities and authorities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3CDE8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A32595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89AD067" w14:textId="77777777" w:rsidR="0067257C" w:rsidRPr="00F52534" w:rsidRDefault="0067257C" w:rsidP="00F52534">
            <w:pPr>
              <w:spacing w:before="40" w:after="40"/>
              <w:rPr>
                <w:rFonts w:ascii="Arial" w:hAnsi="Arial" w:cs="Arial"/>
                <w:sz w:val="18"/>
                <w:szCs w:val="18"/>
              </w:rPr>
            </w:pPr>
          </w:p>
        </w:tc>
      </w:tr>
      <w:tr w:rsidR="0067257C" w:rsidRPr="00F52534" w14:paraId="488D687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F73E2A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BCAC10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Planning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5C621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2BF4C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Planning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5B649F"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12FDCC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436E21F" w14:textId="77777777" w:rsidR="0067257C" w:rsidRPr="00F52534" w:rsidRDefault="0067257C" w:rsidP="00F52534">
            <w:pPr>
              <w:spacing w:before="40" w:after="40"/>
              <w:rPr>
                <w:rFonts w:ascii="Arial" w:hAnsi="Arial" w:cs="Arial"/>
                <w:sz w:val="18"/>
                <w:szCs w:val="18"/>
              </w:rPr>
            </w:pPr>
          </w:p>
        </w:tc>
      </w:tr>
      <w:tr w:rsidR="0067257C" w:rsidRPr="00F52534" w14:paraId="1C9DE97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3EDC00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5.4.1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ED814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Actions to address risks and opportunities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84358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05C47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Actions to address risks and opportunities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4E42E0"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684FB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8C6C5C6" w14:textId="77777777" w:rsidR="0067257C" w:rsidRPr="00F52534" w:rsidRDefault="0067257C" w:rsidP="00F52534">
            <w:pPr>
              <w:spacing w:before="40" w:after="40"/>
              <w:rPr>
                <w:rFonts w:ascii="Arial" w:hAnsi="Arial" w:cs="Arial"/>
                <w:sz w:val="18"/>
                <w:szCs w:val="18"/>
              </w:rPr>
            </w:pPr>
          </w:p>
        </w:tc>
      </w:tr>
      <w:tr w:rsidR="0067257C" w:rsidRPr="00F52534" w14:paraId="029F3AA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111437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5.4.1.1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E569EB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130AC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912E4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A996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12340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7632C18" w14:textId="77777777" w:rsidR="0067257C" w:rsidRPr="00F52534" w:rsidRDefault="0067257C" w:rsidP="00F52534">
            <w:pPr>
              <w:spacing w:before="40" w:after="40"/>
              <w:rPr>
                <w:rFonts w:ascii="Arial" w:hAnsi="Arial" w:cs="Arial"/>
                <w:sz w:val="18"/>
                <w:szCs w:val="18"/>
              </w:rPr>
            </w:pPr>
          </w:p>
        </w:tc>
      </w:tr>
      <w:tr w:rsidR="0067257C" w:rsidRPr="00F52534" w14:paraId="39771EB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1992F3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5.4.1.2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B647E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risk assessment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7F216E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64900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risk assessment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5F631A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0DC076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4158AB5" w14:textId="77777777" w:rsidR="0067257C" w:rsidRPr="00F52534" w:rsidRDefault="0067257C" w:rsidP="00F52534">
            <w:pPr>
              <w:spacing w:before="40" w:after="40"/>
              <w:rPr>
                <w:rFonts w:ascii="Arial" w:hAnsi="Arial" w:cs="Arial"/>
                <w:sz w:val="18"/>
                <w:szCs w:val="18"/>
              </w:rPr>
            </w:pPr>
          </w:p>
        </w:tc>
      </w:tr>
      <w:tr w:rsidR="0067257C" w:rsidRPr="00F52534" w14:paraId="139D62B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9E3227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5.4.1.3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9ADCEA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risk treatment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BDCAE1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0F534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risk treatment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2FB1AD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642A07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5122189" w14:textId="77777777" w:rsidR="0067257C" w:rsidRPr="00F52534" w:rsidRDefault="0067257C" w:rsidP="00F52534">
            <w:pPr>
              <w:spacing w:before="40" w:after="40"/>
              <w:rPr>
                <w:rFonts w:ascii="Arial" w:hAnsi="Arial" w:cs="Arial"/>
                <w:sz w:val="18"/>
                <w:szCs w:val="18"/>
              </w:rPr>
            </w:pPr>
          </w:p>
        </w:tc>
      </w:tr>
      <w:tr w:rsidR="0067257C" w:rsidRPr="00F52534" w14:paraId="1008436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7E1713C" w14:textId="77777777" w:rsidR="0067257C" w:rsidRPr="00F52534" w:rsidRDefault="0067257C" w:rsidP="00F52534">
            <w:pPr>
              <w:spacing w:before="40" w:after="40"/>
              <w:rPr>
                <w:rFonts w:ascii="Arial" w:hAnsi="Arial" w:cs="Arial"/>
                <w:sz w:val="18"/>
                <w:szCs w:val="18"/>
              </w:rPr>
            </w:pP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EC1C158" w14:textId="77777777" w:rsidR="0067257C" w:rsidRPr="00F52534" w:rsidRDefault="0067257C" w:rsidP="00F52534">
            <w:pPr>
              <w:spacing w:before="40" w:after="40"/>
              <w:rPr>
                <w:rFonts w:ascii="Arial" w:hAnsi="Arial" w:cs="Arial"/>
                <w:sz w:val="18"/>
                <w:szCs w:val="18"/>
              </w:rPr>
            </w:pP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232FC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2ED955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objectives and planning to achieve them</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877B4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New</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B914DF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0693AF9" w14:textId="77777777" w:rsidR="0067257C" w:rsidRPr="00F52534" w:rsidRDefault="0067257C" w:rsidP="00F52534">
            <w:pPr>
              <w:spacing w:before="40" w:after="40"/>
              <w:rPr>
                <w:rFonts w:ascii="Arial" w:hAnsi="Arial" w:cs="Arial"/>
                <w:sz w:val="18"/>
                <w:szCs w:val="18"/>
              </w:rPr>
            </w:pPr>
          </w:p>
        </w:tc>
      </w:tr>
      <w:tr w:rsidR="0067257C" w:rsidRPr="00F52534" w14:paraId="4123309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80F1526" w14:textId="77777777" w:rsidR="0067257C" w:rsidRPr="00F52534" w:rsidRDefault="0067257C" w:rsidP="00F52534">
            <w:pPr>
              <w:spacing w:before="40" w:after="40"/>
              <w:rPr>
                <w:rFonts w:ascii="Arial" w:hAnsi="Arial" w:cs="Arial"/>
                <w:sz w:val="18"/>
                <w:szCs w:val="18"/>
              </w:rPr>
            </w:pP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AB0BE6" w14:textId="77777777" w:rsidR="0067257C" w:rsidRPr="00F52534" w:rsidRDefault="0067257C" w:rsidP="00F52534">
            <w:pPr>
              <w:spacing w:before="40" w:after="40"/>
              <w:rPr>
                <w:rFonts w:ascii="Arial" w:hAnsi="Arial" w:cs="Arial"/>
                <w:sz w:val="18"/>
                <w:szCs w:val="18"/>
              </w:rPr>
            </w:pP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F4602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318A93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Planning of changes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4201A3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New</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9A802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8333FCB" w14:textId="77777777" w:rsidR="0067257C" w:rsidRPr="00F52534" w:rsidRDefault="0067257C" w:rsidP="00F52534">
            <w:pPr>
              <w:spacing w:before="40" w:after="40"/>
              <w:rPr>
                <w:rFonts w:ascii="Arial" w:hAnsi="Arial" w:cs="Arial"/>
                <w:sz w:val="18"/>
                <w:szCs w:val="18"/>
              </w:rPr>
            </w:pPr>
          </w:p>
        </w:tc>
      </w:tr>
      <w:tr w:rsidR="0067257C" w:rsidRPr="00F52534" w14:paraId="0AFE474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E0C665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CBE6AF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Support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19BC3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656CFA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Support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B68A702"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DBEF2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872E66B" w14:textId="77777777" w:rsidR="0067257C" w:rsidRPr="00F52534" w:rsidRDefault="0067257C" w:rsidP="00F52534">
            <w:pPr>
              <w:spacing w:before="40" w:after="40"/>
              <w:rPr>
                <w:rFonts w:ascii="Arial" w:hAnsi="Arial" w:cs="Arial"/>
                <w:sz w:val="18"/>
                <w:szCs w:val="18"/>
              </w:rPr>
            </w:pPr>
          </w:p>
        </w:tc>
      </w:tr>
      <w:tr w:rsidR="0067257C" w:rsidRPr="00F52534" w14:paraId="1FC2D0B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8012F4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080AC3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Resources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5C5F0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B652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Resources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27D6E3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0FAD49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1BB0BDD" w14:textId="77777777" w:rsidR="0067257C" w:rsidRPr="00F52534" w:rsidRDefault="0067257C" w:rsidP="00F52534">
            <w:pPr>
              <w:spacing w:before="40" w:after="40"/>
              <w:rPr>
                <w:rFonts w:ascii="Arial" w:hAnsi="Arial" w:cs="Arial"/>
                <w:sz w:val="18"/>
                <w:szCs w:val="18"/>
              </w:rPr>
            </w:pPr>
          </w:p>
        </w:tc>
      </w:tr>
      <w:tr w:rsidR="0067257C" w:rsidRPr="00F52534" w14:paraId="6022B156"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FCCBAA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C21031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Competence</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80573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B9E5B8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Competence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2A2A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B21B2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4C7CD7A" w14:textId="77777777" w:rsidR="0067257C" w:rsidRPr="00F52534" w:rsidRDefault="0067257C" w:rsidP="00F52534">
            <w:pPr>
              <w:spacing w:before="40" w:after="40"/>
              <w:rPr>
                <w:rFonts w:ascii="Arial" w:hAnsi="Arial" w:cs="Arial"/>
                <w:sz w:val="18"/>
                <w:szCs w:val="18"/>
              </w:rPr>
            </w:pPr>
          </w:p>
        </w:tc>
      </w:tr>
      <w:tr w:rsidR="0067257C" w:rsidRPr="00F52534" w14:paraId="2A63A55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DFA1F4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F8F14B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Awareness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F1A076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49B7F6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Awareness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73124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590ACF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A488002" w14:textId="77777777" w:rsidR="0067257C" w:rsidRPr="00F52534" w:rsidRDefault="0067257C" w:rsidP="00F52534">
            <w:pPr>
              <w:spacing w:before="40" w:after="40"/>
              <w:rPr>
                <w:rFonts w:ascii="Arial" w:hAnsi="Arial" w:cs="Arial"/>
                <w:sz w:val="18"/>
                <w:szCs w:val="18"/>
              </w:rPr>
            </w:pPr>
          </w:p>
        </w:tc>
      </w:tr>
      <w:tr w:rsidR="0067257C" w:rsidRPr="00F52534" w14:paraId="1CDB80D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BCBDC6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D3C37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Communication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FEC13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462C2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Communication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B1976B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ED19F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508C787" w14:textId="77777777" w:rsidR="0067257C" w:rsidRPr="00F52534" w:rsidRDefault="0067257C" w:rsidP="00F52534">
            <w:pPr>
              <w:spacing w:before="40" w:after="40"/>
              <w:rPr>
                <w:rFonts w:ascii="Arial" w:hAnsi="Arial" w:cs="Arial"/>
                <w:sz w:val="18"/>
                <w:szCs w:val="18"/>
              </w:rPr>
            </w:pPr>
          </w:p>
        </w:tc>
      </w:tr>
      <w:tr w:rsidR="0067257C" w:rsidRPr="00F52534" w14:paraId="1CB28C6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BEAF9D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80AF3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Documented information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CE843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4B3AE9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Documented information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C3CB011"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3B496E"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07CBEDB" w14:textId="77777777" w:rsidR="0067257C" w:rsidRPr="00F52534" w:rsidRDefault="0067257C" w:rsidP="00F52534">
            <w:pPr>
              <w:spacing w:before="40" w:after="40"/>
              <w:rPr>
                <w:rFonts w:ascii="Arial" w:hAnsi="Arial" w:cs="Arial"/>
                <w:sz w:val="18"/>
                <w:szCs w:val="18"/>
              </w:rPr>
            </w:pPr>
          </w:p>
        </w:tc>
      </w:tr>
      <w:tr w:rsidR="0067257C" w:rsidRPr="00F52534" w14:paraId="434FD55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8C0679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5.5.5.1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853CDF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2119E6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F794B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0FFCA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95C6EE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A1784D7" w14:textId="77777777" w:rsidR="0067257C" w:rsidRPr="00F52534" w:rsidRDefault="0067257C" w:rsidP="00F52534">
            <w:pPr>
              <w:spacing w:before="40" w:after="40"/>
              <w:rPr>
                <w:rFonts w:ascii="Arial" w:hAnsi="Arial" w:cs="Arial"/>
                <w:sz w:val="18"/>
                <w:szCs w:val="18"/>
              </w:rPr>
            </w:pPr>
          </w:p>
        </w:tc>
      </w:tr>
      <w:tr w:rsidR="0067257C" w:rsidRPr="00F52534" w14:paraId="64021ED4"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8B75A8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5.5.5.2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186ED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Creating and updating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6115B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08B88C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Creating and updating documented information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0B8FC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9718A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198F52B" w14:textId="77777777" w:rsidR="0067257C" w:rsidRPr="00F52534" w:rsidRDefault="0067257C" w:rsidP="00F52534">
            <w:pPr>
              <w:spacing w:before="40" w:after="40"/>
              <w:rPr>
                <w:rFonts w:ascii="Arial" w:hAnsi="Arial" w:cs="Arial"/>
                <w:sz w:val="18"/>
                <w:szCs w:val="18"/>
              </w:rPr>
            </w:pPr>
          </w:p>
        </w:tc>
      </w:tr>
      <w:tr w:rsidR="0067257C" w:rsidRPr="00F52534" w14:paraId="3D6E9764"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0658B4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5.5.5.3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29DD79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of documented information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63EAA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02D269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of documented information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2E2B3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93DF92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98C7B9B" w14:textId="77777777" w:rsidR="0067257C" w:rsidRPr="00F52534" w:rsidRDefault="0067257C" w:rsidP="00F52534">
            <w:pPr>
              <w:spacing w:before="40" w:after="40"/>
              <w:rPr>
                <w:rFonts w:ascii="Arial" w:hAnsi="Arial" w:cs="Arial"/>
                <w:sz w:val="18"/>
                <w:szCs w:val="18"/>
              </w:rPr>
            </w:pPr>
          </w:p>
        </w:tc>
      </w:tr>
      <w:tr w:rsidR="0067257C" w:rsidRPr="00F52534" w14:paraId="63A55564"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6B2A60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97439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Operation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C07C4E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1A9B3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Operation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4C1E5D3"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9A9CC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F7C6E6D" w14:textId="77777777" w:rsidR="0067257C" w:rsidRPr="00F52534" w:rsidRDefault="0067257C" w:rsidP="00F52534">
            <w:pPr>
              <w:spacing w:before="40" w:after="40"/>
              <w:rPr>
                <w:rFonts w:ascii="Arial" w:hAnsi="Arial" w:cs="Arial"/>
                <w:sz w:val="18"/>
                <w:szCs w:val="18"/>
              </w:rPr>
            </w:pPr>
          </w:p>
        </w:tc>
      </w:tr>
      <w:tr w:rsidR="0067257C" w:rsidRPr="00F52534" w14:paraId="37BBFB6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8C9B8A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5.6.1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BE3BB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Operational planning and control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05627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9EAB7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Operational planning and control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25F92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4D555F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74EDE89" w14:textId="77777777" w:rsidR="0067257C" w:rsidRPr="00F52534" w:rsidRDefault="0067257C" w:rsidP="00F52534">
            <w:pPr>
              <w:spacing w:before="40" w:after="40"/>
              <w:rPr>
                <w:rFonts w:ascii="Arial" w:hAnsi="Arial" w:cs="Arial"/>
                <w:sz w:val="18"/>
                <w:szCs w:val="18"/>
              </w:rPr>
            </w:pPr>
          </w:p>
        </w:tc>
      </w:tr>
      <w:tr w:rsidR="0067257C" w:rsidRPr="00F52534" w14:paraId="2E6DB3D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1A8326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5.6.2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A3462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risk assessment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C8309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FD27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risk assessment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F3D68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77A973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50726F0" w14:textId="77777777" w:rsidR="0067257C" w:rsidRPr="00F52534" w:rsidRDefault="0067257C" w:rsidP="00F52534">
            <w:pPr>
              <w:spacing w:before="40" w:after="40"/>
              <w:rPr>
                <w:rFonts w:ascii="Arial" w:hAnsi="Arial" w:cs="Arial"/>
                <w:sz w:val="18"/>
                <w:szCs w:val="18"/>
              </w:rPr>
            </w:pPr>
          </w:p>
        </w:tc>
      </w:tr>
      <w:tr w:rsidR="0067257C" w:rsidRPr="00F52534" w14:paraId="0189E88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199BD5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5.6.3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20171D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risk treatment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7950F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25253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risk treatment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10D1D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4F2DC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D9BEAC2" w14:textId="77777777" w:rsidR="0067257C" w:rsidRPr="00F52534" w:rsidRDefault="0067257C" w:rsidP="00F52534">
            <w:pPr>
              <w:spacing w:before="40" w:after="40"/>
              <w:rPr>
                <w:rFonts w:ascii="Arial" w:hAnsi="Arial" w:cs="Arial"/>
                <w:sz w:val="18"/>
                <w:szCs w:val="18"/>
              </w:rPr>
            </w:pPr>
          </w:p>
        </w:tc>
      </w:tr>
      <w:tr w:rsidR="0067257C" w:rsidRPr="00F52534" w14:paraId="205088B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2AB150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539DE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Performance evaluation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DD171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ECAEA8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Performance evaluation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957060"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04F99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AE863FB" w14:textId="77777777" w:rsidR="0067257C" w:rsidRPr="00F52534" w:rsidRDefault="0067257C" w:rsidP="00F52534">
            <w:pPr>
              <w:spacing w:before="40" w:after="40"/>
              <w:rPr>
                <w:rFonts w:ascii="Arial" w:hAnsi="Arial" w:cs="Arial"/>
                <w:sz w:val="18"/>
                <w:szCs w:val="18"/>
              </w:rPr>
            </w:pPr>
          </w:p>
        </w:tc>
      </w:tr>
      <w:tr w:rsidR="0067257C" w:rsidRPr="00F52534" w14:paraId="78BA963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C98FFD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9A9EA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Monitoring, measurement, analysis and evaluation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C599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AE0AF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Monitoring, measurement, analysis and evaluation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E7434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70BDDD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D498686" w14:textId="77777777" w:rsidR="0067257C" w:rsidRPr="00F52534" w:rsidRDefault="0067257C" w:rsidP="00F52534">
            <w:pPr>
              <w:spacing w:before="40" w:after="40"/>
              <w:rPr>
                <w:rFonts w:ascii="Arial" w:hAnsi="Arial" w:cs="Arial"/>
                <w:sz w:val="18"/>
                <w:szCs w:val="18"/>
              </w:rPr>
            </w:pPr>
          </w:p>
        </w:tc>
      </w:tr>
      <w:tr w:rsidR="0067257C" w:rsidRPr="00F52534" w14:paraId="4C62855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921F6D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707E3A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Internal audit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B4A0E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08DC31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Internal audit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981346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C4030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6B3D796" w14:textId="77777777" w:rsidR="0067257C" w:rsidRPr="00F52534" w:rsidRDefault="0067257C" w:rsidP="00F52534">
            <w:pPr>
              <w:spacing w:before="40" w:after="40"/>
              <w:rPr>
                <w:rFonts w:ascii="Arial" w:hAnsi="Arial" w:cs="Arial"/>
                <w:sz w:val="18"/>
                <w:szCs w:val="18"/>
              </w:rPr>
            </w:pPr>
          </w:p>
        </w:tc>
      </w:tr>
      <w:tr w:rsidR="0067257C" w:rsidRPr="00F52534" w14:paraId="4885AC5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AA2FB8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98537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Internal audit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3C6EBF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9.2.1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569C7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2BCB31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2EF52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07FF925" w14:textId="77777777" w:rsidR="0067257C" w:rsidRPr="00F52534" w:rsidRDefault="0067257C" w:rsidP="00F52534">
            <w:pPr>
              <w:spacing w:before="40" w:after="40"/>
              <w:rPr>
                <w:rFonts w:ascii="Arial" w:hAnsi="Arial" w:cs="Arial"/>
                <w:sz w:val="18"/>
                <w:szCs w:val="18"/>
              </w:rPr>
            </w:pPr>
          </w:p>
        </w:tc>
      </w:tr>
      <w:tr w:rsidR="0067257C" w:rsidRPr="00F52534" w14:paraId="4E62614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B31BD1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3093E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Internal audit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8A67EE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9.2.2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600F8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Internal audit programme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41A30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18720E"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FDC3822" w14:textId="77777777" w:rsidR="0067257C" w:rsidRPr="00F52534" w:rsidRDefault="0067257C" w:rsidP="00F52534">
            <w:pPr>
              <w:spacing w:before="40" w:after="40"/>
              <w:rPr>
                <w:rFonts w:ascii="Arial" w:hAnsi="Arial" w:cs="Arial"/>
                <w:sz w:val="18"/>
                <w:szCs w:val="18"/>
              </w:rPr>
            </w:pPr>
          </w:p>
        </w:tc>
      </w:tr>
      <w:tr w:rsidR="0067257C" w:rsidRPr="00F52534" w14:paraId="32423EF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F3A63A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E0D60A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242750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A8FB55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2D1F8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20469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D416EBD" w14:textId="77777777" w:rsidR="0067257C" w:rsidRPr="00F52534" w:rsidRDefault="0067257C" w:rsidP="00F52534">
            <w:pPr>
              <w:spacing w:before="40" w:after="40"/>
              <w:rPr>
                <w:rFonts w:ascii="Arial" w:hAnsi="Arial" w:cs="Arial"/>
                <w:sz w:val="18"/>
                <w:szCs w:val="18"/>
              </w:rPr>
            </w:pPr>
          </w:p>
        </w:tc>
      </w:tr>
      <w:tr w:rsidR="0067257C" w:rsidRPr="00F52534" w14:paraId="7F23921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276A90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3F51D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132F52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9.3.1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F3A96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0B735F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F9DA17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D4730B0" w14:textId="77777777" w:rsidR="0067257C" w:rsidRPr="00F52534" w:rsidRDefault="0067257C" w:rsidP="00F52534">
            <w:pPr>
              <w:spacing w:before="40" w:after="40"/>
              <w:rPr>
                <w:rFonts w:ascii="Arial" w:hAnsi="Arial" w:cs="Arial"/>
                <w:sz w:val="18"/>
                <w:szCs w:val="18"/>
              </w:rPr>
            </w:pPr>
          </w:p>
        </w:tc>
      </w:tr>
      <w:tr w:rsidR="0067257C" w:rsidRPr="00F52534" w14:paraId="0AA6F98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2A8B1D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BB0FD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F5AC42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9.3.2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823F67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 inputs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6B40FF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D49E6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BCD363F" w14:textId="77777777" w:rsidR="0067257C" w:rsidRPr="00F52534" w:rsidRDefault="0067257C" w:rsidP="00F52534">
            <w:pPr>
              <w:spacing w:before="40" w:after="40"/>
              <w:rPr>
                <w:rFonts w:ascii="Arial" w:hAnsi="Arial" w:cs="Arial"/>
                <w:sz w:val="18"/>
                <w:szCs w:val="18"/>
              </w:rPr>
            </w:pPr>
          </w:p>
        </w:tc>
      </w:tr>
      <w:tr w:rsidR="0067257C" w:rsidRPr="00F52534" w14:paraId="0062D11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2BEDC5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5.7.3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18204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B9BAE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9.3.3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E83E76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review results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551639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E6747E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B3EB999" w14:textId="77777777" w:rsidR="0067257C" w:rsidRPr="00F52534" w:rsidRDefault="0067257C" w:rsidP="00F52534">
            <w:pPr>
              <w:spacing w:before="40" w:after="40"/>
              <w:rPr>
                <w:rFonts w:ascii="Arial" w:hAnsi="Arial" w:cs="Arial"/>
                <w:sz w:val="18"/>
                <w:szCs w:val="18"/>
              </w:rPr>
            </w:pPr>
          </w:p>
        </w:tc>
      </w:tr>
      <w:tr w:rsidR="0067257C" w:rsidRPr="00F52534" w14:paraId="51C5FB6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9FD17A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5.8</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8164D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Improvement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80782E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10</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357AC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Improvement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5B35013"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B13BC7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F314F8E" w14:textId="77777777" w:rsidR="0067257C" w:rsidRPr="00F52534" w:rsidRDefault="0067257C" w:rsidP="00F52534">
            <w:pPr>
              <w:spacing w:before="40" w:after="40"/>
              <w:rPr>
                <w:rFonts w:ascii="Arial" w:hAnsi="Arial" w:cs="Arial"/>
                <w:sz w:val="18"/>
                <w:szCs w:val="18"/>
              </w:rPr>
            </w:pPr>
          </w:p>
        </w:tc>
      </w:tr>
      <w:tr w:rsidR="0067257C" w:rsidRPr="00F52534" w14:paraId="09A2128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349E81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5.8.1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59C67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Nonconformity and corrective action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01FDD0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10.1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1705EC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Continual improvement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EF068A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EAEA3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A271D76" w14:textId="77777777" w:rsidR="0067257C" w:rsidRPr="00F52534" w:rsidRDefault="0067257C" w:rsidP="00F52534">
            <w:pPr>
              <w:spacing w:before="40" w:after="40"/>
              <w:rPr>
                <w:rFonts w:ascii="Arial" w:hAnsi="Arial" w:cs="Arial"/>
                <w:sz w:val="18"/>
                <w:szCs w:val="18"/>
              </w:rPr>
            </w:pPr>
          </w:p>
        </w:tc>
      </w:tr>
      <w:tr w:rsidR="0067257C" w:rsidRPr="00F52534" w14:paraId="5AD37F0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9ADBD0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5.8.2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938A1C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Continual improvement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A36E5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10.2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4CDD78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Nonconformity and corrective action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D2258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F714A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8DEEA69" w14:textId="77777777" w:rsidR="0067257C" w:rsidRPr="00F52534" w:rsidRDefault="0067257C" w:rsidP="00F52534">
            <w:pPr>
              <w:spacing w:before="40" w:after="40"/>
              <w:rPr>
                <w:rFonts w:ascii="Arial" w:hAnsi="Arial" w:cs="Arial"/>
                <w:sz w:val="18"/>
                <w:szCs w:val="18"/>
              </w:rPr>
            </w:pPr>
          </w:p>
        </w:tc>
      </w:tr>
      <w:tr w:rsidR="0067257C" w:rsidRPr="00F52534" w14:paraId="3F1F0F3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EBD3B4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A</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C98302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PIMS-specific reference control objectives and </w:t>
            </w:r>
            <w:r w:rsidRPr="00F52534">
              <w:rPr>
                <w:rFonts w:ascii="Arial" w:hAnsi="Arial" w:cs="Arial"/>
                <w:sz w:val="18"/>
                <w:szCs w:val="18"/>
              </w:rPr>
              <w:lastRenderedPageBreak/>
              <w:t>controls (PII</w:t>
            </w:r>
            <w:r w:rsidRPr="00F52534">
              <w:rPr>
                <w:rFonts w:ascii="Arial" w:hAnsi="Arial" w:cs="Arial"/>
                <w:sz w:val="18"/>
                <w:szCs w:val="18"/>
              </w:rPr>
              <w:br/>
              <w:t>Controllers)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7BC00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Annex A</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81A18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PIMS reference control objectives and controls for PII controllers and</w:t>
            </w:r>
            <w:r w:rsidRPr="00F52534">
              <w:rPr>
                <w:rFonts w:ascii="Arial" w:hAnsi="Arial" w:cs="Arial"/>
                <w:sz w:val="18"/>
                <w:szCs w:val="18"/>
              </w:rPr>
              <w:br/>
            </w:r>
            <w:r w:rsidRPr="00F52534">
              <w:rPr>
                <w:rFonts w:ascii="Arial" w:hAnsi="Arial" w:cs="Arial"/>
                <w:sz w:val="18"/>
                <w:szCs w:val="18"/>
              </w:rPr>
              <w:lastRenderedPageBreak/>
              <w:t>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31FB17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E7AC6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FCE79AF" w14:textId="77777777" w:rsidR="0067257C" w:rsidRPr="00F52534" w:rsidRDefault="0067257C" w:rsidP="00F52534">
            <w:pPr>
              <w:spacing w:before="40" w:after="40"/>
              <w:rPr>
                <w:rFonts w:ascii="Arial" w:hAnsi="Arial" w:cs="Arial"/>
                <w:sz w:val="18"/>
                <w:szCs w:val="18"/>
              </w:rPr>
            </w:pPr>
          </w:p>
        </w:tc>
      </w:tr>
      <w:tr w:rsidR="0067257C" w:rsidRPr="00F52534" w14:paraId="3B882EB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598306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Table A.1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860E2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objectives and controls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3D9B81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Table A.1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27961D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objectives and controls for PII controllers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AA5F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2348A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8A70C1A" w14:textId="77777777" w:rsidR="0067257C" w:rsidRPr="00F52534" w:rsidRDefault="0067257C" w:rsidP="00F52534">
            <w:pPr>
              <w:spacing w:before="40" w:after="40"/>
              <w:rPr>
                <w:rFonts w:ascii="Arial" w:hAnsi="Arial" w:cs="Arial"/>
                <w:sz w:val="18"/>
                <w:szCs w:val="18"/>
              </w:rPr>
            </w:pPr>
          </w:p>
        </w:tc>
      </w:tr>
      <w:tr w:rsidR="0067257C" w:rsidRPr="00F52534" w14:paraId="5C8B830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2740FD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B</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90BF9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PIMS-specific reference control objectives and controls (PII</w:t>
            </w:r>
            <w:r w:rsidRPr="00F52534">
              <w:rPr>
                <w:rFonts w:ascii="Arial" w:hAnsi="Arial" w:cs="Arial"/>
                <w:sz w:val="18"/>
                <w:szCs w:val="18"/>
              </w:rPr>
              <w:br/>
              <w:t>Processors)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113C479"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653904"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C49070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89F505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2D9E74E" w14:textId="77777777" w:rsidR="0067257C" w:rsidRPr="00F52534" w:rsidRDefault="0067257C" w:rsidP="00F52534">
            <w:pPr>
              <w:spacing w:before="40" w:after="40"/>
              <w:rPr>
                <w:rFonts w:ascii="Arial" w:hAnsi="Arial" w:cs="Arial"/>
                <w:sz w:val="18"/>
                <w:szCs w:val="18"/>
              </w:rPr>
            </w:pPr>
          </w:p>
        </w:tc>
      </w:tr>
      <w:tr w:rsidR="0067257C" w:rsidRPr="00F52534" w14:paraId="2ED1DB8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F2ED91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Table B.1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34B4B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objectives and controls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AEA32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Table A.2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8B5768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objectives and controls for 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490890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E4F08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4EBA2D1" w14:textId="77777777" w:rsidR="0067257C" w:rsidRPr="00F52534" w:rsidRDefault="0067257C" w:rsidP="00F52534">
            <w:pPr>
              <w:spacing w:before="40" w:after="40"/>
              <w:rPr>
                <w:rFonts w:ascii="Arial" w:hAnsi="Arial" w:cs="Arial"/>
                <w:sz w:val="18"/>
                <w:szCs w:val="18"/>
              </w:rPr>
            </w:pPr>
          </w:p>
        </w:tc>
      </w:tr>
      <w:tr w:rsidR="0067257C" w:rsidRPr="00F52534" w14:paraId="0D8CC7F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3DECAD1" w14:textId="77777777" w:rsidR="0067257C" w:rsidRPr="00F52534" w:rsidRDefault="0067257C" w:rsidP="00F52534">
            <w:pPr>
              <w:spacing w:before="40" w:after="40"/>
              <w:rPr>
                <w:rFonts w:ascii="Arial" w:hAnsi="Arial" w:cs="Arial"/>
                <w:sz w:val="18"/>
                <w:szCs w:val="18"/>
              </w:rPr>
            </w:pP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5177D6E" w14:textId="77777777" w:rsidR="0067257C" w:rsidRPr="00F52534" w:rsidRDefault="0067257C" w:rsidP="00F52534">
            <w:pPr>
              <w:spacing w:before="40" w:after="40"/>
              <w:rPr>
                <w:rFonts w:ascii="Arial" w:hAnsi="Arial" w:cs="Arial"/>
                <w:sz w:val="18"/>
                <w:szCs w:val="18"/>
              </w:rPr>
            </w:pP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133C61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Table A.3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42639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Control objectives and controls for PII controllers and 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FF3D4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8218CB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A20F611" w14:textId="77777777" w:rsidR="0067257C" w:rsidRPr="00F52534" w:rsidRDefault="0067257C" w:rsidP="00F52534">
            <w:pPr>
              <w:spacing w:before="40" w:after="40"/>
              <w:rPr>
                <w:rFonts w:ascii="Arial" w:hAnsi="Arial" w:cs="Arial"/>
                <w:sz w:val="18"/>
                <w:szCs w:val="18"/>
              </w:rPr>
            </w:pPr>
          </w:p>
        </w:tc>
      </w:tr>
      <w:tr w:rsidR="0067257C" w:rsidRPr="00F52534" w14:paraId="1598925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CE0F84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A1543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Additional ISO/IEC 27002 guidance for PII controllers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128CA9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B</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F0484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Implementation guidance for PII controllers and 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1110A8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CDE0B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6333582" w14:textId="77777777" w:rsidR="0067257C" w:rsidRPr="00F52534" w:rsidRDefault="0067257C" w:rsidP="00F52534">
            <w:pPr>
              <w:spacing w:before="40" w:after="40"/>
              <w:rPr>
                <w:rFonts w:ascii="Arial" w:hAnsi="Arial" w:cs="Arial"/>
                <w:sz w:val="18"/>
                <w:szCs w:val="18"/>
              </w:rPr>
            </w:pPr>
          </w:p>
        </w:tc>
      </w:tr>
      <w:tr w:rsidR="0067257C" w:rsidRPr="00F52534" w14:paraId="3A639B3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9322251" w14:textId="77777777" w:rsidR="0067257C" w:rsidRPr="00F52534" w:rsidRDefault="0067257C" w:rsidP="00F52534">
            <w:pPr>
              <w:spacing w:before="40" w:after="40"/>
              <w:rPr>
                <w:rFonts w:ascii="Arial" w:hAnsi="Arial" w:cs="Arial"/>
                <w:sz w:val="18"/>
                <w:szCs w:val="18"/>
              </w:rPr>
            </w:pP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5B3EB0" w14:textId="77777777" w:rsidR="0067257C" w:rsidRPr="00F52534" w:rsidRDefault="0067257C" w:rsidP="00F52534">
            <w:pPr>
              <w:spacing w:before="40" w:after="40"/>
              <w:rPr>
                <w:rFonts w:ascii="Arial" w:hAnsi="Arial" w:cs="Arial"/>
                <w:sz w:val="18"/>
                <w:szCs w:val="18"/>
              </w:rPr>
            </w:pP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80C7C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D7D992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Implementation guidance for PII controllers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684D6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6EF82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E33F5A5" w14:textId="77777777" w:rsidR="0067257C" w:rsidRPr="00F52534" w:rsidRDefault="0067257C" w:rsidP="00F52534">
            <w:pPr>
              <w:spacing w:before="40" w:after="40"/>
              <w:rPr>
                <w:rFonts w:ascii="Arial" w:hAnsi="Arial" w:cs="Arial"/>
                <w:sz w:val="18"/>
                <w:szCs w:val="18"/>
              </w:rPr>
            </w:pPr>
          </w:p>
        </w:tc>
      </w:tr>
      <w:tr w:rsidR="0067257C" w:rsidRPr="00F52534" w14:paraId="4CF148D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A46C33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BB988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2D654F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38597B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71A0C1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4F9D0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2493134" w14:textId="77777777" w:rsidR="0067257C" w:rsidRPr="00F52534" w:rsidRDefault="0067257C" w:rsidP="00F52534">
            <w:pPr>
              <w:spacing w:before="40" w:after="40"/>
              <w:rPr>
                <w:rFonts w:ascii="Arial" w:hAnsi="Arial" w:cs="Arial"/>
                <w:sz w:val="18"/>
                <w:szCs w:val="18"/>
              </w:rPr>
            </w:pPr>
          </w:p>
        </w:tc>
      </w:tr>
      <w:tr w:rsidR="0067257C" w:rsidRPr="00F52534" w14:paraId="5C9C64D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F836B3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B5266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Conditions for collection and processing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38EF5D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7A0A5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Conditions for collection and processing - Objective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EB0E7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96857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78AA302" w14:textId="77777777" w:rsidR="0067257C" w:rsidRPr="00F52534" w:rsidRDefault="0067257C" w:rsidP="00F52534">
            <w:pPr>
              <w:spacing w:before="40" w:after="40"/>
              <w:rPr>
                <w:rFonts w:ascii="Arial" w:hAnsi="Arial" w:cs="Arial"/>
                <w:sz w:val="18"/>
                <w:szCs w:val="18"/>
              </w:rPr>
            </w:pPr>
          </w:p>
        </w:tc>
      </w:tr>
      <w:tr w:rsidR="0067257C" w:rsidRPr="00F52534" w14:paraId="04552D3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6D528C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A8B301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Identify and document purpose</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C1BB3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B39639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Identify and document purpose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AF3E1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EE2A8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FE2A15D" w14:textId="77777777" w:rsidR="0067257C" w:rsidRPr="00F52534" w:rsidRDefault="0067257C" w:rsidP="00F52534">
            <w:pPr>
              <w:spacing w:before="40" w:after="40"/>
              <w:rPr>
                <w:rFonts w:ascii="Arial" w:hAnsi="Arial" w:cs="Arial"/>
                <w:sz w:val="18"/>
                <w:szCs w:val="18"/>
              </w:rPr>
            </w:pPr>
          </w:p>
        </w:tc>
      </w:tr>
      <w:tr w:rsidR="0067257C" w:rsidRPr="00F52534" w14:paraId="4C7FB8F4"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2B4C5A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C0EE79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Identify lawful basis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2D667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660254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Identify lawful basis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841DB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474E36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344ABCE" w14:textId="77777777" w:rsidR="0067257C" w:rsidRPr="00F52534" w:rsidRDefault="0067257C" w:rsidP="00F52534">
            <w:pPr>
              <w:spacing w:before="40" w:after="40"/>
              <w:rPr>
                <w:rFonts w:ascii="Arial" w:hAnsi="Arial" w:cs="Arial"/>
                <w:sz w:val="18"/>
                <w:szCs w:val="18"/>
              </w:rPr>
            </w:pPr>
          </w:p>
        </w:tc>
      </w:tr>
      <w:tr w:rsidR="0067257C" w:rsidRPr="00F52534" w14:paraId="3B96D9A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AE74E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BD058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Determine when and how consent is to be obtained</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8A26D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B0110C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Determine when and how consent is to be obtained</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2EE444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BDBCB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EFEAF45" w14:textId="77777777" w:rsidR="0067257C" w:rsidRPr="00F52534" w:rsidRDefault="0067257C" w:rsidP="00F52534">
            <w:pPr>
              <w:spacing w:before="40" w:after="40"/>
              <w:rPr>
                <w:rFonts w:ascii="Arial" w:hAnsi="Arial" w:cs="Arial"/>
                <w:sz w:val="18"/>
                <w:szCs w:val="18"/>
              </w:rPr>
            </w:pPr>
          </w:p>
        </w:tc>
      </w:tr>
      <w:tr w:rsidR="0067257C" w:rsidRPr="00F52534" w14:paraId="351BB7A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528078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BB57A3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Obtain and record consent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1D93D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5BCE05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Obtain and record consent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F6550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28999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2997B4A" w14:textId="77777777" w:rsidR="0067257C" w:rsidRPr="00F52534" w:rsidRDefault="0067257C" w:rsidP="00F52534">
            <w:pPr>
              <w:spacing w:before="40" w:after="40"/>
              <w:rPr>
                <w:rFonts w:ascii="Arial" w:hAnsi="Arial" w:cs="Arial"/>
                <w:sz w:val="18"/>
                <w:szCs w:val="18"/>
              </w:rPr>
            </w:pPr>
          </w:p>
        </w:tc>
      </w:tr>
      <w:tr w:rsidR="0067257C" w:rsidRPr="00F52534" w14:paraId="6D41A94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36044A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7.2.5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F357D4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impact assessment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212D2E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31827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impact assessment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660E6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44629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186D90D" w14:textId="77777777" w:rsidR="0067257C" w:rsidRPr="00F52534" w:rsidRDefault="0067257C" w:rsidP="00F52534">
            <w:pPr>
              <w:spacing w:before="40" w:after="40"/>
              <w:rPr>
                <w:rFonts w:ascii="Arial" w:hAnsi="Arial" w:cs="Arial"/>
                <w:sz w:val="18"/>
                <w:szCs w:val="18"/>
              </w:rPr>
            </w:pPr>
          </w:p>
        </w:tc>
      </w:tr>
      <w:tr w:rsidR="0067257C" w:rsidRPr="00F52534" w14:paraId="6B74658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B07F5A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B6851C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Contracts with PII processors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C15082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E7362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Contracts with 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1582F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4DD67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3291E18" w14:textId="77777777" w:rsidR="0067257C" w:rsidRPr="00F52534" w:rsidRDefault="0067257C" w:rsidP="00F52534">
            <w:pPr>
              <w:spacing w:before="40" w:after="40"/>
              <w:rPr>
                <w:rFonts w:ascii="Arial" w:hAnsi="Arial" w:cs="Arial"/>
                <w:sz w:val="18"/>
                <w:szCs w:val="18"/>
              </w:rPr>
            </w:pPr>
          </w:p>
        </w:tc>
      </w:tr>
      <w:tr w:rsidR="0067257C" w:rsidRPr="00F52534" w14:paraId="088943D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B67813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CD6374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Joint PII controller</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14C16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4CF91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Joint PII controller</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FDC62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A84A65"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C3AD850" w14:textId="77777777" w:rsidR="0067257C" w:rsidRPr="00F52534" w:rsidRDefault="0067257C" w:rsidP="00F52534">
            <w:pPr>
              <w:spacing w:before="40" w:after="40"/>
              <w:rPr>
                <w:rFonts w:ascii="Arial" w:hAnsi="Arial" w:cs="Arial"/>
                <w:sz w:val="18"/>
                <w:szCs w:val="18"/>
              </w:rPr>
            </w:pPr>
          </w:p>
        </w:tc>
      </w:tr>
      <w:tr w:rsidR="0067257C" w:rsidRPr="00F52534" w14:paraId="551F458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4FB58B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7.2.8</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987D36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related to processing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C6E01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B.1.2.9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9027A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related to processing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4EF6B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B5B561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A02B679" w14:textId="77777777" w:rsidR="0067257C" w:rsidRPr="00F52534" w:rsidRDefault="0067257C" w:rsidP="00F52534">
            <w:pPr>
              <w:spacing w:before="40" w:after="40"/>
              <w:rPr>
                <w:rFonts w:ascii="Arial" w:hAnsi="Arial" w:cs="Arial"/>
                <w:sz w:val="18"/>
                <w:szCs w:val="18"/>
              </w:rPr>
            </w:pPr>
          </w:p>
        </w:tc>
      </w:tr>
      <w:tr w:rsidR="0067257C" w:rsidRPr="00F52534" w14:paraId="45E6DBF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BBC2D5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23DA1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Obligations to PII principals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717CE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D1120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Obligations to PII principals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6ACFF7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D1542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A96CA97" w14:textId="77777777" w:rsidR="0067257C" w:rsidRPr="00F52534" w:rsidRDefault="0067257C" w:rsidP="00F52534">
            <w:pPr>
              <w:spacing w:before="40" w:after="40"/>
              <w:rPr>
                <w:rFonts w:ascii="Arial" w:hAnsi="Arial" w:cs="Arial"/>
                <w:sz w:val="18"/>
                <w:szCs w:val="18"/>
              </w:rPr>
            </w:pPr>
          </w:p>
        </w:tc>
      </w:tr>
      <w:tr w:rsidR="0067257C" w:rsidRPr="00F52534" w14:paraId="6C8428C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490ABA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151BB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Determining and fulfilling obligations to PII principals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D5790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191B07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Determining and fulfilling obligations to PII principals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2C207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0E6880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6FCD500" w14:textId="77777777" w:rsidR="0067257C" w:rsidRPr="00F52534" w:rsidRDefault="0067257C" w:rsidP="00F52534">
            <w:pPr>
              <w:spacing w:before="40" w:after="40"/>
              <w:rPr>
                <w:rFonts w:ascii="Arial" w:hAnsi="Arial" w:cs="Arial"/>
                <w:sz w:val="18"/>
                <w:szCs w:val="18"/>
              </w:rPr>
            </w:pPr>
          </w:p>
        </w:tc>
      </w:tr>
      <w:tr w:rsidR="0067257C" w:rsidRPr="00F52534" w14:paraId="48389884"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51D5AF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236CB1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Determining information for PII principals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B1AB8C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B30833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Determining information for PII principals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F25A5C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256696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815D27C" w14:textId="77777777" w:rsidR="0067257C" w:rsidRPr="00F52534" w:rsidRDefault="0067257C" w:rsidP="00F52534">
            <w:pPr>
              <w:spacing w:before="40" w:after="40"/>
              <w:rPr>
                <w:rFonts w:ascii="Arial" w:hAnsi="Arial" w:cs="Arial"/>
                <w:sz w:val="18"/>
                <w:szCs w:val="18"/>
              </w:rPr>
            </w:pPr>
          </w:p>
        </w:tc>
      </w:tr>
      <w:tr w:rsidR="0067257C" w:rsidRPr="00F52534" w14:paraId="5CDDE18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E3FE60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4679D5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information to PII principals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60BD87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7B25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information to PII principals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5EEB9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8043B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9B1963F" w14:textId="77777777" w:rsidR="0067257C" w:rsidRPr="00F52534" w:rsidRDefault="0067257C" w:rsidP="00F52534">
            <w:pPr>
              <w:spacing w:before="40" w:after="40"/>
              <w:rPr>
                <w:rFonts w:ascii="Arial" w:hAnsi="Arial" w:cs="Arial"/>
                <w:sz w:val="18"/>
                <w:szCs w:val="18"/>
              </w:rPr>
            </w:pPr>
          </w:p>
        </w:tc>
      </w:tr>
      <w:tr w:rsidR="0067257C" w:rsidRPr="00F52534" w14:paraId="4C4DC7B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721CE6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F962B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mechanism to modify or withdraw consent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84D2A5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5E7BC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mechanism to modify or withdraw consent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BEC31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4F9F6E"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0A3F07E" w14:textId="77777777" w:rsidR="0067257C" w:rsidRPr="00F52534" w:rsidRDefault="0067257C" w:rsidP="00F52534">
            <w:pPr>
              <w:spacing w:before="40" w:after="40"/>
              <w:rPr>
                <w:rFonts w:ascii="Arial" w:hAnsi="Arial" w:cs="Arial"/>
                <w:sz w:val="18"/>
                <w:szCs w:val="18"/>
              </w:rPr>
            </w:pPr>
          </w:p>
        </w:tc>
      </w:tr>
      <w:tr w:rsidR="0067257C" w:rsidRPr="00F52534" w14:paraId="0467D066"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EF3ECA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CACAD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mechanism to object to PII processing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D368F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6F096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mechanism to object to PII processing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7C7777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3E4CDE"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317D589" w14:textId="77777777" w:rsidR="0067257C" w:rsidRPr="00F52534" w:rsidRDefault="0067257C" w:rsidP="00F52534">
            <w:pPr>
              <w:spacing w:before="40" w:after="40"/>
              <w:rPr>
                <w:rFonts w:ascii="Arial" w:hAnsi="Arial" w:cs="Arial"/>
                <w:sz w:val="18"/>
                <w:szCs w:val="18"/>
              </w:rPr>
            </w:pPr>
          </w:p>
        </w:tc>
      </w:tr>
      <w:tr w:rsidR="0067257C" w:rsidRPr="00F52534" w14:paraId="2B0DC71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DB2948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F9A13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Access, correction and/or erasure</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AB8DF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71BFF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Access, correction or erasure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DDC63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A09E60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8CB51CB" w14:textId="77777777" w:rsidR="0067257C" w:rsidRPr="00F52534" w:rsidRDefault="0067257C" w:rsidP="00F52534">
            <w:pPr>
              <w:spacing w:before="40" w:after="40"/>
              <w:rPr>
                <w:rFonts w:ascii="Arial" w:hAnsi="Arial" w:cs="Arial"/>
                <w:sz w:val="18"/>
                <w:szCs w:val="18"/>
              </w:rPr>
            </w:pPr>
          </w:p>
        </w:tc>
      </w:tr>
      <w:tr w:rsidR="0067257C" w:rsidRPr="00F52534" w14:paraId="359B1DA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A9C92C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3B8B88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controllers' obligations to inform third parties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08D29F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29048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controllers' obligations to inform third parties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43BC57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413B00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2544300" w14:textId="77777777" w:rsidR="0067257C" w:rsidRPr="00F52534" w:rsidRDefault="0067257C" w:rsidP="00F52534">
            <w:pPr>
              <w:spacing w:before="40" w:after="40"/>
              <w:rPr>
                <w:rFonts w:ascii="Arial" w:hAnsi="Arial" w:cs="Arial"/>
                <w:sz w:val="18"/>
                <w:szCs w:val="18"/>
              </w:rPr>
            </w:pPr>
          </w:p>
        </w:tc>
      </w:tr>
      <w:tr w:rsidR="0067257C" w:rsidRPr="00F52534" w14:paraId="3CB3176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ACD9AE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7.3.8</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BBBCA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copy of PII processed</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41F3E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23650C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Providing copy of PII processed</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8C527F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9C55B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E909BBA" w14:textId="77777777" w:rsidR="0067257C" w:rsidRPr="00F52534" w:rsidRDefault="0067257C" w:rsidP="00F52534">
            <w:pPr>
              <w:spacing w:before="40" w:after="40"/>
              <w:rPr>
                <w:rFonts w:ascii="Arial" w:hAnsi="Arial" w:cs="Arial"/>
                <w:sz w:val="18"/>
                <w:szCs w:val="18"/>
              </w:rPr>
            </w:pPr>
          </w:p>
        </w:tc>
      </w:tr>
      <w:tr w:rsidR="0067257C" w:rsidRPr="00F52534" w14:paraId="229902F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D955C0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7.3.9</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5F8465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Handling requests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0AE801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B.1.3.10</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174FD6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Handling requests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02AF6D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B4D8C4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90C294B" w14:textId="77777777" w:rsidR="0067257C" w:rsidRPr="00F52534" w:rsidRDefault="0067257C" w:rsidP="00F52534">
            <w:pPr>
              <w:spacing w:before="40" w:after="40"/>
              <w:rPr>
                <w:rFonts w:ascii="Arial" w:hAnsi="Arial" w:cs="Arial"/>
                <w:sz w:val="18"/>
                <w:szCs w:val="18"/>
              </w:rPr>
            </w:pPr>
          </w:p>
        </w:tc>
      </w:tr>
      <w:tr w:rsidR="0067257C" w:rsidRPr="00F52534" w14:paraId="3089477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3141DC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7.3.10</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5C6C61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Automated decision making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5AA2AB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B.1.3.11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345C9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Automated decision making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D188C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7894C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0EF89E0" w14:textId="77777777" w:rsidR="0067257C" w:rsidRPr="00F52534" w:rsidRDefault="0067257C" w:rsidP="00F52534">
            <w:pPr>
              <w:spacing w:before="40" w:after="40"/>
              <w:rPr>
                <w:rFonts w:ascii="Arial" w:hAnsi="Arial" w:cs="Arial"/>
                <w:sz w:val="18"/>
                <w:szCs w:val="18"/>
              </w:rPr>
            </w:pPr>
          </w:p>
        </w:tc>
      </w:tr>
      <w:tr w:rsidR="0067257C" w:rsidRPr="00F52534" w14:paraId="6CAD714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D8697A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741D0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Privacy by design and privacy by </w:t>
            </w:r>
            <w:r w:rsidRPr="00F52534">
              <w:rPr>
                <w:rFonts w:ascii="Arial" w:hAnsi="Arial" w:cs="Arial"/>
                <w:sz w:val="18"/>
                <w:szCs w:val="18"/>
              </w:rPr>
              <w:lastRenderedPageBreak/>
              <w:t>default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48AAD6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B.1.4.1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72BE93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by design and privacy by default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9DD84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7F606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5A2413B" w14:textId="77777777" w:rsidR="0067257C" w:rsidRPr="00F52534" w:rsidRDefault="0067257C" w:rsidP="00F52534">
            <w:pPr>
              <w:spacing w:before="40" w:after="40"/>
              <w:rPr>
                <w:rFonts w:ascii="Arial" w:hAnsi="Arial" w:cs="Arial"/>
                <w:sz w:val="18"/>
                <w:szCs w:val="18"/>
              </w:rPr>
            </w:pPr>
          </w:p>
        </w:tc>
      </w:tr>
      <w:tr w:rsidR="0067257C" w:rsidRPr="00F52534" w14:paraId="34155C0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4DF08D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B639A9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Limit collection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2E755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574B7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Limit collection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BF6E00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FE726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4776974" w14:textId="77777777" w:rsidR="0067257C" w:rsidRPr="00F52534" w:rsidRDefault="0067257C" w:rsidP="00F52534">
            <w:pPr>
              <w:spacing w:before="40" w:after="40"/>
              <w:rPr>
                <w:rFonts w:ascii="Arial" w:hAnsi="Arial" w:cs="Arial"/>
                <w:sz w:val="18"/>
                <w:szCs w:val="18"/>
              </w:rPr>
            </w:pPr>
          </w:p>
        </w:tc>
      </w:tr>
      <w:tr w:rsidR="0067257C" w:rsidRPr="00F52534" w14:paraId="0DA04BA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278976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754B42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Limit processing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908B1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35F24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Limit processing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39BD18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BC2E69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F140213" w14:textId="77777777" w:rsidR="0067257C" w:rsidRPr="00F52534" w:rsidRDefault="0067257C" w:rsidP="00F52534">
            <w:pPr>
              <w:spacing w:before="40" w:after="40"/>
              <w:rPr>
                <w:rFonts w:ascii="Arial" w:hAnsi="Arial" w:cs="Arial"/>
                <w:sz w:val="18"/>
                <w:szCs w:val="18"/>
              </w:rPr>
            </w:pPr>
          </w:p>
        </w:tc>
      </w:tr>
      <w:tr w:rsidR="0067257C" w:rsidRPr="00F52534" w14:paraId="289D43E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981FFD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B41606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Accuracy and quality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61B51B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19AED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Accuracy and quality</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15663F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A47165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42FCB76" w14:textId="77777777" w:rsidR="0067257C" w:rsidRPr="00F52534" w:rsidRDefault="0067257C" w:rsidP="00F52534">
            <w:pPr>
              <w:spacing w:before="40" w:after="40"/>
              <w:rPr>
                <w:rFonts w:ascii="Arial" w:hAnsi="Arial" w:cs="Arial"/>
                <w:sz w:val="18"/>
                <w:szCs w:val="18"/>
              </w:rPr>
            </w:pPr>
          </w:p>
        </w:tc>
      </w:tr>
      <w:tr w:rsidR="0067257C" w:rsidRPr="00F52534" w14:paraId="2BE0CD9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442230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846629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minimization objectives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F400FC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AAC4A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minimization objectives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D46EF5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58D10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B58772E" w14:textId="77777777" w:rsidR="0067257C" w:rsidRPr="00F52534" w:rsidRDefault="0067257C" w:rsidP="00F52534">
            <w:pPr>
              <w:spacing w:before="40" w:after="40"/>
              <w:rPr>
                <w:rFonts w:ascii="Arial" w:hAnsi="Arial" w:cs="Arial"/>
                <w:sz w:val="18"/>
                <w:szCs w:val="18"/>
              </w:rPr>
            </w:pPr>
          </w:p>
        </w:tc>
      </w:tr>
      <w:tr w:rsidR="0067257C" w:rsidRPr="00F52534" w14:paraId="57B99A4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A3B13C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73C7C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de-identification and deletion at the end of processing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C35C5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4B9F04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de-identification and deletion at the end of processing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43FE5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80C63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241F751" w14:textId="77777777" w:rsidR="0067257C" w:rsidRPr="00F52534" w:rsidRDefault="0067257C" w:rsidP="00F52534">
            <w:pPr>
              <w:spacing w:before="40" w:after="40"/>
              <w:rPr>
                <w:rFonts w:ascii="Arial" w:hAnsi="Arial" w:cs="Arial"/>
                <w:sz w:val="18"/>
                <w:szCs w:val="18"/>
              </w:rPr>
            </w:pPr>
          </w:p>
        </w:tc>
      </w:tr>
      <w:tr w:rsidR="0067257C" w:rsidRPr="00F52534" w14:paraId="07CDF81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6610E1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66FA0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Temporary files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91A3D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46969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Temporary files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0CF16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D95091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98B15BF" w14:textId="77777777" w:rsidR="0067257C" w:rsidRPr="00F52534" w:rsidRDefault="0067257C" w:rsidP="00F52534">
            <w:pPr>
              <w:spacing w:before="40" w:after="40"/>
              <w:rPr>
                <w:rFonts w:ascii="Arial" w:hAnsi="Arial" w:cs="Arial"/>
                <w:sz w:val="18"/>
                <w:szCs w:val="18"/>
              </w:rPr>
            </w:pPr>
          </w:p>
        </w:tc>
      </w:tr>
      <w:tr w:rsidR="0067257C" w:rsidRPr="00F52534" w14:paraId="6D0D995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3B22FB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DD584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Retention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90324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1E56DC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Retention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9B1A77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F71516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94D7EFE" w14:textId="77777777" w:rsidR="0067257C" w:rsidRPr="00F52534" w:rsidRDefault="0067257C" w:rsidP="00F52534">
            <w:pPr>
              <w:spacing w:before="40" w:after="40"/>
              <w:rPr>
                <w:rFonts w:ascii="Arial" w:hAnsi="Arial" w:cs="Arial"/>
                <w:sz w:val="18"/>
                <w:szCs w:val="18"/>
              </w:rPr>
            </w:pPr>
          </w:p>
        </w:tc>
      </w:tr>
      <w:tr w:rsidR="0067257C" w:rsidRPr="00F52534" w14:paraId="552F7C6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DC0418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7.4.8</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9E7E0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Disposal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255D64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209D4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Disposal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E3C78B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EF4AD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717C00D" w14:textId="77777777" w:rsidR="0067257C" w:rsidRPr="00F52534" w:rsidRDefault="0067257C" w:rsidP="00F52534">
            <w:pPr>
              <w:spacing w:before="40" w:after="40"/>
              <w:rPr>
                <w:rFonts w:ascii="Arial" w:hAnsi="Arial" w:cs="Arial"/>
                <w:sz w:val="18"/>
                <w:szCs w:val="18"/>
              </w:rPr>
            </w:pPr>
          </w:p>
        </w:tc>
      </w:tr>
      <w:tr w:rsidR="0067257C" w:rsidRPr="00F52534" w14:paraId="628616D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9C35DE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7.4.9</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F6E18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transmission controls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37CE9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B.1.4.10</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FE488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transmission controls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32629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FD80D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443A7B7" w14:textId="77777777" w:rsidR="0067257C" w:rsidRPr="00F52534" w:rsidRDefault="0067257C" w:rsidP="00F52534">
            <w:pPr>
              <w:spacing w:before="40" w:after="40"/>
              <w:rPr>
                <w:rFonts w:ascii="Arial" w:hAnsi="Arial" w:cs="Arial"/>
                <w:sz w:val="18"/>
                <w:szCs w:val="18"/>
              </w:rPr>
            </w:pPr>
          </w:p>
        </w:tc>
      </w:tr>
      <w:tr w:rsidR="0067257C" w:rsidRPr="00F52534" w14:paraId="577DBB7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D27C7A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A23CB7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sharing, transfer, and disclosure</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A41F7C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B.1.5.1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FCBCC8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sharing, transfer, and disclosure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71860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63046B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515918D" w14:textId="77777777" w:rsidR="0067257C" w:rsidRPr="00F52534" w:rsidRDefault="0067257C" w:rsidP="00F52534">
            <w:pPr>
              <w:spacing w:before="40" w:after="40"/>
              <w:rPr>
                <w:rFonts w:ascii="Arial" w:hAnsi="Arial" w:cs="Arial"/>
                <w:sz w:val="18"/>
                <w:szCs w:val="18"/>
              </w:rPr>
            </w:pPr>
          </w:p>
        </w:tc>
      </w:tr>
      <w:tr w:rsidR="0067257C" w:rsidRPr="00F52534" w14:paraId="138ACE0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D8DBE2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C432D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Identify basis for PII transfer between jurisdictions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EDFFC3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B.1.5.2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1DB78B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Identify basis for PII transfer between jurisdictions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BB3AB5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C05F9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D215A1C" w14:textId="77777777" w:rsidR="0067257C" w:rsidRPr="00F52534" w:rsidRDefault="0067257C" w:rsidP="00F52534">
            <w:pPr>
              <w:spacing w:before="40" w:after="40"/>
              <w:rPr>
                <w:rFonts w:ascii="Arial" w:hAnsi="Arial" w:cs="Arial"/>
                <w:sz w:val="18"/>
                <w:szCs w:val="18"/>
              </w:rPr>
            </w:pPr>
          </w:p>
        </w:tc>
      </w:tr>
      <w:tr w:rsidR="0067257C" w:rsidRPr="00F52534" w14:paraId="1251E50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F0F6F1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2578D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Countries and international organizations to which PII can be transferred</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99550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B.1.5.3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B60AD1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Countries and international organizations to which PII can be transferred</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6DDFFC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A9A79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08F3E33" w14:textId="77777777" w:rsidR="0067257C" w:rsidRPr="00F52534" w:rsidRDefault="0067257C" w:rsidP="00F52534">
            <w:pPr>
              <w:spacing w:before="40" w:after="40"/>
              <w:rPr>
                <w:rFonts w:ascii="Arial" w:hAnsi="Arial" w:cs="Arial"/>
                <w:sz w:val="18"/>
                <w:szCs w:val="18"/>
              </w:rPr>
            </w:pPr>
          </w:p>
        </w:tc>
      </w:tr>
      <w:tr w:rsidR="0067257C" w:rsidRPr="00F52534" w14:paraId="6E1EA20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ACCD1E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9C85E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of transfer of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C908F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B.1.5.4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68D73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of transfer of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157F1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B9B06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AB07252" w14:textId="77777777" w:rsidR="0067257C" w:rsidRPr="00F52534" w:rsidRDefault="0067257C" w:rsidP="00F52534">
            <w:pPr>
              <w:spacing w:before="40" w:after="40"/>
              <w:rPr>
                <w:rFonts w:ascii="Arial" w:hAnsi="Arial" w:cs="Arial"/>
                <w:sz w:val="18"/>
                <w:szCs w:val="18"/>
              </w:rPr>
            </w:pPr>
          </w:p>
        </w:tc>
      </w:tr>
      <w:tr w:rsidR="0067257C" w:rsidRPr="00F52534" w14:paraId="0B985826"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83A07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7.5.4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5511FB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of PII disclosure to third parties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39BEA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B.1.5.5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6535E4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of PII disclosure to third parties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755060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3D485B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B1ABB83" w14:textId="77777777" w:rsidR="0067257C" w:rsidRPr="00F52534" w:rsidRDefault="0067257C" w:rsidP="00F52534">
            <w:pPr>
              <w:spacing w:before="40" w:after="40"/>
              <w:rPr>
                <w:rFonts w:ascii="Arial" w:hAnsi="Arial" w:cs="Arial"/>
                <w:sz w:val="18"/>
                <w:szCs w:val="18"/>
              </w:rPr>
            </w:pPr>
          </w:p>
        </w:tc>
      </w:tr>
      <w:tr w:rsidR="0067257C" w:rsidRPr="00F52534" w14:paraId="231229B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E7A6F3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A0865E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Additional ISO/IEC 27002 guidance for PII processors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F3ACE5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E0B0E5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Implementation guidance for 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931E98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AD9F79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6FBC06F" w14:textId="77777777" w:rsidR="0067257C" w:rsidRPr="00F52534" w:rsidRDefault="0067257C" w:rsidP="00F52534">
            <w:pPr>
              <w:spacing w:before="40" w:after="40"/>
              <w:rPr>
                <w:rFonts w:ascii="Arial" w:hAnsi="Arial" w:cs="Arial"/>
                <w:sz w:val="18"/>
                <w:szCs w:val="18"/>
              </w:rPr>
            </w:pPr>
          </w:p>
        </w:tc>
      </w:tr>
      <w:tr w:rsidR="0067257C" w:rsidRPr="00F52534" w14:paraId="769B389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AD7C8B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3D0AC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D226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41D5E3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B434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5E625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8EFE7C5" w14:textId="77777777" w:rsidR="0067257C" w:rsidRPr="00F52534" w:rsidRDefault="0067257C" w:rsidP="00F52534">
            <w:pPr>
              <w:spacing w:before="40" w:after="40"/>
              <w:rPr>
                <w:rFonts w:ascii="Arial" w:hAnsi="Arial" w:cs="Arial"/>
                <w:sz w:val="18"/>
                <w:szCs w:val="18"/>
              </w:rPr>
            </w:pPr>
          </w:p>
        </w:tc>
      </w:tr>
      <w:tr w:rsidR="0067257C" w:rsidRPr="00F52534" w14:paraId="5C46ABF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BD6283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D24E8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Conditions for </w:t>
            </w:r>
            <w:r w:rsidRPr="00F52534">
              <w:rPr>
                <w:rFonts w:ascii="Arial" w:hAnsi="Arial" w:cs="Arial"/>
                <w:sz w:val="18"/>
                <w:szCs w:val="18"/>
              </w:rPr>
              <w:lastRenderedPageBreak/>
              <w:t>collection and processing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1C5F6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B.2.2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83ABC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Conditions for </w:t>
            </w:r>
            <w:r w:rsidRPr="00F52534">
              <w:rPr>
                <w:rFonts w:ascii="Arial" w:hAnsi="Arial" w:cs="Arial"/>
                <w:sz w:val="18"/>
                <w:szCs w:val="18"/>
              </w:rPr>
              <w:lastRenderedPageBreak/>
              <w:t>collection and processing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162038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82F27A5"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4109C3E" w14:textId="77777777" w:rsidR="0067257C" w:rsidRPr="00F52534" w:rsidRDefault="0067257C" w:rsidP="00F52534">
            <w:pPr>
              <w:spacing w:before="40" w:after="40"/>
              <w:rPr>
                <w:rFonts w:ascii="Arial" w:hAnsi="Arial" w:cs="Arial"/>
                <w:sz w:val="18"/>
                <w:szCs w:val="18"/>
              </w:rPr>
            </w:pPr>
          </w:p>
        </w:tc>
      </w:tr>
      <w:tr w:rsidR="0067257C" w:rsidRPr="00F52534" w14:paraId="369CB3E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E3F505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F8C80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Customer agreement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1EB2D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B.2.2.2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0C0F87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Customer agreement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07E25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781FA0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0624FCF" w14:textId="77777777" w:rsidR="0067257C" w:rsidRPr="00F52534" w:rsidRDefault="0067257C" w:rsidP="00F52534">
            <w:pPr>
              <w:spacing w:before="40" w:after="40"/>
              <w:rPr>
                <w:rFonts w:ascii="Arial" w:hAnsi="Arial" w:cs="Arial"/>
                <w:sz w:val="18"/>
                <w:szCs w:val="18"/>
              </w:rPr>
            </w:pPr>
          </w:p>
        </w:tc>
      </w:tr>
      <w:tr w:rsidR="0067257C" w:rsidRPr="00F52534" w14:paraId="613AC95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4AEA0D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5D8F4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Organization’s purposes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24F817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B.2.2.3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F25D1A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Organization’s purposes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8E8A1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F9AB10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C868F78" w14:textId="77777777" w:rsidR="0067257C" w:rsidRPr="00F52534" w:rsidRDefault="0067257C" w:rsidP="00F52534">
            <w:pPr>
              <w:spacing w:before="40" w:after="40"/>
              <w:rPr>
                <w:rFonts w:ascii="Arial" w:hAnsi="Arial" w:cs="Arial"/>
                <w:sz w:val="18"/>
                <w:szCs w:val="18"/>
              </w:rPr>
            </w:pPr>
          </w:p>
        </w:tc>
      </w:tr>
      <w:tr w:rsidR="0067257C" w:rsidRPr="00F52534" w14:paraId="71123FC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74A9A7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413D5B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Marketing and advertising use</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7FAA03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B.2.2.4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E0B2C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Marketing and advertising use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B362AA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80ECCF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AD8FA96" w14:textId="77777777" w:rsidR="0067257C" w:rsidRPr="00F52534" w:rsidRDefault="0067257C" w:rsidP="00F52534">
            <w:pPr>
              <w:spacing w:before="40" w:after="40"/>
              <w:rPr>
                <w:rFonts w:ascii="Arial" w:hAnsi="Arial" w:cs="Arial"/>
                <w:sz w:val="18"/>
                <w:szCs w:val="18"/>
              </w:rPr>
            </w:pPr>
          </w:p>
        </w:tc>
      </w:tr>
      <w:tr w:rsidR="0067257C" w:rsidRPr="00F52534" w14:paraId="1ADF383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426B0A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B53E96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Infringing instruction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D2D31F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B.2.2.5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E290A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Infringing instruction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D3E17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27D255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60E3A4B" w14:textId="77777777" w:rsidR="0067257C" w:rsidRPr="00F52534" w:rsidRDefault="0067257C" w:rsidP="00F52534">
            <w:pPr>
              <w:spacing w:before="40" w:after="40"/>
              <w:rPr>
                <w:rFonts w:ascii="Arial" w:hAnsi="Arial" w:cs="Arial"/>
                <w:sz w:val="18"/>
                <w:szCs w:val="18"/>
              </w:rPr>
            </w:pPr>
          </w:p>
        </w:tc>
      </w:tr>
      <w:tr w:rsidR="0067257C" w:rsidRPr="00F52534" w14:paraId="0C31E2C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07CA8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95D7AE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Customer obligations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241EBE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B.2.2.6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602FFD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Customer obligations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1E950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4916C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AFB77DB" w14:textId="77777777" w:rsidR="0067257C" w:rsidRPr="00F52534" w:rsidRDefault="0067257C" w:rsidP="00F52534">
            <w:pPr>
              <w:spacing w:before="40" w:after="40"/>
              <w:rPr>
                <w:rFonts w:ascii="Arial" w:hAnsi="Arial" w:cs="Arial"/>
                <w:sz w:val="18"/>
                <w:szCs w:val="18"/>
              </w:rPr>
            </w:pPr>
          </w:p>
        </w:tc>
      </w:tr>
      <w:tr w:rsidR="0067257C" w:rsidRPr="00F52534" w14:paraId="64E4BE8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0D6AEE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8.2.6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01E63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related to processing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E961F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B.2.2.7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5EF03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Records related to processing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731E7B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0921AE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01E4909" w14:textId="77777777" w:rsidR="0067257C" w:rsidRPr="00F52534" w:rsidRDefault="0067257C" w:rsidP="00F52534">
            <w:pPr>
              <w:spacing w:before="40" w:after="40"/>
              <w:rPr>
                <w:rFonts w:ascii="Arial" w:hAnsi="Arial" w:cs="Arial"/>
                <w:sz w:val="18"/>
                <w:szCs w:val="18"/>
              </w:rPr>
            </w:pPr>
          </w:p>
        </w:tc>
      </w:tr>
      <w:tr w:rsidR="0067257C" w:rsidRPr="00F52534" w14:paraId="722B60A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66F10B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E1597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Obligations to PII principals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31A59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B.2.3.1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AA3B4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Obligations to PII principals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DB170E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B44504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6C80316" w14:textId="77777777" w:rsidR="0067257C" w:rsidRPr="00F52534" w:rsidRDefault="0067257C" w:rsidP="00F52534">
            <w:pPr>
              <w:spacing w:before="40" w:after="40"/>
              <w:rPr>
                <w:rFonts w:ascii="Arial" w:hAnsi="Arial" w:cs="Arial"/>
                <w:sz w:val="18"/>
                <w:szCs w:val="18"/>
              </w:rPr>
            </w:pPr>
          </w:p>
        </w:tc>
      </w:tr>
      <w:tr w:rsidR="0067257C" w:rsidRPr="00F52534" w14:paraId="6B391EB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5278B5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8.3.1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1828C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Obligations to PII principals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E1DE7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B.2.3.2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A1F881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Comply with obligations to PII principals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B3C70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E7ED2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181CA43" w14:textId="77777777" w:rsidR="0067257C" w:rsidRPr="00F52534" w:rsidRDefault="0067257C" w:rsidP="00F52534">
            <w:pPr>
              <w:spacing w:before="40" w:after="40"/>
              <w:rPr>
                <w:rFonts w:ascii="Arial" w:hAnsi="Arial" w:cs="Arial"/>
                <w:sz w:val="18"/>
                <w:szCs w:val="18"/>
              </w:rPr>
            </w:pPr>
          </w:p>
        </w:tc>
      </w:tr>
      <w:tr w:rsidR="0067257C" w:rsidRPr="00F52534" w14:paraId="08513C0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95B48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FAAC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by design and privacy by default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ADFB9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B.2.4.1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199DDD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Privacy by design and privacy by default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6E0895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F011788"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7F0B4B5" w14:textId="77777777" w:rsidR="0067257C" w:rsidRPr="00F52534" w:rsidRDefault="0067257C" w:rsidP="00F52534">
            <w:pPr>
              <w:spacing w:before="40" w:after="40"/>
              <w:rPr>
                <w:rFonts w:ascii="Arial" w:hAnsi="Arial" w:cs="Arial"/>
                <w:sz w:val="18"/>
                <w:szCs w:val="18"/>
              </w:rPr>
            </w:pPr>
          </w:p>
        </w:tc>
      </w:tr>
      <w:tr w:rsidR="0067257C" w:rsidRPr="00F52534" w14:paraId="1F74BB9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F789BD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8.4.1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0FEF23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Temporary files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F9E74B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B.2.4.2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F0FA7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Temporary files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3C624A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37866E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D102552" w14:textId="77777777" w:rsidR="0067257C" w:rsidRPr="00F52534" w:rsidRDefault="0067257C" w:rsidP="00F52534">
            <w:pPr>
              <w:spacing w:before="40" w:after="40"/>
              <w:rPr>
                <w:rFonts w:ascii="Arial" w:hAnsi="Arial" w:cs="Arial"/>
                <w:sz w:val="18"/>
                <w:szCs w:val="18"/>
              </w:rPr>
            </w:pPr>
          </w:p>
        </w:tc>
      </w:tr>
      <w:tr w:rsidR="0067257C" w:rsidRPr="00F52534" w14:paraId="067F897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C4D72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8.4.2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241134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Return, transfer or disposal of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8E3E1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B.2.4.3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CF0353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Return, transfer or disposal of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3688C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529EF3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4CA0DC7" w14:textId="77777777" w:rsidR="0067257C" w:rsidRPr="00F52534" w:rsidRDefault="0067257C" w:rsidP="00F52534">
            <w:pPr>
              <w:spacing w:before="40" w:after="40"/>
              <w:rPr>
                <w:rFonts w:ascii="Arial" w:hAnsi="Arial" w:cs="Arial"/>
                <w:sz w:val="18"/>
                <w:szCs w:val="18"/>
              </w:rPr>
            </w:pPr>
          </w:p>
        </w:tc>
      </w:tr>
      <w:tr w:rsidR="0067257C" w:rsidRPr="00F52534" w14:paraId="70552A7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5C9BC4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8.4.3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49AB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transmission controls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046B79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B.2.4.4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FE936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transmission controls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6A4F1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69937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A4B930C" w14:textId="77777777" w:rsidR="0067257C" w:rsidRPr="00F52534" w:rsidRDefault="0067257C" w:rsidP="00F52534">
            <w:pPr>
              <w:spacing w:before="40" w:after="40"/>
              <w:rPr>
                <w:rFonts w:ascii="Arial" w:hAnsi="Arial" w:cs="Arial"/>
                <w:sz w:val="18"/>
                <w:szCs w:val="18"/>
              </w:rPr>
            </w:pPr>
          </w:p>
        </w:tc>
      </w:tr>
      <w:tr w:rsidR="0067257C" w:rsidRPr="00F52534" w14:paraId="4B5DD49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E4C1CA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F34C3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sharing, transfer, and disclosure</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8C0B4C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E2F58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PII sharing, transfer, and disclosure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F121D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AC15F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1D45F6F" w14:textId="77777777" w:rsidR="0067257C" w:rsidRPr="00F52534" w:rsidRDefault="0067257C" w:rsidP="00F52534">
            <w:pPr>
              <w:spacing w:before="40" w:after="40"/>
              <w:rPr>
                <w:rFonts w:ascii="Arial" w:hAnsi="Arial" w:cs="Arial"/>
                <w:sz w:val="18"/>
                <w:szCs w:val="18"/>
              </w:rPr>
            </w:pPr>
          </w:p>
        </w:tc>
      </w:tr>
      <w:tr w:rsidR="0067257C" w:rsidRPr="00F52534" w14:paraId="5DFFEB3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9B2096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E1F0BF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Basis for PII transfer between jurisdictions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81A8C8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8EA8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Basis for PII transfer between jurisdictions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F2A22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B436BF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490B1C0" w14:textId="77777777" w:rsidR="0067257C" w:rsidRPr="00F52534" w:rsidRDefault="0067257C" w:rsidP="00F52534">
            <w:pPr>
              <w:spacing w:before="40" w:after="40"/>
              <w:rPr>
                <w:rFonts w:ascii="Arial" w:hAnsi="Arial" w:cs="Arial"/>
                <w:sz w:val="18"/>
                <w:szCs w:val="18"/>
              </w:rPr>
            </w:pPr>
          </w:p>
        </w:tc>
      </w:tr>
      <w:tr w:rsidR="0067257C" w:rsidRPr="00F52534" w14:paraId="51E11F3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DF070D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26586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Countries and international organizations to which PII can be transferred</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1A2EE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586125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Countries and international organizations to which PII can be transferred</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37A2C8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10C3015"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B9D7012" w14:textId="77777777" w:rsidR="0067257C" w:rsidRPr="00F52534" w:rsidRDefault="0067257C" w:rsidP="00F52534">
            <w:pPr>
              <w:spacing w:before="40" w:after="40"/>
              <w:rPr>
                <w:rFonts w:ascii="Arial" w:hAnsi="Arial" w:cs="Arial"/>
                <w:sz w:val="18"/>
                <w:szCs w:val="18"/>
              </w:rPr>
            </w:pPr>
          </w:p>
        </w:tc>
      </w:tr>
      <w:tr w:rsidR="0067257C" w:rsidRPr="00F52534" w14:paraId="2F33661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477F93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9A0AA9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Records of PII disclosure to third </w:t>
            </w:r>
            <w:r w:rsidRPr="00F52534">
              <w:rPr>
                <w:rFonts w:ascii="Arial" w:hAnsi="Arial" w:cs="Arial"/>
                <w:sz w:val="18"/>
                <w:szCs w:val="18"/>
              </w:rPr>
              <w:lastRenderedPageBreak/>
              <w:t>parties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BC52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B.2.5.4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BA5E5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Records of PII disclosure to third </w:t>
            </w:r>
            <w:r w:rsidRPr="00F52534">
              <w:rPr>
                <w:rFonts w:ascii="Arial" w:hAnsi="Arial" w:cs="Arial"/>
                <w:sz w:val="18"/>
                <w:szCs w:val="18"/>
              </w:rPr>
              <w:lastRenderedPageBreak/>
              <w:t>parties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C26C3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BDC1A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DBA4D47" w14:textId="77777777" w:rsidR="0067257C" w:rsidRPr="00F52534" w:rsidRDefault="0067257C" w:rsidP="00F52534">
            <w:pPr>
              <w:spacing w:before="40" w:after="40"/>
              <w:rPr>
                <w:rFonts w:ascii="Arial" w:hAnsi="Arial" w:cs="Arial"/>
                <w:sz w:val="18"/>
                <w:szCs w:val="18"/>
              </w:rPr>
            </w:pPr>
          </w:p>
        </w:tc>
      </w:tr>
      <w:tr w:rsidR="0067257C" w:rsidRPr="00F52534" w14:paraId="527FB94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1DFB31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E6E2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Notification of PII disclosure requests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81DFF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796A6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Notification of PII disclosure requests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EF3FEC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831BC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DCC5257" w14:textId="77777777" w:rsidR="0067257C" w:rsidRPr="00F52534" w:rsidRDefault="0067257C" w:rsidP="00F52534">
            <w:pPr>
              <w:spacing w:before="40" w:after="40"/>
              <w:rPr>
                <w:rFonts w:ascii="Arial" w:hAnsi="Arial" w:cs="Arial"/>
                <w:sz w:val="18"/>
                <w:szCs w:val="18"/>
              </w:rPr>
            </w:pPr>
          </w:p>
        </w:tc>
      </w:tr>
      <w:tr w:rsidR="0067257C" w:rsidRPr="00F52534" w14:paraId="004F2A8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8F3EBB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0A71FF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Legally binding PII disclosures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8298C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B2B034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Legally binding PII disclosures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29624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AC336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B3DE38C" w14:textId="77777777" w:rsidR="0067257C" w:rsidRPr="00F52534" w:rsidRDefault="0067257C" w:rsidP="00F52534">
            <w:pPr>
              <w:spacing w:before="40" w:after="40"/>
              <w:rPr>
                <w:rFonts w:ascii="Arial" w:hAnsi="Arial" w:cs="Arial"/>
                <w:sz w:val="18"/>
                <w:szCs w:val="18"/>
              </w:rPr>
            </w:pPr>
          </w:p>
        </w:tc>
      </w:tr>
      <w:tr w:rsidR="0067257C" w:rsidRPr="00F52534" w14:paraId="29F3ED9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81E7CF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4ADE5D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Disclosure of subcontractors used to process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E57D2A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A39578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Disclosure of subcontractors used to process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4E0212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5657F3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1CEEA00" w14:textId="77777777" w:rsidR="0067257C" w:rsidRPr="00F52534" w:rsidRDefault="0067257C" w:rsidP="00F52534">
            <w:pPr>
              <w:spacing w:before="40" w:after="40"/>
              <w:rPr>
                <w:rFonts w:ascii="Arial" w:hAnsi="Arial" w:cs="Arial"/>
                <w:sz w:val="18"/>
                <w:szCs w:val="18"/>
              </w:rPr>
            </w:pPr>
          </w:p>
        </w:tc>
      </w:tr>
      <w:tr w:rsidR="0067257C" w:rsidRPr="00F52534" w14:paraId="16A52CB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DEEDA2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F32EBC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Engagement of a subcontractor to process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F8BBED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25ACA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Engagement of a subcontractor to process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35E4FE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2B14D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3CBA5D1" w14:textId="77777777" w:rsidR="0067257C" w:rsidRPr="00F52534" w:rsidRDefault="0067257C" w:rsidP="00F52534">
            <w:pPr>
              <w:spacing w:before="40" w:after="40"/>
              <w:rPr>
                <w:rFonts w:ascii="Arial" w:hAnsi="Arial" w:cs="Arial"/>
                <w:sz w:val="18"/>
                <w:szCs w:val="18"/>
              </w:rPr>
            </w:pPr>
          </w:p>
        </w:tc>
      </w:tr>
      <w:tr w:rsidR="0067257C" w:rsidRPr="00F52534" w14:paraId="7D966EA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9B1A15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8.5.8</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86F17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Change of subcontractor to process PII</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EAA69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B.2.5.9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A06D84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Change of subcontractor to process PII</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A5318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69F84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366E61A" w14:textId="77777777" w:rsidR="0067257C" w:rsidRPr="00F52534" w:rsidRDefault="0067257C" w:rsidP="00F52534">
            <w:pPr>
              <w:spacing w:before="40" w:after="40"/>
              <w:rPr>
                <w:rFonts w:ascii="Arial" w:hAnsi="Arial" w:cs="Arial"/>
                <w:sz w:val="18"/>
                <w:szCs w:val="18"/>
              </w:rPr>
            </w:pPr>
          </w:p>
        </w:tc>
      </w:tr>
      <w:tr w:rsidR="0067257C" w:rsidRPr="00F52534" w14:paraId="44BB0B6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F1EE1A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EC3319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PIMS-specific guidance related to ISO/IEC 27002</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53102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9E8F6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Implementation guidance for PII controllers and PII processors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FEFBB2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EBC07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143E529" w14:textId="77777777" w:rsidR="0067257C" w:rsidRPr="00F52534" w:rsidRDefault="0067257C" w:rsidP="00F52534">
            <w:pPr>
              <w:spacing w:before="40" w:after="40"/>
              <w:rPr>
                <w:rFonts w:ascii="Arial" w:hAnsi="Arial" w:cs="Arial"/>
                <w:sz w:val="18"/>
                <w:szCs w:val="18"/>
              </w:rPr>
            </w:pPr>
          </w:p>
        </w:tc>
      </w:tr>
      <w:tr w:rsidR="0067257C" w:rsidRPr="00F52534" w14:paraId="3AB0577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6B0EFB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E8368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General</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38017E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B.3.1 - B.3.2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422E53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Objective - General</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C0746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3F66C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6566012" w14:textId="77777777" w:rsidR="0067257C" w:rsidRPr="00F52534" w:rsidRDefault="0067257C" w:rsidP="00F52534">
            <w:pPr>
              <w:spacing w:before="40" w:after="40"/>
              <w:rPr>
                <w:rFonts w:ascii="Arial" w:hAnsi="Arial" w:cs="Arial"/>
                <w:sz w:val="18"/>
                <w:szCs w:val="18"/>
              </w:rPr>
            </w:pPr>
          </w:p>
        </w:tc>
      </w:tr>
      <w:tr w:rsidR="0067257C" w:rsidRPr="00F52534" w14:paraId="11EB53D6"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A189AF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CFEDA8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policies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12B8ED"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4D18F1"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5C29BE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E402A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7458AD2" w14:textId="77777777" w:rsidR="0067257C" w:rsidRPr="00F52534" w:rsidRDefault="0067257C" w:rsidP="00F52534">
            <w:pPr>
              <w:spacing w:before="40" w:after="40"/>
              <w:rPr>
                <w:rFonts w:ascii="Arial" w:hAnsi="Arial" w:cs="Arial"/>
                <w:sz w:val="18"/>
                <w:szCs w:val="18"/>
              </w:rPr>
            </w:pPr>
          </w:p>
        </w:tc>
      </w:tr>
      <w:tr w:rsidR="0067257C" w:rsidRPr="00F52534" w14:paraId="38E48E8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BFBFF6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81D0E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direction for information security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83840DA"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11CCC9B"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8E20EE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61ACE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532CCB7" w14:textId="77777777" w:rsidR="0067257C" w:rsidRPr="00F52534" w:rsidRDefault="0067257C" w:rsidP="00F52534">
            <w:pPr>
              <w:spacing w:before="40" w:after="40"/>
              <w:rPr>
                <w:rFonts w:ascii="Arial" w:hAnsi="Arial" w:cs="Arial"/>
                <w:sz w:val="18"/>
                <w:szCs w:val="18"/>
              </w:rPr>
            </w:pPr>
          </w:p>
        </w:tc>
      </w:tr>
      <w:tr w:rsidR="0067257C" w:rsidRPr="00F52534" w14:paraId="764D13A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33CA93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6.2.1.1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93534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Policies for information security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93078B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3943D8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Policies for information security</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90A3D1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D6604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338D4EB" w14:textId="77777777" w:rsidR="0067257C" w:rsidRPr="00F52534" w:rsidRDefault="0067257C" w:rsidP="00F52534">
            <w:pPr>
              <w:spacing w:before="40" w:after="40"/>
              <w:rPr>
                <w:rFonts w:ascii="Arial" w:hAnsi="Arial" w:cs="Arial"/>
                <w:sz w:val="18"/>
                <w:szCs w:val="18"/>
              </w:rPr>
            </w:pPr>
          </w:p>
        </w:tc>
      </w:tr>
      <w:tr w:rsidR="0067257C" w:rsidRPr="00F52534" w14:paraId="2033659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5F72D0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8662A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Organization of information security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832145"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A018EC"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1E9132A"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5910ECB"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8F16819" w14:textId="77777777" w:rsidR="0067257C" w:rsidRPr="00F52534" w:rsidRDefault="0067257C" w:rsidP="00F52534">
            <w:pPr>
              <w:spacing w:before="40" w:after="40"/>
              <w:rPr>
                <w:rFonts w:ascii="Arial" w:hAnsi="Arial" w:cs="Arial"/>
                <w:sz w:val="18"/>
                <w:szCs w:val="18"/>
              </w:rPr>
            </w:pPr>
          </w:p>
        </w:tc>
      </w:tr>
      <w:tr w:rsidR="0067257C" w:rsidRPr="00F52534" w14:paraId="7D13C33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ECC476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DB876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Internal organization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E5ECDB"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BC6C1E"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B8C9D95"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86191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F7CAD5E" w14:textId="77777777" w:rsidR="0067257C" w:rsidRPr="00F52534" w:rsidRDefault="0067257C" w:rsidP="00F52534">
            <w:pPr>
              <w:spacing w:before="40" w:after="40"/>
              <w:rPr>
                <w:rFonts w:ascii="Arial" w:hAnsi="Arial" w:cs="Arial"/>
                <w:sz w:val="18"/>
                <w:szCs w:val="18"/>
              </w:rPr>
            </w:pPr>
          </w:p>
        </w:tc>
      </w:tr>
      <w:tr w:rsidR="0067257C" w:rsidRPr="00F52534" w14:paraId="29D6F20F"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A350D8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6.3.1.1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0554B0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roles and responsibilities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32B90E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61B29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roles and responsibilities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40D6D8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2F94B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668B439" w14:textId="77777777" w:rsidR="0067257C" w:rsidRPr="00F52534" w:rsidRDefault="0067257C" w:rsidP="00F52534">
            <w:pPr>
              <w:spacing w:before="40" w:after="40"/>
              <w:rPr>
                <w:rFonts w:ascii="Arial" w:hAnsi="Arial" w:cs="Arial"/>
                <w:sz w:val="18"/>
                <w:szCs w:val="18"/>
              </w:rPr>
            </w:pPr>
          </w:p>
        </w:tc>
      </w:tr>
      <w:tr w:rsidR="0067257C" w:rsidRPr="00F52534" w14:paraId="4F1D19C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61103E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6.3.1.2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5CEFE8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Segregation of duties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107131A"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749DAA"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D17F10"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046FD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C435B94" w14:textId="77777777" w:rsidR="0067257C" w:rsidRPr="00F52534" w:rsidRDefault="0067257C" w:rsidP="00F52534">
            <w:pPr>
              <w:spacing w:before="40" w:after="40"/>
              <w:rPr>
                <w:rFonts w:ascii="Arial" w:hAnsi="Arial" w:cs="Arial"/>
                <w:sz w:val="18"/>
                <w:szCs w:val="18"/>
              </w:rPr>
            </w:pPr>
          </w:p>
        </w:tc>
      </w:tr>
      <w:tr w:rsidR="0067257C" w:rsidRPr="00F52534" w14:paraId="5A89779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A71C48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6.3.1.3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8E1AF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Contact with </w:t>
            </w:r>
            <w:r w:rsidRPr="00F52534">
              <w:rPr>
                <w:rFonts w:ascii="Arial" w:hAnsi="Arial" w:cs="Arial"/>
                <w:sz w:val="18"/>
                <w:szCs w:val="18"/>
              </w:rPr>
              <w:lastRenderedPageBreak/>
              <w:t>authorities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BADED26"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A6F75BE"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04B093"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BF6B3DE"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25F3BE4" w14:textId="77777777" w:rsidR="0067257C" w:rsidRPr="00F52534" w:rsidRDefault="0067257C" w:rsidP="00F52534">
            <w:pPr>
              <w:spacing w:before="40" w:after="40"/>
              <w:rPr>
                <w:rFonts w:ascii="Arial" w:hAnsi="Arial" w:cs="Arial"/>
                <w:sz w:val="18"/>
                <w:szCs w:val="18"/>
              </w:rPr>
            </w:pPr>
          </w:p>
        </w:tc>
      </w:tr>
      <w:tr w:rsidR="0067257C" w:rsidRPr="00F52534" w14:paraId="670D93B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6BCB21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6.3.1.4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0081F7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Contact with special interest groups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AB607D"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A1497F"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D8D3573"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4862F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D09ABB9" w14:textId="77777777" w:rsidR="0067257C" w:rsidRPr="00F52534" w:rsidRDefault="0067257C" w:rsidP="00F52534">
            <w:pPr>
              <w:spacing w:before="40" w:after="40"/>
              <w:rPr>
                <w:rFonts w:ascii="Arial" w:hAnsi="Arial" w:cs="Arial"/>
                <w:sz w:val="18"/>
                <w:szCs w:val="18"/>
              </w:rPr>
            </w:pPr>
          </w:p>
        </w:tc>
      </w:tr>
      <w:tr w:rsidR="0067257C" w:rsidRPr="00F52534" w14:paraId="21B7293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EE81C6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6.3.1.5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96AE9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in project management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B433B7" w14:textId="77777777" w:rsidR="0067257C" w:rsidRPr="00F52534" w:rsidRDefault="0067257C" w:rsidP="00F52534">
            <w:pPr>
              <w:spacing w:before="40" w:after="40"/>
              <w:rPr>
                <w:rFonts w:ascii="Arial" w:hAnsi="Arial" w:cs="Arial"/>
                <w:sz w:val="18"/>
                <w:szCs w:val="18"/>
              </w:rPr>
            </w:pP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030C621" w14:textId="77777777" w:rsidR="0067257C" w:rsidRPr="00F52534" w:rsidRDefault="0067257C" w:rsidP="00F52534">
            <w:pPr>
              <w:spacing w:before="40" w:after="40"/>
              <w:rPr>
                <w:rFonts w:ascii="Arial" w:hAnsi="Arial" w:cs="Arial"/>
                <w:sz w:val="18"/>
                <w:szCs w:val="18"/>
              </w:rPr>
            </w:pP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2DA0E0" w14:textId="77777777" w:rsidR="0067257C" w:rsidRPr="00F52534" w:rsidRDefault="0067257C" w:rsidP="00F52534">
            <w:pPr>
              <w:spacing w:before="40" w:after="40"/>
              <w:rPr>
                <w:rFonts w:ascii="Arial" w:hAnsi="Arial" w:cs="Arial"/>
                <w:sz w:val="18"/>
                <w:szCs w:val="18"/>
              </w:rPr>
            </w:pP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38196C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D813ABD" w14:textId="77777777" w:rsidR="0067257C" w:rsidRPr="00F52534" w:rsidRDefault="0067257C" w:rsidP="00F52534">
            <w:pPr>
              <w:spacing w:before="40" w:after="40"/>
              <w:rPr>
                <w:rFonts w:ascii="Arial" w:hAnsi="Arial" w:cs="Arial"/>
                <w:sz w:val="18"/>
                <w:szCs w:val="18"/>
              </w:rPr>
            </w:pPr>
          </w:p>
        </w:tc>
      </w:tr>
      <w:tr w:rsidR="0067257C" w:rsidRPr="00F52534" w14:paraId="30E720C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AB52A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6.5.2.1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33BA66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Classification of information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6C7A8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A4E86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Classification of information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74981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6FB0DE2"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850700B" w14:textId="77777777" w:rsidR="0067257C" w:rsidRPr="00F52534" w:rsidRDefault="0067257C" w:rsidP="00F52534">
            <w:pPr>
              <w:spacing w:before="40" w:after="40"/>
              <w:rPr>
                <w:rFonts w:ascii="Arial" w:hAnsi="Arial" w:cs="Arial"/>
                <w:sz w:val="18"/>
                <w:szCs w:val="18"/>
              </w:rPr>
            </w:pPr>
          </w:p>
        </w:tc>
      </w:tr>
      <w:tr w:rsidR="0067257C" w:rsidRPr="00F52534" w14:paraId="2A41FCA6"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DE1306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6.5.2.2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0AF5E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Labelling of information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687620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2C85D3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Labelling of information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BADDDE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827B51A"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65B5E6A" w14:textId="77777777" w:rsidR="0067257C" w:rsidRPr="00F52534" w:rsidRDefault="0067257C" w:rsidP="00F52534">
            <w:pPr>
              <w:spacing w:before="40" w:after="40"/>
              <w:rPr>
                <w:rFonts w:ascii="Arial" w:hAnsi="Arial" w:cs="Arial"/>
                <w:sz w:val="18"/>
                <w:szCs w:val="18"/>
              </w:rPr>
            </w:pPr>
          </w:p>
        </w:tc>
      </w:tr>
      <w:tr w:rsidR="0067257C" w:rsidRPr="00F52534" w14:paraId="14857AA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08634C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6.10.2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A2E91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transfer policies and procedures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FD5FA4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EFD35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transfer</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8C282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EDD8D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7A51E39" w14:textId="77777777" w:rsidR="0067257C" w:rsidRPr="00F52534" w:rsidRDefault="0067257C" w:rsidP="00F52534">
            <w:pPr>
              <w:spacing w:before="40" w:after="40"/>
              <w:rPr>
                <w:rFonts w:ascii="Arial" w:hAnsi="Arial" w:cs="Arial"/>
                <w:sz w:val="18"/>
                <w:szCs w:val="18"/>
              </w:rPr>
            </w:pPr>
          </w:p>
        </w:tc>
      </w:tr>
      <w:tr w:rsidR="0067257C" w:rsidRPr="00F52534" w14:paraId="0F78BD9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FBF1B9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6.6.2.1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91DE7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User registration and de-registration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109C6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4CEA1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Identity management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DBD69E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69535F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544E7AE" w14:textId="77777777" w:rsidR="0067257C" w:rsidRPr="00F52534" w:rsidRDefault="0067257C" w:rsidP="00F52534">
            <w:pPr>
              <w:spacing w:before="40" w:after="40"/>
              <w:rPr>
                <w:rFonts w:ascii="Arial" w:hAnsi="Arial" w:cs="Arial"/>
                <w:sz w:val="18"/>
                <w:szCs w:val="18"/>
              </w:rPr>
            </w:pPr>
          </w:p>
        </w:tc>
      </w:tr>
      <w:tr w:rsidR="0067257C" w:rsidRPr="00F52534" w14:paraId="250827D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260E8A0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6.6.2.2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6D2C4A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User access provisioning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ED0044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D40F30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Access rights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FB9431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14EBB1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46B577E" w14:textId="77777777" w:rsidR="0067257C" w:rsidRPr="00F52534" w:rsidRDefault="0067257C" w:rsidP="00F52534">
            <w:pPr>
              <w:spacing w:before="40" w:after="40"/>
              <w:rPr>
                <w:rFonts w:ascii="Arial" w:hAnsi="Arial" w:cs="Arial"/>
                <w:sz w:val="18"/>
                <w:szCs w:val="18"/>
              </w:rPr>
            </w:pPr>
          </w:p>
        </w:tc>
      </w:tr>
      <w:tr w:rsidR="0067257C" w:rsidRPr="00F52534" w14:paraId="7E82935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4EDE76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6.12.1.2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D35B5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Addressing security within supplier agreements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865162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B.3.10</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90F399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Addressing information security within supplier agreements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8225AB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FFAD3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3A43B44" w14:textId="77777777" w:rsidR="0067257C" w:rsidRPr="00F52534" w:rsidRDefault="0067257C" w:rsidP="00F52534">
            <w:pPr>
              <w:spacing w:before="40" w:after="40"/>
              <w:rPr>
                <w:rFonts w:ascii="Arial" w:hAnsi="Arial" w:cs="Arial"/>
                <w:sz w:val="18"/>
                <w:szCs w:val="18"/>
              </w:rPr>
            </w:pPr>
          </w:p>
        </w:tc>
      </w:tr>
      <w:tr w:rsidR="0067257C" w:rsidRPr="00F52534" w14:paraId="7658F74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25A6EC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6.13.1.1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257C45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Management of information security incidents and improvements - Responsibilities and procedures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C1442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057771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incident management planning and preparation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68007F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BE766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DD242C9" w14:textId="77777777" w:rsidR="0067257C" w:rsidRPr="00F52534" w:rsidRDefault="0067257C" w:rsidP="00F52534">
            <w:pPr>
              <w:spacing w:before="40" w:after="40"/>
              <w:rPr>
                <w:rFonts w:ascii="Arial" w:hAnsi="Arial" w:cs="Arial"/>
                <w:sz w:val="18"/>
                <w:szCs w:val="18"/>
              </w:rPr>
            </w:pPr>
          </w:p>
        </w:tc>
      </w:tr>
      <w:tr w:rsidR="0067257C" w:rsidRPr="00F52534" w14:paraId="13DED70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E134BF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6.13.1.5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5560F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Response to information security incidents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19335B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8124F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Response to information security incidents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074165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08AA03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1311AD3" w14:textId="77777777" w:rsidR="0067257C" w:rsidRPr="00F52534" w:rsidRDefault="0067257C" w:rsidP="00F52534">
            <w:pPr>
              <w:spacing w:before="40" w:after="40"/>
              <w:rPr>
                <w:rFonts w:ascii="Arial" w:hAnsi="Arial" w:cs="Arial"/>
                <w:sz w:val="18"/>
                <w:szCs w:val="18"/>
              </w:rPr>
            </w:pPr>
          </w:p>
        </w:tc>
      </w:tr>
      <w:tr w:rsidR="0067257C" w:rsidRPr="00F52534" w14:paraId="0C8B2A3C"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6EB571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6.15.1.1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7824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Compliance with legal and contractual requirements - Identification of applicable legislation and contractual requirements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12CB5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0FB5A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Legal, statutory, regulatory and contractual requirements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B79F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81266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6AAABBB" w14:textId="77777777" w:rsidR="0067257C" w:rsidRPr="00F52534" w:rsidRDefault="0067257C" w:rsidP="00F52534">
            <w:pPr>
              <w:spacing w:before="40" w:after="40"/>
              <w:rPr>
                <w:rFonts w:ascii="Arial" w:hAnsi="Arial" w:cs="Arial"/>
                <w:sz w:val="18"/>
                <w:szCs w:val="18"/>
              </w:rPr>
            </w:pPr>
          </w:p>
        </w:tc>
      </w:tr>
      <w:tr w:rsidR="0067257C" w:rsidRPr="00F52534" w14:paraId="22CA5E9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1DFF8A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6.15.1.3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538CC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Protection of records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84D04F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DC43A9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Protection of records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07A76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AE661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98EB533" w14:textId="77777777" w:rsidR="0067257C" w:rsidRPr="00F52534" w:rsidRDefault="0067257C" w:rsidP="00F52534">
            <w:pPr>
              <w:spacing w:before="40" w:after="40"/>
              <w:rPr>
                <w:rFonts w:ascii="Arial" w:hAnsi="Arial" w:cs="Arial"/>
                <w:sz w:val="18"/>
                <w:szCs w:val="18"/>
              </w:rPr>
            </w:pPr>
          </w:p>
        </w:tc>
      </w:tr>
      <w:tr w:rsidR="0067257C" w:rsidRPr="00F52534" w14:paraId="0DB9FFFB"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89C74E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6.15.2.1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3D301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reviews - Independent review of information security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6A8CF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DAFAD5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Independent review of information security</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98A30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5B298D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F9E0F34" w14:textId="77777777" w:rsidR="0067257C" w:rsidRPr="00F52534" w:rsidRDefault="0067257C" w:rsidP="00F52534">
            <w:pPr>
              <w:spacing w:before="40" w:after="40"/>
              <w:rPr>
                <w:rFonts w:ascii="Arial" w:hAnsi="Arial" w:cs="Arial"/>
                <w:sz w:val="18"/>
                <w:szCs w:val="18"/>
              </w:rPr>
            </w:pPr>
          </w:p>
        </w:tc>
      </w:tr>
      <w:tr w:rsidR="0067257C" w:rsidRPr="00F52534" w14:paraId="4E13EB1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39DFB9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6.15.2.2 - 3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ECA1E5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Compliance with security policies and standards - Technical compliance review</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FB79F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C833B6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Compliance with policies, rules and standards for information security</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18A67C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5BC588C"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59DB41F" w14:textId="77777777" w:rsidR="0067257C" w:rsidRPr="00F52534" w:rsidRDefault="0067257C" w:rsidP="00F52534">
            <w:pPr>
              <w:spacing w:before="40" w:after="40"/>
              <w:rPr>
                <w:rFonts w:ascii="Arial" w:hAnsi="Arial" w:cs="Arial"/>
                <w:sz w:val="18"/>
                <w:szCs w:val="18"/>
              </w:rPr>
            </w:pPr>
          </w:p>
        </w:tc>
      </w:tr>
      <w:tr w:rsidR="0067257C" w:rsidRPr="00F52534" w14:paraId="19089425"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D2FC04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6.4.2.2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BF0509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awareness, education and training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5080C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46A316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security awareness, education and training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F6431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A77A65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B341B4F" w14:textId="77777777" w:rsidR="0067257C" w:rsidRPr="00F52534" w:rsidRDefault="0067257C" w:rsidP="00F52534">
            <w:pPr>
              <w:spacing w:before="40" w:after="40"/>
              <w:rPr>
                <w:rFonts w:ascii="Arial" w:hAnsi="Arial" w:cs="Arial"/>
                <w:sz w:val="18"/>
                <w:szCs w:val="18"/>
              </w:rPr>
            </w:pPr>
          </w:p>
        </w:tc>
      </w:tr>
      <w:tr w:rsidR="0067257C" w:rsidRPr="00F52534" w14:paraId="3E48C4A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9281F6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6.10.2.4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4911E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Confidentiality or non-disclosure agreements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54084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73AAEF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Confidentiality or non-disclosure agreements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157C1B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EAEED2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7CCFE68" w14:textId="77777777" w:rsidR="0067257C" w:rsidRPr="00F52534" w:rsidRDefault="0067257C" w:rsidP="00F52534">
            <w:pPr>
              <w:spacing w:before="40" w:after="40"/>
              <w:rPr>
                <w:rFonts w:ascii="Arial" w:hAnsi="Arial" w:cs="Arial"/>
                <w:sz w:val="18"/>
                <w:szCs w:val="18"/>
              </w:rPr>
            </w:pPr>
          </w:p>
        </w:tc>
      </w:tr>
      <w:tr w:rsidR="0067257C" w:rsidRPr="00F52534" w14:paraId="793A92C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8AE2C7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6.8.2.9</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CEBADB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Clear desk and clear screen policy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874F87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B.3.19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A6CA7A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Clear desk and clear screen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569656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63D3D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BC1E9FF" w14:textId="77777777" w:rsidR="0067257C" w:rsidRPr="00F52534" w:rsidRDefault="0067257C" w:rsidP="00F52534">
            <w:pPr>
              <w:spacing w:before="40" w:after="40"/>
              <w:rPr>
                <w:rFonts w:ascii="Arial" w:hAnsi="Arial" w:cs="Arial"/>
                <w:sz w:val="18"/>
                <w:szCs w:val="18"/>
              </w:rPr>
            </w:pPr>
          </w:p>
        </w:tc>
      </w:tr>
      <w:tr w:rsidR="0067257C" w:rsidRPr="00F52534" w14:paraId="7D90F9E8"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71DF6D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6.5.3.1 - 3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394985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Media handling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A5E8F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B.3.20</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5E7735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Storage media</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B40DD7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27D310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37CE39ED" w14:textId="77777777" w:rsidR="0067257C" w:rsidRPr="00F52534" w:rsidRDefault="0067257C" w:rsidP="00F52534">
            <w:pPr>
              <w:spacing w:before="40" w:after="40"/>
              <w:rPr>
                <w:rFonts w:ascii="Arial" w:hAnsi="Arial" w:cs="Arial"/>
                <w:sz w:val="18"/>
                <w:szCs w:val="18"/>
              </w:rPr>
            </w:pPr>
          </w:p>
        </w:tc>
      </w:tr>
      <w:tr w:rsidR="0067257C" w:rsidRPr="00F52534" w14:paraId="37C01A0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DD03E0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6.8.2.7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E973D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disposal or re-use of equipment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0D769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28A578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disposal or re-use of equipment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04D323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C8B01E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BD3CF2E" w14:textId="77777777" w:rsidR="0067257C" w:rsidRPr="00F52534" w:rsidRDefault="0067257C" w:rsidP="00F52534">
            <w:pPr>
              <w:spacing w:before="40" w:after="40"/>
              <w:rPr>
                <w:rFonts w:ascii="Arial" w:hAnsi="Arial" w:cs="Arial"/>
                <w:sz w:val="18"/>
                <w:szCs w:val="18"/>
              </w:rPr>
            </w:pPr>
          </w:p>
        </w:tc>
      </w:tr>
      <w:tr w:rsidR="0067257C" w:rsidRPr="00F52534" w14:paraId="2D9A0DDA"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FB2BA2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6.3.2.1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9B8A6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Mobile device policy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19B2B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B.3.22</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EAD94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User endpoint devices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9E196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440C55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53DF039A" w14:textId="77777777" w:rsidR="0067257C" w:rsidRPr="00F52534" w:rsidRDefault="0067257C" w:rsidP="00F52534">
            <w:pPr>
              <w:spacing w:before="40" w:after="40"/>
              <w:rPr>
                <w:rFonts w:ascii="Arial" w:hAnsi="Arial" w:cs="Arial"/>
                <w:sz w:val="18"/>
                <w:szCs w:val="18"/>
              </w:rPr>
            </w:pPr>
          </w:p>
        </w:tc>
      </w:tr>
      <w:tr w:rsidR="0067257C" w:rsidRPr="00F52534" w14:paraId="1EA823F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A12350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6.6.4.2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789C07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log-on procedures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AA9440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B.3.23</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AA4E18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authentication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26C7EB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45EC54"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20880EAF" w14:textId="77777777" w:rsidR="0067257C" w:rsidRPr="00F52534" w:rsidRDefault="0067257C" w:rsidP="00F52534">
            <w:pPr>
              <w:spacing w:before="40" w:after="40"/>
              <w:rPr>
                <w:rFonts w:ascii="Arial" w:hAnsi="Arial" w:cs="Arial"/>
                <w:sz w:val="18"/>
                <w:szCs w:val="18"/>
              </w:rPr>
            </w:pPr>
          </w:p>
        </w:tc>
      </w:tr>
      <w:tr w:rsidR="0067257C" w:rsidRPr="00F52534" w14:paraId="68B35940"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3377C29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6.9.3</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472211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backup</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6BFBD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B.3.24</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EAA5A4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Information backup</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57101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F12281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697CD7E" w14:textId="77777777" w:rsidR="0067257C" w:rsidRPr="00F52534" w:rsidRDefault="0067257C" w:rsidP="00F52534">
            <w:pPr>
              <w:spacing w:before="40" w:after="40"/>
              <w:rPr>
                <w:rFonts w:ascii="Arial" w:hAnsi="Arial" w:cs="Arial"/>
                <w:sz w:val="18"/>
                <w:szCs w:val="18"/>
              </w:rPr>
            </w:pPr>
          </w:p>
        </w:tc>
      </w:tr>
      <w:tr w:rsidR="0067257C" w:rsidRPr="00F52534" w14:paraId="4071B031"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373DD7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6.9.4.1 - 4</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F0409A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Logging and monitoring</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8F41DD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B.3.25</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28D14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Logging</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0F2C39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C46C72F"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1254208E" w14:textId="77777777" w:rsidR="0067257C" w:rsidRPr="00F52534" w:rsidRDefault="0067257C" w:rsidP="00F52534">
            <w:pPr>
              <w:spacing w:before="40" w:after="40"/>
              <w:rPr>
                <w:rFonts w:ascii="Arial" w:hAnsi="Arial" w:cs="Arial"/>
                <w:sz w:val="18"/>
                <w:szCs w:val="18"/>
              </w:rPr>
            </w:pPr>
          </w:p>
        </w:tc>
      </w:tr>
      <w:tr w:rsidR="0067257C" w:rsidRPr="00F52534" w14:paraId="7F37EC79"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481220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6.7.1.1 - 2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902C19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Policy on the use of cryptographic controls - Key management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9CA1C19"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B.3.26</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A494D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Use of cryptography</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EDF66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913D85E"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9605208" w14:textId="77777777" w:rsidR="0067257C" w:rsidRPr="00F52534" w:rsidRDefault="0067257C" w:rsidP="00F52534">
            <w:pPr>
              <w:spacing w:before="40" w:after="40"/>
              <w:rPr>
                <w:rFonts w:ascii="Arial" w:hAnsi="Arial" w:cs="Arial"/>
                <w:sz w:val="18"/>
                <w:szCs w:val="18"/>
              </w:rPr>
            </w:pPr>
          </w:p>
        </w:tc>
      </w:tr>
      <w:tr w:rsidR="0067257C" w:rsidRPr="00F52534" w14:paraId="3621B8FF"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1F77C9A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6.11.2.1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17F001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development policy</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032C9E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B.3.27</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782CB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development life cycle</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858FA4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885F7F6"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686A2D6" w14:textId="77777777" w:rsidR="0067257C" w:rsidRPr="00F52534" w:rsidRDefault="0067257C" w:rsidP="00F52534">
            <w:pPr>
              <w:spacing w:before="40" w:after="40"/>
              <w:rPr>
                <w:rFonts w:ascii="Arial" w:hAnsi="Arial" w:cs="Arial"/>
                <w:sz w:val="18"/>
                <w:szCs w:val="18"/>
              </w:rPr>
            </w:pPr>
          </w:p>
        </w:tc>
      </w:tr>
      <w:tr w:rsidR="0067257C" w:rsidRPr="00F52534" w14:paraId="3A20414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46C2CC8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6.11.1.2</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2D323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Securing application </w:t>
            </w:r>
            <w:r w:rsidRPr="00F52534">
              <w:rPr>
                <w:rFonts w:ascii="Arial" w:hAnsi="Arial" w:cs="Arial"/>
                <w:sz w:val="18"/>
                <w:szCs w:val="18"/>
              </w:rPr>
              <w:lastRenderedPageBreak/>
              <w:t>services on public networks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2ECDD7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B.3.28</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3F83A5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 xml:space="preserve">Application security </w:t>
            </w:r>
            <w:r w:rsidRPr="00F52534">
              <w:rPr>
                <w:rFonts w:ascii="Arial" w:hAnsi="Arial" w:cs="Arial"/>
                <w:sz w:val="18"/>
                <w:szCs w:val="18"/>
              </w:rPr>
              <w:lastRenderedPageBreak/>
              <w:t>requirements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E363B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lastRenderedPageBreak/>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7629B9"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0A2B4C71" w14:textId="77777777" w:rsidR="0067257C" w:rsidRPr="00F52534" w:rsidRDefault="0067257C" w:rsidP="00F52534">
            <w:pPr>
              <w:spacing w:before="40" w:after="40"/>
              <w:rPr>
                <w:rFonts w:ascii="Arial" w:hAnsi="Arial" w:cs="Arial"/>
                <w:sz w:val="18"/>
                <w:szCs w:val="18"/>
              </w:rPr>
            </w:pPr>
          </w:p>
        </w:tc>
      </w:tr>
      <w:tr w:rsidR="0067257C" w:rsidRPr="00F52534" w14:paraId="14075802"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027604E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6.11.2.5</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4A7BA1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systems engineering principles</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19B9EF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B.3.29</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A2F201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Secure system architecture and engineering principles</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CEE512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DAB477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EE07578" w14:textId="77777777" w:rsidR="0067257C" w:rsidRPr="00F52534" w:rsidRDefault="0067257C" w:rsidP="00F52534">
            <w:pPr>
              <w:spacing w:before="40" w:after="40"/>
              <w:rPr>
                <w:rFonts w:ascii="Arial" w:hAnsi="Arial" w:cs="Arial"/>
                <w:sz w:val="18"/>
                <w:szCs w:val="18"/>
              </w:rPr>
            </w:pPr>
          </w:p>
        </w:tc>
      </w:tr>
      <w:tr w:rsidR="0067257C" w:rsidRPr="00F52534" w14:paraId="459827CD"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8C80F47"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6.11.2.7</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DFF0CBB"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Outsourced development</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C98382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B.3.30</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6AFF2C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Outsourced development</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702CE9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1BC0CB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64163A2" w14:textId="77777777" w:rsidR="0067257C" w:rsidRPr="00F52534" w:rsidRDefault="0067257C" w:rsidP="00F52534">
            <w:pPr>
              <w:spacing w:before="40" w:after="40"/>
              <w:rPr>
                <w:rFonts w:ascii="Arial" w:hAnsi="Arial" w:cs="Arial"/>
                <w:sz w:val="18"/>
                <w:szCs w:val="18"/>
              </w:rPr>
            </w:pPr>
          </w:p>
        </w:tc>
      </w:tr>
      <w:tr w:rsidR="0067257C" w:rsidRPr="00F52534" w14:paraId="46F95F63"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93BB75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6.11.3.1</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2F48216"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Protection of test data</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792F2994"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B.3.31</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15B1DB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Test information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F8EAA5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F2A0820"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A868DC3" w14:textId="77777777" w:rsidR="0067257C" w:rsidRPr="00F52534" w:rsidRDefault="0067257C" w:rsidP="00F52534">
            <w:pPr>
              <w:spacing w:before="40" w:after="40"/>
              <w:rPr>
                <w:rFonts w:ascii="Arial" w:hAnsi="Arial" w:cs="Arial"/>
                <w:sz w:val="18"/>
                <w:szCs w:val="18"/>
              </w:rPr>
            </w:pPr>
          </w:p>
        </w:tc>
      </w:tr>
      <w:tr w:rsidR="0067257C" w:rsidRPr="00F52534" w14:paraId="519C41AF"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67CD21D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C</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39937B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Mapping to ISO/IEC 29100</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7FC0B53"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C</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B4B5BC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Mapping to ISO/IEC 29100</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50D897D"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136034DD"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6CD8BB74" w14:textId="77777777" w:rsidR="0067257C" w:rsidRPr="00F52534" w:rsidRDefault="0067257C" w:rsidP="00F52534">
            <w:pPr>
              <w:spacing w:before="40" w:after="40"/>
              <w:rPr>
                <w:rFonts w:ascii="Arial" w:hAnsi="Arial" w:cs="Arial"/>
                <w:sz w:val="18"/>
                <w:szCs w:val="18"/>
              </w:rPr>
            </w:pPr>
          </w:p>
        </w:tc>
      </w:tr>
      <w:tr w:rsidR="0067257C" w:rsidRPr="00F52534" w14:paraId="58A870AE"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7290A9D1"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D</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32CFAF90" w14:textId="77777777" w:rsidR="0067257C" w:rsidRPr="00F52534" w:rsidRDefault="0067257C" w:rsidP="00F52534">
            <w:pPr>
              <w:spacing w:before="40" w:after="40"/>
              <w:rPr>
                <w:rFonts w:ascii="Arial" w:hAnsi="Arial" w:cs="Arial"/>
                <w:sz w:val="18"/>
                <w:szCs w:val="18"/>
              </w:rPr>
            </w:pPr>
            <w:proofErr w:type="gramStart"/>
            <w:r w:rsidRPr="00F52534">
              <w:rPr>
                <w:rFonts w:ascii="Arial" w:hAnsi="Arial" w:cs="Arial"/>
                <w:sz w:val="18"/>
                <w:szCs w:val="18"/>
              </w:rPr>
              <w:t>Mapping to</w:t>
            </w:r>
            <w:proofErr w:type="gramEnd"/>
            <w:r w:rsidRPr="00F52534">
              <w:rPr>
                <w:rFonts w:ascii="Arial" w:hAnsi="Arial" w:cs="Arial"/>
                <w:sz w:val="18"/>
                <w:szCs w:val="18"/>
              </w:rPr>
              <w:t xml:space="preserve"> the General Data Protection Regulation</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48EEBD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D</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59FBAB91" w14:textId="77777777" w:rsidR="0067257C" w:rsidRPr="00F52534" w:rsidRDefault="0067257C" w:rsidP="00F52534">
            <w:pPr>
              <w:spacing w:before="40" w:after="40"/>
              <w:rPr>
                <w:rFonts w:ascii="Arial" w:hAnsi="Arial" w:cs="Arial"/>
                <w:sz w:val="18"/>
                <w:szCs w:val="18"/>
              </w:rPr>
            </w:pPr>
            <w:proofErr w:type="gramStart"/>
            <w:r w:rsidRPr="00F52534">
              <w:rPr>
                <w:rFonts w:ascii="Arial" w:hAnsi="Arial" w:cs="Arial"/>
                <w:sz w:val="18"/>
                <w:szCs w:val="18"/>
              </w:rPr>
              <w:t>Mapping to</w:t>
            </w:r>
            <w:proofErr w:type="gramEnd"/>
            <w:r w:rsidRPr="00F52534">
              <w:rPr>
                <w:rFonts w:ascii="Arial" w:hAnsi="Arial" w:cs="Arial"/>
                <w:sz w:val="18"/>
                <w:szCs w:val="18"/>
              </w:rPr>
              <w:t xml:space="preserve"> the General Data Protection Regulation</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6F1C68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245ABFC7"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487C03BE" w14:textId="77777777" w:rsidR="0067257C" w:rsidRPr="00F52534" w:rsidRDefault="0067257C" w:rsidP="00F52534">
            <w:pPr>
              <w:spacing w:before="40" w:after="40"/>
              <w:rPr>
                <w:rFonts w:ascii="Arial" w:hAnsi="Arial" w:cs="Arial"/>
                <w:sz w:val="18"/>
                <w:szCs w:val="18"/>
              </w:rPr>
            </w:pPr>
          </w:p>
        </w:tc>
      </w:tr>
      <w:tr w:rsidR="0067257C" w:rsidRPr="00F52534" w14:paraId="0D307897" w14:textId="77777777" w:rsidTr="0067257C">
        <w:tc>
          <w:tcPr>
            <w:tcW w:w="1121" w:type="dxa"/>
            <w:tcBorders>
              <w:top w:val="single" w:sz="4" w:space="0" w:color="7F7F7F" w:themeColor="text1" w:themeTint="80"/>
              <w:bottom w:val="single" w:sz="4" w:space="0" w:color="7F7F7F" w:themeColor="text1" w:themeTint="80"/>
              <w:right w:val="single" w:sz="6" w:space="0" w:color="auto"/>
            </w:tcBorders>
          </w:tcPr>
          <w:p w14:paraId="50F7A930"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E</w:t>
            </w:r>
          </w:p>
        </w:tc>
        <w:tc>
          <w:tcPr>
            <w:tcW w:w="1966"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48227872"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Mapping to ISO/IEC 27018 and ISO/IEC 29151</w:t>
            </w:r>
          </w:p>
        </w:tc>
        <w:tc>
          <w:tcPr>
            <w:tcW w:w="1039"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D73775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E</w:t>
            </w:r>
          </w:p>
        </w:tc>
        <w:tc>
          <w:tcPr>
            <w:tcW w:w="2105"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1B735B5"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Mapping to ISO/IEC 27018 and ISO/IEC 29151</w:t>
            </w:r>
          </w:p>
        </w:tc>
        <w:tc>
          <w:tcPr>
            <w:tcW w:w="1628"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6C940B3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Structural/Minor</w:t>
            </w:r>
          </w:p>
        </w:tc>
        <w:tc>
          <w:tcPr>
            <w:tcW w:w="3522" w:type="dxa"/>
            <w:tcBorders>
              <w:top w:val="single" w:sz="4" w:space="0" w:color="7F7F7F" w:themeColor="text1" w:themeTint="80"/>
              <w:left w:val="single" w:sz="6" w:space="0" w:color="auto"/>
              <w:bottom w:val="single" w:sz="4" w:space="0" w:color="7F7F7F" w:themeColor="text1" w:themeTint="80"/>
              <w:right w:val="single" w:sz="6" w:space="0" w:color="auto"/>
            </w:tcBorders>
          </w:tcPr>
          <w:p w14:paraId="067FFCA1"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7F7F7F" w:themeColor="text1" w:themeTint="80"/>
            </w:tcBorders>
          </w:tcPr>
          <w:p w14:paraId="770B7265" w14:textId="77777777" w:rsidR="0067257C" w:rsidRPr="00F52534" w:rsidRDefault="0067257C" w:rsidP="00F52534">
            <w:pPr>
              <w:spacing w:before="40" w:after="40"/>
              <w:rPr>
                <w:rFonts w:ascii="Arial" w:hAnsi="Arial" w:cs="Arial"/>
                <w:sz w:val="18"/>
                <w:szCs w:val="18"/>
              </w:rPr>
            </w:pPr>
          </w:p>
        </w:tc>
      </w:tr>
      <w:tr w:rsidR="0067257C" w:rsidRPr="00F52534" w14:paraId="0B039EFF" w14:textId="77777777" w:rsidTr="0067257C">
        <w:tc>
          <w:tcPr>
            <w:tcW w:w="1121" w:type="dxa"/>
            <w:tcBorders>
              <w:top w:val="single" w:sz="4" w:space="0" w:color="7F7F7F" w:themeColor="text1" w:themeTint="80"/>
              <w:left w:val="single" w:sz="4" w:space="0" w:color="auto"/>
              <w:bottom w:val="single" w:sz="4" w:space="0" w:color="auto"/>
              <w:right w:val="single" w:sz="6" w:space="0" w:color="auto"/>
            </w:tcBorders>
          </w:tcPr>
          <w:p w14:paraId="178F01EA"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F</w:t>
            </w:r>
          </w:p>
        </w:tc>
        <w:tc>
          <w:tcPr>
            <w:tcW w:w="1966" w:type="dxa"/>
            <w:tcBorders>
              <w:top w:val="single" w:sz="4" w:space="0" w:color="7F7F7F" w:themeColor="text1" w:themeTint="80"/>
              <w:left w:val="single" w:sz="6" w:space="0" w:color="auto"/>
              <w:bottom w:val="single" w:sz="4" w:space="0" w:color="auto"/>
              <w:right w:val="single" w:sz="6" w:space="0" w:color="auto"/>
            </w:tcBorders>
          </w:tcPr>
          <w:p w14:paraId="6449254E"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How to apply ISO/IEC 27701 to ISO/IEC 27001 and ISO/IEC 27002</w:t>
            </w:r>
          </w:p>
        </w:tc>
        <w:tc>
          <w:tcPr>
            <w:tcW w:w="1039" w:type="dxa"/>
            <w:tcBorders>
              <w:top w:val="single" w:sz="4" w:space="0" w:color="7F7F7F" w:themeColor="text1" w:themeTint="80"/>
              <w:left w:val="single" w:sz="6" w:space="0" w:color="auto"/>
              <w:bottom w:val="single" w:sz="4" w:space="0" w:color="auto"/>
              <w:right w:val="single" w:sz="6" w:space="0" w:color="auto"/>
            </w:tcBorders>
          </w:tcPr>
          <w:p w14:paraId="6528FD1F"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Annex F</w:t>
            </w:r>
          </w:p>
        </w:tc>
        <w:tc>
          <w:tcPr>
            <w:tcW w:w="2105" w:type="dxa"/>
            <w:tcBorders>
              <w:top w:val="single" w:sz="4" w:space="0" w:color="7F7F7F" w:themeColor="text1" w:themeTint="80"/>
              <w:left w:val="single" w:sz="6" w:space="0" w:color="auto"/>
              <w:bottom w:val="single" w:sz="4" w:space="0" w:color="auto"/>
              <w:right w:val="single" w:sz="6" w:space="0" w:color="auto"/>
            </w:tcBorders>
          </w:tcPr>
          <w:p w14:paraId="70837BA8"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Correspondence with ISO/IEC 27701:2019</w:t>
            </w:r>
          </w:p>
        </w:tc>
        <w:tc>
          <w:tcPr>
            <w:tcW w:w="1628" w:type="dxa"/>
            <w:tcBorders>
              <w:top w:val="single" w:sz="4" w:space="0" w:color="7F7F7F" w:themeColor="text1" w:themeTint="80"/>
              <w:left w:val="single" w:sz="6" w:space="0" w:color="auto"/>
              <w:bottom w:val="single" w:sz="4" w:space="0" w:color="auto"/>
              <w:right w:val="single" w:sz="6" w:space="0" w:color="auto"/>
            </w:tcBorders>
          </w:tcPr>
          <w:p w14:paraId="7F2BBD5C" w14:textId="77777777" w:rsidR="0067257C" w:rsidRPr="00F52534" w:rsidRDefault="0067257C" w:rsidP="00F52534">
            <w:pPr>
              <w:spacing w:before="40" w:after="40"/>
              <w:rPr>
                <w:rFonts w:ascii="Arial" w:hAnsi="Arial" w:cs="Arial"/>
                <w:sz w:val="18"/>
                <w:szCs w:val="18"/>
              </w:rPr>
            </w:pPr>
            <w:r w:rsidRPr="00F52534">
              <w:rPr>
                <w:rFonts w:ascii="Arial" w:hAnsi="Arial" w:cs="Arial"/>
                <w:sz w:val="18"/>
                <w:szCs w:val="18"/>
              </w:rPr>
              <w:t>New</w:t>
            </w:r>
          </w:p>
        </w:tc>
        <w:tc>
          <w:tcPr>
            <w:tcW w:w="3522" w:type="dxa"/>
            <w:tcBorders>
              <w:top w:val="single" w:sz="4" w:space="0" w:color="7F7F7F" w:themeColor="text1" w:themeTint="80"/>
              <w:left w:val="single" w:sz="6" w:space="0" w:color="auto"/>
              <w:bottom w:val="single" w:sz="4" w:space="0" w:color="auto"/>
              <w:right w:val="single" w:sz="6" w:space="0" w:color="auto"/>
            </w:tcBorders>
          </w:tcPr>
          <w:p w14:paraId="4C0C70D3" w14:textId="77777777" w:rsidR="0067257C" w:rsidRPr="00F52534" w:rsidRDefault="0067257C" w:rsidP="00F52534">
            <w:pPr>
              <w:spacing w:before="40" w:after="40"/>
              <w:rPr>
                <w:rFonts w:ascii="Arial" w:hAnsi="Arial" w:cs="Arial"/>
                <w:sz w:val="18"/>
                <w:szCs w:val="18"/>
              </w:rPr>
            </w:pPr>
          </w:p>
        </w:tc>
        <w:tc>
          <w:tcPr>
            <w:tcW w:w="4007" w:type="dxa"/>
            <w:tcBorders>
              <w:top w:val="single" w:sz="4" w:space="0" w:color="7F7F7F" w:themeColor="text1" w:themeTint="80"/>
              <w:left w:val="single" w:sz="6" w:space="0" w:color="auto"/>
              <w:bottom w:val="single" w:sz="4" w:space="0" w:color="auto"/>
              <w:right w:val="single" w:sz="4" w:space="0" w:color="auto"/>
            </w:tcBorders>
          </w:tcPr>
          <w:p w14:paraId="145138FB" w14:textId="77777777" w:rsidR="0067257C" w:rsidRPr="00F52534" w:rsidRDefault="0067257C" w:rsidP="00F52534">
            <w:pPr>
              <w:spacing w:before="40" w:after="40"/>
              <w:rPr>
                <w:rFonts w:ascii="Arial" w:hAnsi="Arial" w:cs="Arial"/>
                <w:sz w:val="18"/>
                <w:szCs w:val="18"/>
              </w:rPr>
            </w:pPr>
          </w:p>
        </w:tc>
      </w:tr>
    </w:tbl>
    <w:p w14:paraId="02C0ABDE" w14:textId="23997DDA" w:rsidR="00447748" w:rsidRDefault="00791F08">
      <w:pPr>
        <w:widowControl/>
        <w:spacing w:after="200" w:line="276" w:lineRule="auto"/>
      </w:pPr>
      <w:r>
        <w:br w:type="page"/>
      </w:r>
    </w:p>
    <w:p w14:paraId="0BA6E64B" w14:textId="77777777" w:rsidR="00447748" w:rsidRPr="002B15C5" w:rsidRDefault="00447748" w:rsidP="00447748">
      <w:pPr>
        <w:rPr>
          <w:rFonts w:ascii="Arial" w:hAnsi="Arial" w:cs="Arial"/>
          <w:b/>
          <w:sz w:val="22"/>
          <w:szCs w:val="22"/>
        </w:rPr>
      </w:pPr>
      <w:r w:rsidRPr="002B15C5">
        <w:rPr>
          <w:rFonts w:ascii="Arial" w:hAnsi="Arial" w:cs="Arial"/>
          <w:b/>
          <w:sz w:val="22"/>
          <w:szCs w:val="22"/>
        </w:rPr>
        <w:lastRenderedPageBreak/>
        <w:t>Part B - ISO/IEC 27706:2025 Migration Gap Analysis</w:t>
      </w:r>
    </w:p>
    <w:p w14:paraId="082B995B" w14:textId="50413428" w:rsidR="00791F08" w:rsidRPr="00447748" w:rsidRDefault="00447748" w:rsidP="00447748">
      <w:pPr>
        <w:spacing w:after="240"/>
        <w:rPr>
          <w:rFonts w:ascii="Arial" w:hAnsi="Arial" w:cs="Arial"/>
          <w:b/>
          <w:sz w:val="22"/>
          <w:szCs w:val="22"/>
        </w:rPr>
      </w:pPr>
      <w:r w:rsidRPr="002B15C5">
        <w:rPr>
          <w:rFonts w:ascii="Arial" w:hAnsi="Arial" w:cs="Arial"/>
          <w:b/>
          <w:sz w:val="22"/>
          <w:szCs w:val="22"/>
        </w:rPr>
        <w:t>Migration from ISO/IEC TS 27006-2:2021 to ISO/IEC 27706:2025.</w:t>
      </w:r>
    </w:p>
    <w:tbl>
      <w:tblPr>
        <w:tblStyle w:val="TableGrid"/>
        <w:tblW w:w="0" w:type="auto"/>
        <w:tblBorders>
          <w:insideH w:val="single" w:sz="4" w:space="0" w:color="7F7F7F" w:themeColor="text1" w:themeTint="80"/>
          <w:insideV w:val="single" w:sz="6" w:space="0" w:color="auto"/>
        </w:tblBorders>
        <w:tblLook w:val="04A0" w:firstRow="1" w:lastRow="0" w:firstColumn="1" w:lastColumn="0" w:noHBand="0" w:noVBand="1"/>
      </w:tblPr>
      <w:tblGrid>
        <w:gridCol w:w="1120"/>
        <w:gridCol w:w="1953"/>
        <w:gridCol w:w="1339"/>
        <w:gridCol w:w="2084"/>
        <w:gridCol w:w="1528"/>
        <w:gridCol w:w="3444"/>
        <w:gridCol w:w="3920"/>
      </w:tblGrid>
      <w:tr w:rsidR="00447748" w:rsidRPr="00977123" w14:paraId="47D03F85" w14:textId="77777777" w:rsidTr="00944D42">
        <w:trPr>
          <w:tblHeader/>
        </w:trPr>
        <w:tc>
          <w:tcPr>
            <w:tcW w:w="1120" w:type="dxa"/>
            <w:shd w:val="clear" w:color="auto" w:fill="330072"/>
            <w:vAlign w:val="center"/>
          </w:tcPr>
          <w:p w14:paraId="1102488F" w14:textId="1748955F" w:rsidR="00447748" w:rsidRPr="009634A3" w:rsidRDefault="00447748" w:rsidP="00447748">
            <w:pPr>
              <w:spacing w:before="40" w:after="40"/>
              <w:rPr>
                <w:rFonts w:ascii="Arial" w:hAnsi="Arial" w:cs="Arial"/>
                <w:color w:val="FFFFFF" w:themeColor="background1"/>
                <w:sz w:val="20"/>
              </w:rPr>
            </w:pPr>
            <w:r w:rsidRPr="009634A3">
              <w:rPr>
                <w:rFonts w:ascii="Arial" w:hAnsi="Arial" w:cs="Arial"/>
                <w:b/>
                <w:color w:val="FFFFFF" w:themeColor="background1"/>
                <w:sz w:val="20"/>
              </w:rPr>
              <w:t>CLAUSE</w:t>
            </w:r>
          </w:p>
        </w:tc>
        <w:tc>
          <w:tcPr>
            <w:tcW w:w="1953" w:type="dxa"/>
            <w:shd w:val="clear" w:color="auto" w:fill="330072"/>
            <w:vAlign w:val="center"/>
          </w:tcPr>
          <w:p w14:paraId="1FA65CC2" w14:textId="300D32D2" w:rsidR="00447748" w:rsidRPr="009634A3" w:rsidRDefault="009634A3" w:rsidP="00447748">
            <w:pPr>
              <w:spacing w:before="40" w:after="40"/>
              <w:rPr>
                <w:rFonts w:ascii="Arial" w:hAnsi="Arial" w:cs="Arial"/>
                <w:color w:val="FFFFFF" w:themeColor="background1"/>
                <w:sz w:val="20"/>
              </w:rPr>
            </w:pPr>
            <w:r w:rsidRPr="009634A3">
              <w:rPr>
                <w:rFonts w:ascii="Arial" w:hAnsi="Arial" w:cs="Arial"/>
                <w:b/>
                <w:sz w:val="20"/>
              </w:rPr>
              <w:t xml:space="preserve">ISO/IEC TS 27006-2:2021 </w:t>
            </w:r>
          </w:p>
        </w:tc>
        <w:tc>
          <w:tcPr>
            <w:tcW w:w="1339" w:type="dxa"/>
            <w:shd w:val="clear" w:color="auto" w:fill="330072"/>
            <w:vAlign w:val="center"/>
          </w:tcPr>
          <w:p w14:paraId="4C414AE7" w14:textId="2F374533" w:rsidR="00447748" w:rsidRPr="009634A3" w:rsidRDefault="00447748" w:rsidP="00447748">
            <w:pPr>
              <w:spacing w:before="40" w:after="40"/>
              <w:rPr>
                <w:rFonts w:ascii="Arial" w:hAnsi="Arial" w:cs="Arial"/>
                <w:color w:val="FFFFFF" w:themeColor="background1"/>
                <w:sz w:val="20"/>
              </w:rPr>
            </w:pPr>
            <w:r w:rsidRPr="009634A3">
              <w:rPr>
                <w:rFonts w:ascii="Arial" w:hAnsi="Arial" w:cs="Arial"/>
                <w:b/>
                <w:color w:val="FFFFFF" w:themeColor="background1"/>
                <w:sz w:val="20"/>
              </w:rPr>
              <w:t>CLAUSE</w:t>
            </w:r>
          </w:p>
        </w:tc>
        <w:tc>
          <w:tcPr>
            <w:tcW w:w="2084" w:type="dxa"/>
            <w:shd w:val="clear" w:color="auto" w:fill="330072"/>
            <w:vAlign w:val="center"/>
          </w:tcPr>
          <w:p w14:paraId="7FE3643E" w14:textId="6F2BE80F" w:rsidR="00447748" w:rsidRPr="009634A3" w:rsidRDefault="009634A3" w:rsidP="00447748">
            <w:pPr>
              <w:spacing w:before="40" w:after="40"/>
              <w:rPr>
                <w:rFonts w:ascii="Arial" w:hAnsi="Arial" w:cs="Arial"/>
                <w:color w:val="FFFFFF" w:themeColor="background1"/>
                <w:sz w:val="20"/>
              </w:rPr>
            </w:pPr>
            <w:r w:rsidRPr="009634A3">
              <w:rPr>
                <w:rFonts w:ascii="Arial" w:hAnsi="Arial" w:cs="Arial"/>
                <w:b/>
                <w:sz w:val="20"/>
              </w:rPr>
              <w:t>ISO/IEC 27706:2025</w:t>
            </w:r>
          </w:p>
        </w:tc>
        <w:tc>
          <w:tcPr>
            <w:tcW w:w="1528" w:type="dxa"/>
            <w:shd w:val="clear" w:color="auto" w:fill="330072"/>
            <w:vAlign w:val="center"/>
          </w:tcPr>
          <w:p w14:paraId="5189A70B" w14:textId="282D2E5F" w:rsidR="00447748" w:rsidRPr="009634A3" w:rsidRDefault="00447748" w:rsidP="00447748">
            <w:pPr>
              <w:spacing w:before="40" w:after="40"/>
              <w:rPr>
                <w:rFonts w:ascii="Arial" w:hAnsi="Arial" w:cs="Arial"/>
                <w:color w:val="FFFFFF" w:themeColor="background1"/>
                <w:sz w:val="20"/>
              </w:rPr>
            </w:pPr>
            <w:r w:rsidRPr="009634A3">
              <w:rPr>
                <w:rFonts w:ascii="Arial" w:hAnsi="Arial" w:cs="Arial"/>
                <w:b/>
                <w:color w:val="FFFFFF" w:themeColor="background1"/>
                <w:sz w:val="20"/>
              </w:rPr>
              <w:t>EXTENT OF CHANGE</w:t>
            </w:r>
          </w:p>
        </w:tc>
        <w:tc>
          <w:tcPr>
            <w:tcW w:w="3444" w:type="dxa"/>
            <w:shd w:val="clear" w:color="auto" w:fill="330072"/>
            <w:vAlign w:val="center"/>
          </w:tcPr>
          <w:p w14:paraId="28DA290A" w14:textId="30AD357E" w:rsidR="00447748" w:rsidRPr="00447748" w:rsidRDefault="00447748" w:rsidP="00447748">
            <w:pPr>
              <w:spacing w:before="40" w:after="40"/>
              <w:rPr>
                <w:rFonts w:ascii="Arial" w:hAnsi="Arial" w:cs="Arial"/>
                <w:color w:val="FFFFFF" w:themeColor="background1"/>
                <w:sz w:val="20"/>
              </w:rPr>
            </w:pPr>
            <w:r w:rsidRPr="00447748">
              <w:rPr>
                <w:rFonts w:ascii="Arial" w:hAnsi="Arial" w:cs="Arial"/>
                <w:b/>
                <w:color w:val="FFFFFF" w:themeColor="background1"/>
                <w:sz w:val="20"/>
              </w:rPr>
              <w:t>DETAILS OF CHANGES WITHIN YOUR MANAGEMENT SYSTEM WHICH HAVE/WILL BE TAKEN TO ADDRESS CHANGES</w:t>
            </w:r>
          </w:p>
        </w:tc>
        <w:tc>
          <w:tcPr>
            <w:tcW w:w="3920" w:type="dxa"/>
            <w:shd w:val="clear" w:color="auto" w:fill="330072"/>
            <w:vAlign w:val="center"/>
          </w:tcPr>
          <w:p w14:paraId="54652884" w14:textId="4A1A97EB" w:rsidR="00447748" w:rsidRPr="00447748" w:rsidRDefault="00447748" w:rsidP="00447748">
            <w:pPr>
              <w:spacing w:before="40" w:after="40"/>
              <w:rPr>
                <w:rFonts w:ascii="Arial" w:hAnsi="Arial" w:cs="Arial"/>
                <w:color w:val="FFFFFF" w:themeColor="background1"/>
                <w:sz w:val="20"/>
              </w:rPr>
            </w:pPr>
            <w:r w:rsidRPr="00447748">
              <w:rPr>
                <w:rFonts w:ascii="Arial" w:hAnsi="Arial" w:cs="Arial"/>
                <w:b/>
                <w:color w:val="FFFFFF" w:themeColor="background1"/>
                <w:sz w:val="20"/>
              </w:rPr>
              <w:t>UKAS COMMENTS REGARDING INFORMATION SUPPLIED INCLUDING REFERENCE TO ANY IARS RAISED</w:t>
            </w:r>
          </w:p>
        </w:tc>
      </w:tr>
      <w:tr w:rsidR="00447748" w:rsidRPr="00977123" w14:paraId="05474A36" w14:textId="77777777" w:rsidTr="00447748">
        <w:tc>
          <w:tcPr>
            <w:tcW w:w="1120" w:type="dxa"/>
          </w:tcPr>
          <w:p w14:paraId="1AA111A0" w14:textId="77777777" w:rsidR="00447748" w:rsidRPr="00977123" w:rsidRDefault="00447748" w:rsidP="00447748">
            <w:pPr>
              <w:spacing w:before="40" w:after="40"/>
              <w:rPr>
                <w:rFonts w:ascii="Arial" w:hAnsi="Arial" w:cs="Arial"/>
                <w:sz w:val="20"/>
              </w:rPr>
            </w:pPr>
          </w:p>
        </w:tc>
        <w:tc>
          <w:tcPr>
            <w:tcW w:w="1953" w:type="dxa"/>
          </w:tcPr>
          <w:p w14:paraId="302DE1CC" w14:textId="77777777" w:rsidR="00447748" w:rsidRPr="00977123" w:rsidRDefault="00447748" w:rsidP="00447748">
            <w:pPr>
              <w:spacing w:before="40" w:after="40"/>
              <w:rPr>
                <w:rFonts w:ascii="Arial" w:hAnsi="Arial" w:cs="Arial"/>
                <w:sz w:val="20"/>
              </w:rPr>
            </w:pPr>
            <w:r w:rsidRPr="00977123">
              <w:rPr>
                <w:rFonts w:ascii="Arial" w:hAnsi="Arial" w:cs="Arial"/>
                <w:sz w:val="20"/>
              </w:rPr>
              <w:t>Forward</w:t>
            </w:r>
          </w:p>
        </w:tc>
        <w:tc>
          <w:tcPr>
            <w:tcW w:w="1339" w:type="dxa"/>
          </w:tcPr>
          <w:p w14:paraId="6B3C0B33" w14:textId="77777777" w:rsidR="00447748" w:rsidRPr="00977123" w:rsidRDefault="00447748" w:rsidP="00447748">
            <w:pPr>
              <w:spacing w:before="40" w:after="40"/>
              <w:rPr>
                <w:rFonts w:ascii="Arial" w:hAnsi="Arial" w:cs="Arial"/>
                <w:sz w:val="20"/>
              </w:rPr>
            </w:pPr>
          </w:p>
        </w:tc>
        <w:tc>
          <w:tcPr>
            <w:tcW w:w="2084" w:type="dxa"/>
          </w:tcPr>
          <w:p w14:paraId="7986974A" w14:textId="77777777" w:rsidR="00447748" w:rsidRPr="00977123" w:rsidRDefault="00447748" w:rsidP="00447748">
            <w:pPr>
              <w:spacing w:before="40" w:after="40"/>
              <w:rPr>
                <w:rFonts w:ascii="Arial" w:hAnsi="Arial" w:cs="Arial"/>
                <w:sz w:val="20"/>
              </w:rPr>
            </w:pPr>
            <w:r w:rsidRPr="00977123">
              <w:rPr>
                <w:rFonts w:ascii="Arial" w:hAnsi="Arial" w:cs="Arial"/>
                <w:sz w:val="20"/>
              </w:rPr>
              <w:t>Forward</w:t>
            </w:r>
          </w:p>
        </w:tc>
        <w:tc>
          <w:tcPr>
            <w:tcW w:w="1528" w:type="dxa"/>
          </w:tcPr>
          <w:p w14:paraId="3B66E426" w14:textId="77777777" w:rsidR="00447748" w:rsidRPr="00977123" w:rsidRDefault="00447748" w:rsidP="00447748">
            <w:pPr>
              <w:spacing w:before="40" w:after="40"/>
              <w:rPr>
                <w:rFonts w:ascii="Arial" w:hAnsi="Arial" w:cs="Arial"/>
                <w:sz w:val="20"/>
              </w:rPr>
            </w:pPr>
          </w:p>
        </w:tc>
        <w:tc>
          <w:tcPr>
            <w:tcW w:w="3444" w:type="dxa"/>
          </w:tcPr>
          <w:p w14:paraId="754B5FCA" w14:textId="77777777" w:rsidR="00447748" w:rsidRPr="00977123" w:rsidRDefault="00447748" w:rsidP="00447748">
            <w:pPr>
              <w:spacing w:before="40" w:after="40"/>
              <w:rPr>
                <w:rFonts w:ascii="Arial" w:hAnsi="Arial" w:cs="Arial"/>
                <w:sz w:val="20"/>
              </w:rPr>
            </w:pPr>
          </w:p>
        </w:tc>
        <w:tc>
          <w:tcPr>
            <w:tcW w:w="3920" w:type="dxa"/>
          </w:tcPr>
          <w:p w14:paraId="67A6CE5A" w14:textId="77777777" w:rsidR="00447748" w:rsidRPr="00977123" w:rsidRDefault="00447748" w:rsidP="00447748">
            <w:pPr>
              <w:spacing w:before="40" w:after="40"/>
              <w:rPr>
                <w:rFonts w:ascii="Arial" w:hAnsi="Arial" w:cs="Arial"/>
                <w:sz w:val="20"/>
              </w:rPr>
            </w:pPr>
          </w:p>
        </w:tc>
      </w:tr>
      <w:tr w:rsidR="00447748" w:rsidRPr="00977123" w14:paraId="05F340F7" w14:textId="77777777" w:rsidTr="00447748">
        <w:tc>
          <w:tcPr>
            <w:tcW w:w="1120" w:type="dxa"/>
          </w:tcPr>
          <w:p w14:paraId="1AF6A23B" w14:textId="77777777" w:rsidR="00447748" w:rsidRPr="00977123" w:rsidRDefault="00447748" w:rsidP="00447748">
            <w:pPr>
              <w:spacing w:before="40" w:after="40"/>
              <w:rPr>
                <w:rFonts w:ascii="Arial" w:hAnsi="Arial" w:cs="Arial"/>
                <w:sz w:val="20"/>
              </w:rPr>
            </w:pPr>
          </w:p>
        </w:tc>
        <w:tc>
          <w:tcPr>
            <w:tcW w:w="1953" w:type="dxa"/>
          </w:tcPr>
          <w:p w14:paraId="02BA7626" w14:textId="77777777" w:rsidR="00447748" w:rsidRPr="00977123" w:rsidRDefault="00447748" w:rsidP="00447748">
            <w:pPr>
              <w:spacing w:before="40" w:after="40"/>
              <w:rPr>
                <w:rFonts w:ascii="Arial" w:hAnsi="Arial" w:cs="Arial"/>
                <w:sz w:val="20"/>
              </w:rPr>
            </w:pPr>
            <w:r w:rsidRPr="00977123">
              <w:rPr>
                <w:rFonts w:ascii="Arial" w:hAnsi="Arial" w:cs="Arial"/>
                <w:sz w:val="20"/>
              </w:rPr>
              <w:t>Introduction</w:t>
            </w:r>
          </w:p>
        </w:tc>
        <w:tc>
          <w:tcPr>
            <w:tcW w:w="1339" w:type="dxa"/>
          </w:tcPr>
          <w:p w14:paraId="46533292" w14:textId="77777777" w:rsidR="00447748" w:rsidRPr="00977123" w:rsidRDefault="00447748" w:rsidP="00447748">
            <w:pPr>
              <w:spacing w:before="40" w:after="40"/>
              <w:rPr>
                <w:rFonts w:ascii="Arial" w:hAnsi="Arial" w:cs="Arial"/>
                <w:sz w:val="20"/>
              </w:rPr>
            </w:pPr>
          </w:p>
        </w:tc>
        <w:tc>
          <w:tcPr>
            <w:tcW w:w="2084" w:type="dxa"/>
          </w:tcPr>
          <w:p w14:paraId="00C7EFAD" w14:textId="77777777" w:rsidR="00447748" w:rsidRPr="00977123" w:rsidRDefault="00447748" w:rsidP="00447748">
            <w:pPr>
              <w:spacing w:before="40" w:after="40"/>
              <w:rPr>
                <w:rFonts w:ascii="Arial" w:hAnsi="Arial" w:cs="Arial"/>
                <w:sz w:val="20"/>
              </w:rPr>
            </w:pPr>
            <w:r w:rsidRPr="00977123">
              <w:rPr>
                <w:rFonts w:ascii="Arial" w:hAnsi="Arial" w:cs="Arial"/>
                <w:sz w:val="20"/>
              </w:rPr>
              <w:t>Introduction</w:t>
            </w:r>
          </w:p>
        </w:tc>
        <w:tc>
          <w:tcPr>
            <w:tcW w:w="1528" w:type="dxa"/>
          </w:tcPr>
          <w:p w14:paraId="114261CB" w14:textId="77777777" w:rsidR="00447748" w:rsidRPr="00977123" w:rsidRDefault="00447748" w:rsidP="00447748">
            <w:pPr>
              <w:spacing w:before="40" w:after="40"/>
              <w:rPr>
                <w:rFonts w:ascii="Arial" w:hAnsi="Arial" w:cs="Arial"/>
                <w:sz w:val="20"/>
              </w:rPr>
            </w:pPr>
          </w:p>
        </w:tc>
        <w:tc>
          <w:tcPr>
            <w:tcW w:w="3444" w:type="dxa"/>
          </w:tcPr>
          <w:p w14:paraId="3AAE6717" w14:textId="77777777" w:rsidR="00447748" w:rsidRPr="00977123" w:rsidRDefault="00447748" w:rsidP="00447748">
            <w:pPr>
              <w:spacing w:before="40" w:after="40"/>
              <w:rPr>
                <w:rFonts w:ascii="Arial" w:hAnsi="Arial" w:cs="Arial"/>
                <w:sz w:val="20"/>
              </w:rPr>
            </w:pPr>
          </w:p>
        </w:tc>
        <w:tc>
          <w:tcPr>
            <w:tcW w:w="3920" w:type="dxa"/>
          </w:tcPr>
          <w:p w14:paraId="4FB5A121" w14:textId="77777777" w:rsidR="00447748" w:rsidRPr="00977123" w:rsidRDefault="00447748" w:rsidP="00447748">
            <w:pPr>
              <w:spacing w:before="40" w:after="40"/>
              <w:rPr>
                <w:rFonts w:ascii="Arial" w:hAnsi="Arial" w:cs="Arial"/>
                <w:sz w:val="20"/>
              </w:rPr>
            </w:pPr>
          </w:p>
        </w:tc>
      </w:tr>
      <w:tr w:rsidR="00447748" w:rsidRPr="00977123" w14:paraId="711830FA" w14:textId="77777777" w:rsidTr="00447748">
        <w:tc>
          <w:tcPr>
            <w:tcW w:w="1120" w:type="dxa"/>
          </w:tcPr>
          <w:p w14:paraId="600FEC44" w14:textId="77777777" w:rsidR="00447748" w:rsidRPr="00977123" w:rsidRDefault="00447748" w:rsidP="00447748">
            <w:pPr>
              <w:spacing w:before="40" w:after="40"/>
              <w:rPr>
                <w:rFonts w:ascii="Arial" w:hAnsi="Arial" w:cs="Arial"/>
                <w:sz w:val="20"/>
              </w:rPr>
            </w:pPr>
            <w:r w:rsidRPr="00977123">
              <w:rPr>
                <w:rFonts w:ascii="Arial" w:hAnsi="Arial" w:cs="Arial"/>
                <w:sz w:val="20"/>
              </w:rPr>
              <w:t>1.</w:t>
            </w:r>
          </w:p>
        </w:tc>
        <w:tc>
          <w:tcPr>
            <w:tcW w:w="1953" w:type="dxa"/>
          </w:tcPr>
          <w:p w14:paraId="5DE7D0CE" w14:textId="77777777" w:rsidR="00447748" w:rsidRPr="00977123" w:rsidRDefault="00447748" w:rsidP="00447748">
            <w:pPr>
              <w:spacing w:before="40" w:after="40"/>
              <w:rPr>
                <w:rFonts w:ascii="Arial" w:hAnsi="Arial" w:cs="Arial"/>
                <w:sz w:val="20"/>
              </w:rPr>
            </w:pPr>
            <w:r w:rsidRPr="00977123">
              <w:rPr>
                <w:rFonts w:ascii="Arial" w:hAnsi="Arial" w:cs="Arial"/>
                <w:sz w:val="20"/>
              </w:rPr>
              <w:t>Scope</w:t>
            </w:r>
          </w:p>
        </w:tc>
        <w:tc>
          <w:tcPr>
            <w:tcW w:w="1339" w:type="dxa"/>
          </w:tcPr>
          <w:p w14:paraId="21426274" w14:textId="77777777" w:rsidR="00447748" w:rsidRPr="00977123" w:rsidRDefault="00447748" w:rsidP="00447748">
            <w:pPr>
              <w:spacing w:before="40" w:after="40"/>
              <w:rPr>
                <w:rFonts w:ascii="Arial" w:hAnsi="Arial" w:cs="Arial"/>
                <w:sz w:val="20"/>
              </w:rPr>
            </w:pPr>
            <w:r w:rsidRPr="00977123">
              <w:rPr>
                <w:rFonts w:ascii="Arial" w:hAnsi="Arial" w:cs="Arial"/>
                <w:sz w:val="20"/>
              </w:rPr>
              <w:t>1.</w:t>
            </w:r>
          </w:p>
        </w:tc>
        <w:tc>
          <w:tcPr>
            <w:tcW w:w="2084" w:type="dxa"/>
          </w:tcPr>
          <w:p w14:paraId="0AC7BA09" w14:textId="77777777" w:rsidR="00447748" w:rsidRPr="00977123" w:rsidRDefault="00447748" w:rsidP="00447748">
            <w:pPr>
              <w:spacing w:before="40" w:after="40"/>
              <w:rPr>
                <w:rFonts w:ascii="Arial" w:hAnsi="Arial" w:cs="Arial"/>
                <w:sz w:val="20"/>
              </w:rPr>
            </w:pPr>
            <w:r w:rsidRPr="00977123">
              <w:rPr>
                <w:rFonts w:ascii="Arial" w:hAnsi="Arial" w:cs="Arial"/>
                <w:sz w:val="20"/>
              </w:rPr>
              <w:t>Scope</w:t>
            </w:r>
          </w:p>
        </w:tc>
        <w:tc>
          <w:tcPr>
            <w:tcW w:w="1528" w:type="dxa"/>
          </w:tcPr>
          <w:p w14:paraId="2B38A018"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366294BB" w14:textId="77777777" w:rsidR="00447748" w:rsidRPr="00977123" w:rsidRDefault="00447748" w:rsidP="00447748">
            <w:pPr>
              <w:spacing w:before="40" w:after="40"/>
              <w:rPr>
                <w:rFonts w:ascii="Arial" w:hAnsi="Arial" w:cs="Arial"/>
                <w:sz w:val="20"/>
              </w:rPr>
            </w:pPr>
          </w:p>
        </w:tc>
        <w:tc>
          <w:tcPr>
            <w:tcW w:w="3920" w:type="dxa"/>
          </w:tcPr>
          <w:p w14:paraId="7EF0A5DE" w14:textId="77777777" w:rsidR="00447748" w:rsidRPr="00977123" w:rsidRDefault="00447748" w:rsidP="00447748">
            <w:pPr>
              <w:spacing w:before="40" w:after="40"/>
              <w:rPr>
                <w:rFonts w:ascii="Arial" w:hAnsi="Arial" w:cs="Arial"/>
                <w:sz w:val="20"/>
              </w:rPr>
            </w:pPr>
          </w:p>
        </w:tc>
      </w:tr>
      <w:tr w:rsidR="00447748" w:rsidRPr="00977123" w14:paraId="0960E248" w14:textId="77777777" w:rsidTr="00447748">
        <w:tc>
          <w:tcPr>
            <w:tcW w:w="1120" w:type="dxa"/>
          </w:tcPr>
          <w:p w14:paraId="481BE66C" w14:textId="77777777" w:rsidR="00447748" w:rsidRPr="00977123" w:rsidRDefault="00447748" w:rsidP="00447748">
            <w:pPr>
              <w:spacing w:before="40" w:after="40"/>
              <w:rPr>
                <w:rFonts w:ascii="Arial" w:hAnsi="Arial" w:cs="Arial"/>
                <w:sz w:val="20"/>
              </w:rPr>
            </w:pPr>
            <w:r w:rsidRPr="00977123">
              <w:rPr>
                <w:rFonts w:ascii="Arial" w:hAnsi="Arial" w:cs="Arial"/>
                <w:sz w:val="20"/>
              </w:rPr>
              <w:t>2.</w:t>
            </w:r>
          </w:p>
        </w:tc>
        <w:tc>
          <w:tcPr>
            <w:tcW w:w="1953" w:type="dxa"/>
          </w:tcPr>
          <w:p w14:paraId="7163A3F5" w14:textId="77777777" w:rsidR="00447748" w:rsidRPr="00977123" w:rsidRDefault="00447748" w:rsidP="00447748">
            <w:pPr>
              <w:spacing w:before="40" w:after="40"/>
              <w:rPr>
                <w:rFonts w:ascii="Arial" w:hAnsi="Arial" w:cs="Arial"/>
                <w:sz w:val="20"/>
              </w:rPr>
            </w:pPr>
            <w:r w:rsidRPr="00977123">
              <w:rPr>
                <w:rFonts w:ascii="Arial" w:hAnsi="Arial" w:cs="Arial"/>
                <w:sz w:val="20"/>
              </w:rPr>
              <w:t>Normative references</w:t>
            </w:r>
          </w:p>
        </w:tc>
        <w:tc>
          <w:tcPr>
            <w:tcW w:w="1339" w:type="dxa"/>
          </w:tcPr>
          <w:p w14:paraId="1695EF55" w14:textId="77777777" w:rsidR="00447748" w:rsidRPr="00977123" w:rsidRDefault="00447748" w:rsidP="00447748">
            <w:pPr>
              <w:spacing w:before="40" w:after="40"/>
              <w:rPr>
                <w:rFonts w:ascii="Arial" w:hAnsi="Arial" w:cs="Arial"/>
                <w:sz w:val="20"/>
              </w:rPr>
            </w:pPr>
            <w:r w:rsidRPr="00977123">
              <w:rPr>
                <w:rFonts w:ascii="Arial" w:hAnsi="Arial" w:cs="Arial"/>
                <w:sz w:val="20"/>
              </w:rPr>
              <w:t>2.</w:t>
            </w:r>
          </w:p>
        </w:tc>
        <w:tc>
          <w:tcPr>
            <w:tcW w:w="2084" w:type="dxa"/>
          </w:tcPr>
          <w:p w14:paraId="110B5724" w14:textId="77777777" w:rsidR="00447748" w:rsidRPr="00977123" w:rsidRDefault="00447748" w:rsidP="00447748">
            <w:pPr>
              <w:spacing w:before="40" w:after="40"/>
              <w:rPr>
                <w:rFonts w:ascii="Arial" w:hAnsi="Arial" w:cs="Arial"/>
                <w:sz w:val="20"/>
              </w:rPr>
            </w:pPr>
            <w:r w:rsidRPr="00977123">
              <w:rPr>
                <w:rFonts w:ascii="Arial" w:hAnsi="Arial" w:cs="Arial"/>
                <w:sz w:val="20"/>
              </w:rPr>
              <w:t>Normative references</w:t>
            </w:r>
          </w:p>
        </w:tc>
        <w:tc>
          <w:tcPr>
            <w:tcW w:w="1528" w:type="dxa"/>
          </w:tcPr>
          <w:p w14:paraId="7B1AA996"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48E8D175" w14:textId="77777777" w:rsidR="00447748" w:rsidRPr="00977123" w:rsidRDefault="00447748" w:rsidP="00447748">
            <w:pPr>
              <w:spacing w:before="40" w:after="40"/>
              <w:rPr>
                <w:rFonts w:ascii="Arial" w:hAnsi="Arial" w:cs="Arial"/>
                <w:sz w:val="20"/>
              </w:rPr>
            </w:pPr>
          </w:p>
        </w:tc>
        <w:tc>
          <w:tcPr>
            <w:tcW w:w="3920" w:type="dxa"/>
          </w:tcPr>
          <w:p w14:paraId="26B859FC" w14:textId="77777777" w:rsidR="00447748" w:rsidRPr="00977123" w:rsidRDefault="00447748" w:rsidP="00447748">
            <w:pPr>
              <w:spacing w:before="40" w:after="40"/>
              <w:rPr>
                <w:rFonts w:ascii="Arial" w:hAnsi="Arial" w:cs="Arial"/>
                <w:sz w:val="20"/>
              </w:rPr>
            </w:pPr>
          </w:p>
        </w:tc>
      </w:tr>
      <w:tr w:rsidR="00447748" w:rsidRPr="00977123" w14:paraId="728D9585" w14:textId="77777777" w:rsidTr="00447748">
        <w:tc>
          <w:tcPr>
            <w:tcW w:w="1120" w:type="dxa"/>
          </w:tcPr>
          <w:p w14:paraId="64D58D71" w14:textId="77777777" w:rsidR="00447748" w:rsidRPr="00977123" w:rsidRDefault="00447748" w:rsidP="00447748">
            <w:pPr>
              <w:spacing w:before="40" w:after="40"/>
              <w:rPr>
                <w:rFonts w:ascii="Arial" w:hAnsi="Arial" w:cs="Arial"/>
                <w:sz w:val="20"/>
              </w:rPr>
            </w:pPr>
            <w:r w:rsidRPr="00977123">
              <w:rPr>
                <w:rFonts w:ascii="Arial" w:hAnsi="Arial" w:cs="Arial"/>
                <w:sz w:val="20"/>
              </w:rPr>
              <w:t>3.</w:t>
            </w:r>
          </w:p>
        </w:tc>
        <w:tc>
          <w:tcPr>
            <w:tcW w:w="1953" w:type="dxa"/>
          </w:tcPr>
          <w:p w14:paraId="6FA0051C" w14:textId="77777777" w:rsidR="00447748" w:rsidRPr="00977123" w:rsidRDefault="00447748" w:rsidP="00447748">
            <w:pPr>
              <w:spacing w:before="40" w:after="40"/>
              <w:rPr>
                <w:rFonts w:ascii="Arial" w:hAnsi="Arial" w:cs="Arial"/>
                <w:sz w:val="20"/>
              </w:rPr>
            </w:pPr>
            <w:r w:rsidRPr="00977123">
              <w:rPr>
                <w:rFonts w:ascii="Arial" w:hAnsi="Arial" w:cs="Arial"/>
                <w:sz w:val="20"/>
              </w:rPr>
              <w:t>Terms &amp; Definitions</w:t>
            </w:r>
          </w:p>
        </w:tc>
        <w:tc>
          <w:tcPr>
            <w:tcW w:w="1339" w:type="dxa"/>
          </w:tcPr>
          <w:p w14:paraId="68F0F3F0" w14:textId="77777777" w:rsidR="00447748" w:rsidRPr="00977123" w:rsidRDefault="00447748" w:rsidP="00447748">
            <w:pPr>
              <w:spacing w:before="40" w:after="40"/>
              <w:rPr>
                <w:rFonts w:ascii="Arial" w:hAnsi="Arial" w:cs="Arial"/>
                <w:sz w:val="20"/>
              </w:rPr>
            </w:pPr>
            <w:r w:rsidRPr="00977123">
              <w:rPr>
                <w:rFonts w:ascii="Arial" w:hAnsi="Arial" w:cs="Arial"/>
                <w:sz w:val="20"/>
              </w:rPr>
              <w:t>3.</w:t>
            </w:r>
          </w:p>
        </w:tc>
        <w:tc>
          <w:tcPr>
            <w:tcW w:w="2084" w:type="dxa"/>
          </w:tcPr>
          <w:p w14:paraId="7ECB2642" w14:textId="77777777" w:rsidR="00447748" w:rsidRPr="00977123" w:rsidRDefault="00447748" w:rsidP="00447748">
            <w:pPr>
              <w:spacing w:before="40" w:after="40"/>
              <w:rPr>
                <w:rFonts w:ascii="Arial" w:hAnsi="Arial" w:cs="Arial"/>
                <w:sz w:val="20"/>
              </w:rPr>
            </w:pPr>
            <w:r w:rsidRPr="00977123">
              <w:rPr>
                <w:rFonts w:ascii="Arial" w:hAnsi="Arial" w:cs="Arial"/>
                <w:sz w:val="20"/>
              </w:rPr>
              <w:t>Terms &amp; Definitions</w:t>
            </w:r>
          </w:p>
        </w:tc>
        <w:tc>
          <w:tcPr>
            <w:tcW w:w="1528" w:type="dxa"/>
          </w:tcPr>
          <w:p w14:paraId="5287BDA4"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3C832C99" w14:textId="77777777" w:rsidR="00447748" w:rsidRPr="00977123" w:rsidRDefault="00447748" w:rsidP="00447748">
            <w:pPr>
              <w:spacing w:before="40" w:after="40"/>
              <w:rPr>
                <w:rFonts w:ascii="Arial" w:hAnsi="Arial" w:cs="Arial"/>
                <w:sz w:val="20"/>
              </w:rPr>
            </w:pPr>
          </w:p>
        </w:tc>
        <w:tc>
          <w:tcPr>
            <w:tcW w:w="3920" w:type="dxa"/>
          </w:tcPr>
          <w:p w14:paraId="0F52B244" w14:textId="77777777" w:rsidR="00447748" w:rsidRPr="00977123" w:rsidRDefault="00447748" w:rsidP="00447748">
            <w:pPr>
              <w:spacing w:before="40" w:after="40"/>
              <w:rPr>
                <w:rFonts w:ascii="Arial" w:hAnsi="Arial" w:cs="Arial"/>
                <w:sz w:val="20"/>
              </w:rPr>
            </w:pPr>
          </w:p>
        </w:tc>
      </w:tr>
      <w:tr w:rsidR="00447748" w:rsidRPr="00977123" w14:paraId="49D7A647" w14:textId="77777777" w:rsidTr="00447748">
        <w:tc>
          <w:tcPr>
            <w:tcW w:w="1120" w:type="dxa"/>
          </w:tcPr>
          <w:p w14:paraId="3CADFFB6" w14:textId="77777777" w:rsidR="00447748" w:rsidRPr="00977123" w:rsidRDefault="00447748" w:rsidP="00447748">
            <w:pPr>
              <w:spacing w:before="40" w:after="40"/>
              <w:rPr>
                <w:rFonts w:ascii="Arial" w:hAnsi="Arial" w:cs="Arial"/>
                <w:sz w:val="20"/>
              </w:rPr>
            </w:pPr>
            <w:r w:rsidRPr="00977123">
              <w:rPr>
                <w:rFonts w:ascii="Arial" w:hAnsi="Arial" w:cs="Arial"/>
                <w:sz w:val="20"/>
              </w:rPr>
              <w:t>4.</w:t>
            </w:r>
          </w:p>
        </w:tc>
        <w:tc>
          <w:tcPr>
            <w:tcW w:w="1953" w:type="dxa"/>
          </w:tcPr>
          <w:p w14:paraId="7A37AE46" w14:textId="77777777" w:rsidR="00447748" w:rsidRPr="00977123" w:rsidRDefault="00447748" w:rsidP="00447748">
            <w:pPr>
              <w:spacing w:before="40" w:after="40"/>
              <w:rPr>
                <w:rFonts w:ascii="Arial" w:hAnsi="Arial" w:cs="Arial"/>
                <w:sz w:val="20"/>
              </w:rPr>
            </w:pPr>
            <w:r w:rsidRPr="00977123">
              <w:rPr>
                <w:rFonts w:ascii="Arial" w:hAnsi="Arial" w:cs="Arial"/>
                <w:sz w:val="20"/>
              </w:rPr>
              <w:t>Principles</w:t>
            </w:r>
          </w:p>
        </w:tc>
        <w:tc>
          <w:tcPr>
            <w:tcW w:w="1339" w:type="dxa"/>
          </w:tcPr>
          <w:p w14:paraId="4525A65F" w14:textId="77777777" w:rsidR="00447748" w:rsidRPr="00977123" w:rsidRDefault="00447748" w:rsidP="00447748">
            <w:pPr>
              <w:spacing w:before="40" w:after="40"/>
              <w:rPr>
                <w:rFonts w:ascii="Arial" w:hAnsi="Arial" w:cs="Arial"/>
                <w:sz w:val="20"/>
              </w:rPr>
            </w:pPr>
            <w:r w:rsidRPr="00977123">
              <w:rPr>
                <w:rFonts w:ascii="Arial" w:hAnsi="Arial" w:cs="Arial"/>
                <w:sz w:val="20"/>
              </w:rPr>
              <w:t>4.</w:t>
            </w:r>
          </w:p>
        </w:tc>
        <w:tc>
          <w:tcPr>
            <w:tcW w:w="2084" w:type="dxa"/>
          </w:tcPr>
          <w:p w14:paraId="506C5690" w14:textId="77777777" w:rsidR="00447748" w:rsidRPr="00977123" w:rsidRDefault="00447748" w:rsidP="00447748">
            <w:pPr>
              <w:spacing w:before="40" w:after="40"/>
              <w:rPr>
                <w:rFonts w:ascii="Arial" w:hAnsi="Arial" w:cs="Arial"/>
                <w:sz w:val="20"/>
              </w:rPr>
            </w:pPr>
            <w:r w:rsidRPr="00977123">
              <w:rPr>
                <w:rFonts w:ascii="Arial" w:hAnsi="Arial" w:cs="Arial"/>
                <w:sz w:val="20"/>
              </w:rPr>
              <w:t>Principles</w:t>
            </w:r>
          </w:p>
        </w:tc>
        <w:tc>
          <w:tcPr>
            <w:tcW w:w="1528" w:type="dxa"/>
          </w:tcPr>
          <w:p w14:paraId="6741BA2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F8FADA7" w14:textId="77777777" w:rsidR="00447748" w:rsidRPr="00977123" w:rsidRDefault="00447748" w:rsidP="00447748">
            <w:pPr>
              <w:spacing w:before="40" w:after="40"/>
              <w:rPr>
                <w:rFonts w:ascii="Arial" w:hAnsi="Arial" w:cs="Arial"/>
                <w:sz w:val="20"/>
              </w:rPr>
            </w:pPr>
          </w:p>
        </w:tc>
        <w:tc>
          <w:tcPr>
            <w:tcW w:w="3920" w:type="dxa"/>
          </w:tcPr>
          <w:p w14:paraId="2605DC0D" w14:textId="77777777" w:rsidR="00447748" w:rsidRPr="00977123" w:rsidRDefault="00447748" w:rsidP="00447748">
            <w:pPr>
              <w:spacing w:before="40" w:after="40"/>
              <w:rPr>
                <w:rFonts w:ascii="Arial" w:hAnsi="Arial" w:cs="Arial"/>
                <w:sz w:val="20"/>
              </w:rPr>
            </w:pPr>
          </w:p>
        </w:tc>
      </w:tr>
      <w:tr w:rsidR="00447748" w:rsidRPr="00977123" w14:paraId="12FB6ABF" w14:textId="77777777" w:rsidTr="00447748">
        <w:tc>
          <w:tcPr>
            <w:tcW w:w="1120" w:type="dxa"/>
          </w:tcPr>
          <w:p w14:paraId="7112DD8A" w14:textId="77777777" w:rsidR="00447748" w:rsidRPr="00977123" w:rsidRDefault="00447748" w:rsidP="00447748">
            <w:pPr>
              <w:spacing w:before="40" w:after="40"/>
              <w:rPr>
                <w:rFonts w:ascii="Arial" w:hAnsi="Arial" w:cs="Arial"/>
                <w:sz w:val="20"/>
              </w:rPr>
            </w:pPr>
            <w:r w:rsidRPr="00977123">
              <w:rPr>
                <w:rFonts w:ascii="Arial" w:hAnsi="Arial" w:cs="Arial"/>
                <w:sz w:val="20"/>
              </w:rPr>
              <w:t>5.</w:t>
            </w:r>
          </w:p>
        </w:tc>
        <w:tc>
          <w:tcPr>
            <w:tcW w:w="1953" w:type="dxa"/>
          </w:tcPr>
          <w:p w14:paraId="7BC9D89C" w14:textId="77777777" w:rsidR="00447748" w:rsidRPr="00977123" w:rsidRDefault="00447748" w:rsidP="00447748">
            <w:pPr>
              <w:spacing w:before="40" w:after="40"/>
              <w:rPr>
                <w:rFonts w:ascii="Arial" w:hAnsi="Arial" w:cs="Arial"/>
                <w:sz w:val="20"/>
              </w:rPr>
            </w:pPr>
            <w:r w:rsidRPr="00977123">
              <w:rPr>
                <w:rFonts w:ascii="Arial" w:hAnsi="Arial" w:cs="Arial"/>
                <w:sz w:val="20"/>
              </w:rPr>
              <w:t>General requirements</w:t>
            </w:r>
          </w:p>
        </w:tc>
        <w:tc>
          <w:tcPr>
            <w:tcW w:w="1339" w:type="dxa"/>
          </w:tcPr>
          <w:p w14:paraId="0987E504" w14:textId="77777777" w:rsidR="00447748" w:rsidRPr="00977123" w:rsidRDefault="00447748" w:rsidP="00447748">
            <w:pPr>
              <w:spacing w:before="40" w:after="40"/>
              <w:rPr>
                <w:rFonts w:ascii="Arial" w:hAnsi="Arial" w:cs="Arial"/>
                <w:sz w:val="20"/>
              </w:rPr>
            </w:pPr>
            <w:r w:rsidRPr="00977123">
              <w:rPr>
                <w:rFonts w:ascii="Arial" w:hAnsi="Arial" w:cs="Arial"/>
                <w:sz w:val="20"/>
              </w:rPr>
              <w:t>5.</w:t>
            </w:r>
          </w:p>
        </w:tc>
        <w:tc>
          <w:tcPr>
            <w:tcW w:w="2084" w:type="dxa"/>
          </w:tcPr>
          <w:p w14:paraId="3D69862C" w14:textId="77777777" w:rsidR="00447748" w:rsidRPr="00977123" w:rsidRDefault="00447748" w:rsidP="00447748">
            <w:pPr>
              <w:spacing w:before="40" w:after="40"/>
              <w:rPr>
                <w:rFonts w:ascii="Arial" w:hAnsi="Arial" w:cs="Arial"/>
                <w:sz w:val="20"/>
              </w:rPr>
            </w:pPr>
            <w:r w:rsidRPr="00977123">
              <w:rPr>
                <w:rFonts w:ascii="Arial" w:hAnsi="Arial" w:cs="Arial"/>
                <w:sz w:val="20"/>
              </w:rPr>
              <w:t>General requirements</w:t>
            </w:r>
          </w:p>
        </w:tc>
        <w:tc>
          <w:tcPr>
            <w:tcW w:w="1528" w:type="dxa"/>
          </w:tcPr>
          <w:p w14:paraId="144D16E9" w14:textId="77777777" w:rsidR="00447748" w:rsidRPr="00977123" w:rsidRDefault="00447748" w:rsidP="00447748">
            <w:pPr>
              <w:spacing w:before="40" w:after="40"/>
              <w:rPr>
                <w:rFonts w:ascii="Arial" w:hAnsi="Arial" w:cs="Arial"/>
                <w:sz w:val="20"/>
              </w:rPr>
            </w:pPr>
          </w:p>
        </w:tc>
        <w:tc>
          <w:tcPr>
            <w:tcW w:w="3444" w:type="dxa"/>
          </w:tcPr>
          <w:p w14:paraId="6C74A2B6" w14:textId="77777777" w:rsidR="00447748" w:rsidRPr="00977123" w:rsidRDefault="00447748" w:rsidP="00447748">
            <w:pPr>
              <w:spacing w:before="40" w:after="40"/>
              <w:rPr>
                <w:rFonts w:ascii="Arial" w:hAnsi="Arial" w:cs="Arial"/>
                <w:sz w:val="20"/>
              </w:rPr>
            </w:pPr>
          </w:p>
        </w:tc>
        <w:tc>
          <w:tcPr>
            <w:tcW w:w="3920" w:type="dxa"/>
          </w:tcPr>
          <w:p w14:paraId="5193178D" w14:textId="77777777" w:rsidR="00447748" w:rsidRPr="00977123" w:rsidRDefault="00447748" w:rsidP="00447748">
            <w:pPr>
              <w:spacing w:before="40" w:after="40"/>
              <w:rPr>
                <w:rFonts w:ascii="Arial" w:hAnsi="Arial" w:cs="Arial"/>
                <w:sz w:val="20"/>
              </w:rPr>
            </w:pPr>
          </w:p>
        </w:tc>
      </w:tr>
      <w:tr w:rsidR="00447748" w:rsidRPr="00977123" w14:paraId="0E7124B1" w14:textId="77777777" w:rsidTr="00447748">
        <w:tc>
          <w:tcPr>
            <w:tcW w:w="1120" w:type="dxa"/>
          </w:tcPr>
          <w:p w14:paraId="523AD1CA" w14:textId="77777777" w:rsidR="00447748" w:rsidRPr="00977123" w:rsidRDefault="00447748" w:rsidP="00447748">
            <w:pPr>
              <w:spacing w:before="40" w:after="40"/>
              <w:rPr>
                <w:rFonts w:ascii="Arial" w:hAnsi="Arial" w:cs="Arial"/>
                <w:sz w:val="20"/>
              </w:rPr>
            </w:pPr>
            <w:r w:rsidRPr="00977123">
              <w:rPr>
                <w:rFonts w:ascii="Arial" w:hAnsi="Arial" w:cs="Arial"/>
                <w:sz w:val="20"/>
              </w:rPr>
              <w:t>5.1</w:t>
            </w:r>
          </w:p>
        </w:tc>
        <w:tc>
          <w:tcPr>
            <w:tcW w:w="1953" w:type="dxa"/>
          </w:tcPr>
          <w:p w14:paraId="358F1943" w14:textId="77777777" w:rsidR="00447748" w:rsidRPr="00977123" w:rsidRDefault="00447748" w:rsidP="00447748">
            <w:pPr>
              <w:spacing w:before="40" w:after="40"/>
              <w:rPr>
                <w:rFonts w:ascii="Arial" w:hAnsi="Arial" w:cs="Arial"/>
                <w:sz w:val="20"/>
              </w:rPr>
            </w:pPr>
            <w:r w:rsidRPr="00977123">
              <w:rPr>
                <w:rFonts w:ascii="Arial" w:hAnsi="Arial" w:cs="Arial"/>
                <w:sz w:val="20"/>
              </w:rPr>
              <w:t>Legal and contractual matters</w:t>
            </w:r>
          </w:p>
        </w:tc>
        <w:tc>
          <w:tcPr>
            <w:tcW w:w="1339" w:type="dxa"/>
          </w:tcPr>
          <w:p w14:paraId="4DC8E1E0" w14:textId="77777777" w:rsidR="00447748" w:rsidRPr="00977123" w:rsidRDefault="00447748" w:rsidP="00447748">
            <w:pPr>
              <w:spacing w:before="40" w:after="40"/>
              <w:rPr>
                <w:rFonts w:ascii="Arial" w:hAnsi="Arial" w:cs="Arial"/>
                <w:sz w:val="20"/>
              </w:rPr>
            </w:pPr>
            <w:r w:rsidRPr="00977123">
              <w:rPr>
                <w:rFonts w:ascii="Arial" w:hAnsi="Arial" w:cs="Arial"/>
                <w:sz w:val="20"/>
              </w:rPr>
              <w:t>5.1</w:t>
            </w:r>
          </w:p>
        </w:tc>
        <w:tc>
          <w:tcPr>
            <w:tcW w:w="2084" w:type="dxa"/>
          </w:tcPr>
          <w:p w14:paraId="2E8E339B" w14:textId="77777777" w:rsidR="00447748" w:rsidRPr="00977123" w:rsidRDefault="00447748" w:rsidP="00447748">
            <w:pPr>
              <w:spacing w:before="40" w:after="40"/>
              <w:rPr>
                <w:rFonts w:ascii="Arial" w:hAnsi="Arial" w:cs="Arial"/>
                <w:sz w:val="20"/>
              </w:rPr>
            </w:pPr>
            <w:r w:rsidRPr="00977123">
              <w:rPr>
                <w:rFonts w:ascii="Arial" w:hAnsi="Arial" w:cs="Arial"/>
                <w:sz w:val="20"/>
              </w:rPr>
              <w:t>Legal and contractual matters</w:t>
            </w:r>
          </w:p>
        </w:tc>
        <w:tc>
          <w:tcPr>
            <w:tcW w:w="1528" w:type="dxa"/>
          </w:tcPr>
          <w:p w14:paraId="205E83FF"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64FA9A70" w14:textId="77777777" w:rsidR="00447748" w:rsidRPr="00977123" w:rsidRDefault="00447748" w:rsidP="00447748">
            <w:pPr>
              <w:spacing w:before="40" w:after="40"/>
              <w:rPr>
                <w:rFonts w:ascii="Arial" w:hAnsi="Arial" w:cs="Arial"/>
                <w:sz w:val="20"/>
              </w:rPr>
            </w:pPr>
          </w:p>
        </w:tc>
        <w:tc>
          <w:tcPr>
            <w:tcW w:w="3920" w:type="dxa"/>
          </w:tcPr>
          <w:p w14:paraId="7D039B7E" w14:textId="77777777" w:rsidR="00447748" w:rsidRPr="00977123" w:rsidRDefault="00447748" w:rsidP="00447748">
            <w:pPr>
              <w:spacing w:before="40" w:after="40"/>
              <w:rPr>
                <w:rFonts w:ascii="Arial" w:hAnsi="Arial" w:cs="Arial"/>
                <w:sz w:val="20"/>
              </w:rPr>
            </w:pPr>
          </w:p>
        </w:tc>
      </w:tr>
      <w:tr w:rsidR="00447748" w:rsidRPr="00977123" w14:paraId="0103F7BC" w14:textId="77777777" w:rsidTr="00447748">
        <w:tc>
          <w:tcPr>
            <w:tcW w:w="1120" w:type="dxa"/>
          </w:tcPr>
          <w:p w14:paraId="25994DC7" w14:textId="77777777" w:rsidR="00447748" w:rsidRPr="00977123" w:rsidRDefault="00447748" w:rsidP="00447748">
            <w:pPr>
              <w:spacing w:before="40" w:after="40"/>
              <w:rPr>
                <w:rFonts w:ascii="Arial" w:hAnsi="Arial" w:cs="Arial"/>
                <w:sz w:val="20"/>
              </w:rPr>
            </w:pPr>
            <w:r w:rsidRPr="00977123">
              <w:rPr>
                <w:rFonts w:ascii="Arial" w:hAnsi="Arial" w:cs="Arial"/>
                <w:sz w:val="20"/>
              </w:rPr>
              <w:t>5.2</w:t>
            </w:r>
          </w:p>
        </w:tc>
        <w:tc>
          <w:tcPr>
            <w:tcW w:w="1953" w:type="dxa"/>
          </w:tcPr>
          <w:p w14:paraId="05499CF8" w14:textId="77777777" w:rsidR="00447748" w:rsidRPr="00977123" w:rsidRDefault="00447748" w:rsidP="00447748">
            <w:pPr>
              <w:spacing w:before="40" w:after="40"/>
              <w:rPr>
                <w:rFonts w:ascii="Arial" w:hAnsi="Arial" w:cs="Arial"/>
                <w:sz w:val="20"/>
              </w:rPr>
            </w:pPr>
            <w:r w:rsidRPr="00977123">
              <w:rPr>
                <w:rFonts w:ascii="Arial" w:hAnsi="Arial" w:cs="Arial"/>
                <w:sz w:val="20"/>
              </w:rPr>
              <w:t>Management of impartiality</w:t>
            </w:r>
          </w:p>
        </w:tc>
        <w:tc>
          <w:tcPr>
            <w:tcW w:w="1339" w:type="dxa"/>
          </w:tcPr>
          <w:p w14:paraId="7417891E" w14:textId="77777777" w:rsidR="00447748" w:rsidRPr="00977123" w:rsidRDefault="00447748" w:rsidP="00447748">
            <w:pPr>
              <w:spacing w:before="40" w:after="40"/>
              <w:rPr>
                <w:rFonts w:ascii="Arial" w:hAnsi="Arial" w:cs="Arial"/>
                <w:sz w:val="20"/>
              </w:rPr>
            </w:pPr>
            <w:r w:rsidRPr="00977123">
              <w:rPr>
                <w:rFonts w:ascii="Arial" w:hAnsi="Arial" w:cs="Arial"/>
                <w:sz w:val="20"/>
              </w:rPr>
              <w:t>5.2</w:t>
            </w:r>
          </w:p>
        </w:tc>
        <w:tc>
          <w:tcPr>
            <w:tcW w:w="2084" w:type="dxa"/>
          </w:tcPr>
          <w:p w14:paraId="45F4387D" w14:textId="77777777" w:rsidR="00447748" w:rsidRPr="00977123" w:rsidRDefault="00447748" w:rsidP="00447748">
            <w:pPr>
              <w:spacing w:before="40" w:after="40"/>
              <w:rPr>
                <w:rFonts w:ascii="Arial" w:hAnsi="Arial" w:cs="Arial"/>
                <w:sz w:val="20"/>
              </w:rPr>
            </w:pPr>
            <w:r w:rsidRPr="00977123">
              <w:rPr>
                <w:rFonts w:ascii="Arial" w:hAnsi="Arial" w:cs="Arial"/>
                <w:sz w:val="20"/>
              </w:rPr>
              <w:t>Management of impartiality</w:t>
            </w:r>
          </w:p>
        </w:tc>
        <w:tc>
          <w:tcPr>
            <w:tcW w:w="1528" w:type="dxa"/>
          </w:tcPr>
          <w:p w14:paraId="4527DF2A"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25A91A3D" w14:textId="77777777" w:rsidR="00447748" w:rsidRPr="00977123" w:rsidRDefault="00447748" w:rsidP="00447748">
            <w:pPr>
              <w:spacing w:before="40" w:after="40"/>
              <w:rPr>
                <w:rFonts w:ascii="Arial" w:hAnsi="Arial" w:cs="Arial"/>
                <w:sz w:val="20"/>
              </w:rPr>
            </w:pPr>
          </w:p>
        </w:tc>
        <w:tc>
          <w:tcPr>
            <w:tcW w:w="3920" w:type="dxa"/>
          </w:tcPr>
          <w:p w14:paraId="636050AD" w14:textId="77777777" w:rsidR="00447748" w:rsidRPr="00977123" w:rsidRDefault="00447748" w:rsidP="00447748">
            <w:pPr>
              <w:spacing w:before="40" w:after="40"/>
              <w:rPr>
                <w:rFonts w:ascii="Arial" w:hAnsi="Arial" w:cs="Arial"/>
                <w:sz w:val="20"/>
              </w:rPr>
            </w:pPr>
          </w:p>
        </w:tc>
      </w:tr>
      <w:tr w:rsidR="00447748" w:rsidRPr="00977123" w14:paraId="617C1C24" w14:textId="77777777" w:rsidTr="00447748">
        <w:tc>
          <w:tcPr>
            <w:tcW w:w="1120" w:type="dxa"/>
          </w:tcPr>
          <w:p w14:paraId="10439694" w14:textId="77777777" w:rsidR="00447748" w:rsidRPr="00977123" w:rsidRDefault="00447748" w:rsidP="00447748">
            <w:pPr>
              <w:spacing w:before="40" w:after="40"/>
              <w:rPr>
                <w:rFonts w:ascii="Arial" w:hAnsi="Arial" w:cs="Arial"/>
                <w:sz w:val="20"/>
              </w:rPr>
            </w:pPr>
          </w:p>
        </w:tc>
        <w:tc>
          <w:tcPr>
            <w:tcW w:w="1953" w:type="dxa"/>
          </w:tcPr>
          <w:p w14:paraId="0BF476D9" w14:textId="77777777" w:rsidR="00447748" w:rsidRPr="00977123" w:rsidRDefault="00447748" w:rsidP="00447748">
            <w:pPr>
              <w:spacing w:before="40" w:after="40"/>
              <w:rPr>
                <w:rFonts w:ascii="Arial" w:hAnsi="Arial" w:cs="Arial"/>
                <w:sz w:val="20"/>
              </w:rPr>
            </w:pPr>
          </w:p>
        </w:tc>
        <w:tc>
          <w:tcPr>
            <w:tcW w:w="1339" w:type="dxa"/>
          </w:tcPr>
          <w:p w14:paraId="3C8021F6" w14:textId="77777777" w:rsidR="00447748" w:rsidRPr="00977123" w:rsidRDefault="00447748" w:rsidP="00447748">
            <w:pPr>
              <w:spacing w:before="40" w:after="40"/>
              <w:rPr>
                <w:rFonts w:ascii="Arial" w:hAnsi="Arial" w:cs="Arial"/>
                <w:sz w:val="20"/>
              </w:rPr>
            </w:pPr>
            <w:r w:rsidRPr="00977123">
              <w:rPr>
                <w:rFonts w:ascii="Arial" w:hAnsi="Arial" w:cs="Arial"/>
                <w:sz w:val="20"/>
              </w:rPr>
              <w:t>5.2.1</w:t>
            </w:r>
          </w:p>
        </w:tc>
        <w:tc>
          <w:tcPr>
            <w:tcW w:w="2084" w:type="dxa"/>
          </w:tcPr>
          <w:p w14:paraId="1AA3A243" w14:textId="77777777" w:rsidR="00447748" w:rsidRPr="00977123" w:rsidRDefault="00447748" w:rsidP="00447748">
            <w:pPr>
              <w:spacing w:before="40" w:after="40"/>
              <w:rPr>
                <w:rFonts w:ascii="Arial" w:hAnsi="Arial" w:cs="Arial"/>
                <w:sz w:val="20"/>
              </w:rPr>
            </w:pPr>
            <w:r w:rsidRPr="00977123">
              <w:rPr>
                <w:rFonts w:ascii="Arial" w:hAnsi="Arial" w:cs="Arial"/>
                <w:sz w:val="20"/>
              </w:rPr>
              <w:t>General considerations</w:t>
            </w:r>
          </w:p>
        </w:tc>
        <w:tc>
          <w:tcPr>
            <w:tcW w:w="1528" w:type="dxa"/>
          </w:tcPr>
          <w:p w14:paraId="1294B5DD" w14:textId="77777777" w:rsidR="00447748" w:rsidRPr="00977123" w:rsidRDefault="00447748" w:rsidP="00447748">
            <w:pPr>
              <w:spacing w:before="40" w:after="40"/>
              <w:rPr>
                <w:rFonts w:ascii="Arial" w:hAnsi="Arial" w:cs="Arial"/>
                <w:sz w:val="20"/>
              </w:rPr>
            </w:pPr>
            <w:r w:rsidRPr="00977123">
              <w:rPr>
                <w:rFonts w:ascii="Arial" w:hAnsi="Arial" w:cs="Arial"/>
                <w:sz w:val="20"/>
              </w:rPr>
              <w:t>New</w:t>
            </w:r>
          </w:p>
        </w:tc>
        <w:tc>
          <w:tcPr>
            <w:tcW w:w="3444" w:type="dxa"/>
          </w:tcPr>
          <w:p w14:paraId="6E11AABC" w14:textId="77777777" w:rsidR="00447748" w:rsidRPr="00977123" w:rsidRDefault="00447748" w:rsidP="00447748">
            <w:pPr>
              <w:spacing w:before="40" w:after="40"/>
              <w:rPr>
                <w:rFonts w:ascii="Arial" w:hAnsi="Arial" w:cs="Arial"/>
                <w:sz w:val="20"/>
              </w:rPr>
            </w:pPr>
          </w:p>
        </w:tc>
        <w:tc>
          <w:tcPr>
            <w:tcW w:w="3920" w:type="dxa"/>
          </w:tcPr>
          <w:p w14:paraId="36CFEB21" w14:textId="77777777" w:rsidR="00447748" w:rsidRPr="00977123" w:rsidRDefault="00447748" w:rsidP="00447748">
            <w:pPr>
              <w:spacing w:before="40" w:after="40"/>
              <w:rPr>
                <w:rFonts w:ascii="Arial" w:hAnsi="Arial" w:cs="Arial"/>
                <w:sz w:val="20"/>
              </w:rPr>
            </w:pPr>
          </w:p>
        </w:tc>
      </w:tr>
      <w:tr w:rsidR="00447748" w:rsidRPr="00977123" w14:paraId="323EE649" w14:textId="77777777" w:rsidTr="00447748">
        <w:tc>
          <w:tcPr>
            <w:tcW w:w="1120" w:type="dxa"/>
          </w:tcPr>
          <w:p w14:paraId="71507208" w14:textId="77777777" w:rsidR="00447748" w:rsidRPr="00977123" w:rsidRDefault="00447748" w:rsidP="00447748">
            <w:pPr>
              <w:spacing w:before="40" w:after="40"/>
              <w:rPr>
                <w:rFonts w:ascii="Arial" w:hAnsi="Arial" w:cs="Arial"/>
                <w:sz w:val="20"/>
              </w:rPr>
            </w:pPr>
          </w:p>
        </w:tc>
        <w:tc>
          <w:tcPr>
            <w:tcW w:w="1953" w:type="dxa"/>
          </w:tcPr>
          <w:p w14:paraId="36339EC2" w14:textId="77777777" w:rsidR="00447748" w:rsidRPr="00977123" w:rsidRDefault="00447748" w:rsidP="00447748">
            <w:pPr>
              <w:spacing w:before="40" w:after="40"/>
              <w:rPr>
                <w:rFonts w:ascii="Arial" w:hAnsi="Arial" w:cs="Arial"/>
                <w:sz w:val="20"/>
              </w:rPr>
            </w:pPr>
          </w:p>
        </w:tc>
        <w:tc>
          <w:tcPr>
            <w:tcW w:w="1339" w:type="dxa"/>
          </w:tcPr>
          <w:p w14:paraId="755E4A12" w14:textId="77777777" w:rsidR="00447748" w:rsidRPr="00977123" w:rsidRDefault="00447748" w:rsidP="00447748">
            <w:pPr>
              <w:spacing w:before="40" w:after="40"/>
              <w:rPr>
                <w:rFonts w:ascii="Arial" w:hAnsi="Arial" w:cs="Arial"/>
                <w:sz w:val="20"/>
              </w:rPr>
            </w:pPr>
            <w:r w:rsidRPr="00977123">
              <w:rPr>
                <w:rFonts w:ascii="Arial" w:hAnsi="Arial" w:cs="Arial"/>
                <w:sz w:val="20"/>
              </w:rPr>
              <w:t>5.2.2</w:t>
            </w:r>
          </w:p>
        </w:tc>
        <w:tc>
          <w:tcPr>
            <w:tcW w:w="2084" w:type="dxa"/>
          </w:tcPr>
          <w:p w14:paraId="3D4C8D53" w14:textId="77777777" w:rsidR="00447748" w:rsidRPr="00977123" w:rsidRDefault="00447748" w:rsidP="00447748">
            <w:pPr>
              <w:spacing w:before="40" w:after="40"/>
              <w:rPr>
                <w:rFonts w:ascii="Arial" w:hAnsi="Arial" w:cs="Arial"/>
                <w:sz w:val="20"/>
              </w:rPr>
            </w:pPr>
            <w:r w:rsidRPr="00977123">
              <w:rPr>
                <w:rFonts w:ascii="Arial" w:hAnsi="Arial" w:cs="Arial"/>
                <w:sz w:val="20"/>
              </w:rPr>
              <w:t>Conflict of interest</w:t>
            </w:r>
          </w:p>
        </w:tc>
        <w:tc>
          <w:tcPr>
            <w:tcW w:w="1528" w:type="dxa"/>
          </w:tcPr>
          <w:p w14:paraId="3CD67B80"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B4CA8E2" w14:textId="77777777" w:rsidR="00447748" w:rsidRPr="00977123" w:rsidRDefault="00447748" w:rsidP="00447748">
            <w:pPr>
              <w:spacing w:before="40" w:after="40"/>
              <w:rPr>
                <w:rFonts w:ascii="Arial" w:hAnsi="Arial" w:cs="Arial"/>
                <w:sz w:val="20"/>
              </w:rPr>
            </w:pPr>
          </w:p>
        </w:tc>
        <w:tc>
          <w:tcPr>
            <w:tcW w:w="3920" w:type="dxa"/>
          </w:tcPr>
          <w:p w14:paraId="16F78F3D" w14:textId="77777777" w:rsidR="00447748" w:rsidRPr="00977123" w:rsidRDefault="00447748" w:rsidP="00447748">
            <w:pPr>
              <w:spacing w:before="40" w:after="40"/>
              <w:rPr>
                <w:rFonts w:ascii="Arial" w:hAnsi="Arial" w:cs="Arial"/>
                <w:sz w:val="20"/>
              </w:rPr>
            </w:pPr>
          </w:p>
        </w:tc>
      </w:tr>
      <w:tr w:rsidR="00447748" w:rsidRPr="00977123" w14:paraId="56B7AF93" w14:textId="77777777" w:rsidTr="00447748">
        <w:tc>
          <w:tcPr>
            <w:tcW w:w="1120" w:type="dxa"/>
          </w:tcPr>
          <w:p w14:paraId="3215512B" w14:textId="77777777" w:rsidR="00447748" w:rsidRPr="00977123" w:rsidRDefault="00447748" w:rsidP="00447748">
            <w:pPr>
              <w:spacing w:before="40" w:after="40"/>
              <w:rPr>
                <w:rFonts w:ascii="Arial" w:hAnsi="Arial" w:cs="Arial"/>
                <w:sz w:val="20"/>
              </w:rPr>
            </w:pPr>
            <w:r w:rsidRPr="00977123">
              <w:rPr>
                <w:rFonts w:ascii="Arial" w:hAnsi="Arial" w:cs="Arial"/>
                <w:sz w:val="20"/>
              </w:rPr>
              <w:t>5.3</w:t>
            </w:r>
          </w:p>
        </w:tc>
        <w:tc>
          <w:tcPr>
            <w:tcW w:w="1953" w:type="dxa"/>
          </w:tcPr>
          <w:p w14:paraId="76D79F82" w14:textId="77777777" w:rsidR="00447748" w:rsidRPr="00977123" w:rsidRDefault="00447748" w:rsidP="00447748">
            <w:pPr>
              <w:spacing w:before="40" w:after="40"/>
              <w:rPr>
                <w:rFonts w:ascii="Arial" w:hAnsi="Arial" w:cs="Arial"/>
                <w:sz w:val="20"/>
              </w:rPr>
            </w:pPr>
            <w:r w:rsidRPr="00977123">
              <w:rPr>
                <w:rFonts w:ascii="Arial" w:hAnsi="Arial" w:cs="Arial"/>
                <w:sz w:val="20"/>
              </w:rPr>
              <w:t>Liability and financing</w:t>
            </w:r>
          </w:p>
        </w:tc>
        <w:tc>
          <w:tcPr>
            <w:tcW w:w="1339" w:type="dxa"/>
          </w:tcPr>
          <w:p w14:paraId="490F239B" w14:textId="77777777" w:rsidR="00447748" w:rsidRPr="00977123" w:rsidRDefault="00447748" w:rsidP="00447748">
            <w:pPr>
              <w:spacing w:before="40" w:after="40"/>
              <w:rPr>
                <w:rFonts w:ascii="Arial" w:hAnsi="Arial" w:cs="Arial"/>
                <w:sz w:val="20"/>
              </w:rPr>
            </w:pPr>
            <w:r w:rsidRPr="00977123">
              <w:rPr>
                <w:rFonts w:ascii="Arial" w:hAnsi="Arial" w:cs="Arial"/>
                <w:sz w:val="20"/>
              </w:rPr>
              <w:t>5.3</w:t>
            </w:r>
          </w:p>
        </w:tc>
        <w:tc>
          <w:tcPr>
            <w:tcW w:w="2084" w:type="dxa"/>
          </w:tcPr>
          <w:p w14:paraId="64D5C201" w14:textId="77777777" w:rsidR="00447748" w:rsidRPr="00977123" w:rsidRDefault="00447748" w:rsidP="00447748">
            <w:pPr>
              <w:spacing w:before="40" w:after="40"/>
              <w:rPr>
                <w:rFonts w:ascii="Arial" w:hAnsi="Arial" w:cs="Arial"/>
                <w:sz w:val="20"/>
              </w:rPr>
            </w:pPr>
            <w:r w:rsidRPr="00977123">
              <w:rPr>
                <w:rFonts w:ascii="Arial" w:hAnsi="Arial" w:cs="Arial"/>
                <w:sz w:val="20"/>
              </w:rPr>
              <w:t>Liability and financing</w:t>
            </w:r>
          </w:p>
        </w:tc>
        <w:tc>
          <w:tcPr>
            <w:tcW w:w="1528" w:type="dxa"/>
          </w:tcPr>
          <w:p w14:paraId="77809240"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A77A50D" w14:textId="77777777" w:rsidR="00447748" w:rsidRPr="00977123" w:rsidRDefault="00447748" w:rsidP="00447748">
            <w:pPr>
              <w:spacing w:before="40" w:after="40"/>
              <w:rPr>
                <w:rFonts w:ascii="Arial" w:hAnsi="Arial" w:cs="Arial"/>
                <w:sz w:val="20"/>
              </w:rPr>
            </w:pPr>
          </w:p>
        </w:tc>
        <w:tc>
          <w:tcPr>
            <w:tcW w:w="3920" w:type="dxa"/>
          </w:tcPr>
          <w:p w14:paraId="7B03AAAD" w14:textId="77777777" w:rsidR="00447748" w:rsidRPr="00977123" w:rsidRDefault="00447748" w:rsidP="00447748">
            <w:pPr>
              <w:spacing w:before="40" w:after="40"/>
              <w:rPr>
                <w:rFonts w:ascii="Arial" w:hAnsi="Arial" w:cs="Arial"/>
                <w:sz w:val="20"/>
              </w:rPr>
            </w:pPr>
          </w:p>
        </w:tc>
      </w:tr>
      <w:tr w:rsidR="00447748" w:rsidRPr="00977123" w14:paraId="22717609" w14:textId="77777777" w:rsidTr="00447748">
        <w:tc>
          <w:tcPr>
            <w:tcW w:w="1120" w:type="dxa"/>
          </w:tcPr>
          <w:p w14:paraId="5FD776A3" w14:textId="77777777" w:rsidR="00447748" w:rsidRPr="00977123" w:rsidRDefault="00447748" w:rsidP="00447748">
            <w:pPr>
              <w:spacing w:before="40" w:after="40"/>
              <w:rPr>
                <w:rFonts w:ascii="Arial" w:hAnsi="Arial" w:cs="Arial"/>
                <w:sz w:val="20"/>
              </w:rPr>
            </w:pPr>
            <w:r w:rsidRPr="00977123">
              <w:rPr>
                <w:rFonts w:ascii="Arial" w:hAnsi="Arial" w:cs="Arial"/>
                <w:sz w:val="20"/>
              </w:rPr>
              <w:t>6.</w:t>
            </w:r>
          </w:p>
        </w:tc>
        <w:tc>
          <w:tcPr>
            <w:tcW w:w="1953" w:type="dxa"/>
          </w:tcPr>
          <w:p w14:paraId="67EF3C0E"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1339" w:type="dxa"/>
          </w:tcPr>
          <w:p w14:paraId="5FDFD40E" w14:textId="77777777" w:rsidR="00447748" w:rsidRPr="00977123" w:rsidRDefault="00447748" w:rsidP="00447748">
            <w:pPr>
              <w:spacing w:before="40" w:after="40"/>
              <w:rPr>
                <w:rFonts w:ascii="Arial" w:hAnsi="Arial" w:cs="Arial"/>
                <w:sz w:val="20"/>
              </w:rPr>
            </w:pPr>
            <w:r w:rsidRPr="00977123">
              <w:rPr>
                <w:rFonts w:ascii="Arial" w:hAnsi="Arial" w:cs="Arial"/>
                <w:sz w:val="20"/>
              </w:rPr>
              <w:t>6.</w:t>
            </w:r>
          </w:p>
        </w:tc>
        <w:tc>
          <w:tcPr>
            <w:tcW w:w="2084" w:type="dxa"/>
          </w:tcPr>
          <w:p w14:paraId="28D6F74D"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1528" w:type="dxa"/>
          </w:tcPr>
          <w:p w14:paraId="59DA131F"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E1C7769" w14:textId="77777777" w:rsidR="00447748" w:rsidRPr="00977123" w:rsidRDefault="00447748" w:rsidP="00447748">
            <w:pPr>
              <w:spacing w:before="40" w:after="40"/>
              <w:rPr>
                <w:rFonts w:ascii="Arial" w:hAnsi="Arial" w:cs="Arial"/>
                <w:sz w:val="20"/>
              </w:rPr>
            </w:pPr>
          </w:p>
        </w:tc>
        <w:tc>
          <w:tcPr>
            <w:tcW w:w="3920" w:type="dxa"/>
          </w:tcPr>
          <w:p w14:paraId="451DC73E" w14:textId="77777777" w:rsidR="00447748" w:rsidRPr="00977123" w:rsidRDefault="00447748" w:rsidP="00447748">
            <w:pPr>
              <w:spacing w:before="40" w:after="40"/>
              <w:rPr>
                <w:rFonts w:ascii="Arial" w:hAnsi="Arial" w:cs="Arial"/>
                <w:sz w:val="20"/>
              </w:rPr>
            </w:pPr>
          </w:p>
        </w:tc>
      </w:tr>
      <w:tr w:rsidR="00447748" w:rsidRPr="00977123" w14:paraId="5AD0C86F" w14:textId="77777777" w:rsidTr="00447748">
        <w:tc>
          <w:tcPr>
            <w:tcW w:w="1120" w:type="dxa"/>
          </w:tcPr>
          <w:p w14:paraId="75C9E8F2" w14:textId="77777777" w:rsidR="00447748" w:rsidRPr="00977123" w:rsidRDefault="00447748" w:rsidP="00447748">
            <w:pPr>
              <w:spacing w:before="40" w:after="40"/>
              <w:rPr>
                <w:rFonts w:ascii="Arial" w:hAnsi="Arial" w:cs="Arial"/>
                <w:sz w:val="20"/>
              </w:rPr>
            </w:pPr>
            <w:r w:rsidRPr="00977123">
              <w:rPr>
                <w:rFonts w:ascii="Arial" w:hAnsi="Arial" w:cs="Arial"/>
                <w:sz w:val="20"/>
              </w:rPr>
              <w:t>7.</w:t>
            </w:r>
          </w:p>
        </w:tc>
        <w:tc>
          <w:tcPr>
            <w:tcW w:w="1953" w:type="dxa"/>
          </w:tcPr>
          <w:p w14:paraId="5DFA7629" w14:textId="77777777" w:rsidR="00447748" w:rsidRPr="00977123" w:rsidRDefault="00447748" w:rsidP="00447748">
            <w:pPr>
              <w:spacing w:before="40" w:after="40"/>
              <w:rPr>
                <w:rFonts w:ascii="Arial" w:hAnsi="Arial" w:cs="Arial"/>
                <w:sz w:val="20"/>
              </w:rPr>
            </w:pPr>
            <w:r w:rsidRPr="00977123">
              <w:rPr>
                <w:rFonts w:ascii="Arial" w:hAnsi="Arial" w:cs="Arial"/>
                <w:sz w:val="20"/>
              </w:rPr>
              <w:t>Resource requirements</w:t>
            </w:r>
          </w:p>
        </w:tc>
        <w:tc>
          <w:tcPr>
            <w:tcW w:w="1339" w:type="dxa"/>
          </w:tcPr>
          <w:p w14:paraId="6C93F29C" w14:textId="77777777" w:rsidR="00447748" w:rsidRPr="00977123" w:rsidRDefault="00447748" w:rsidP="00447748">
            <w:pPr>
              <w:spacing w:before="40" w:after="40"/>
              <w:rPr>
                <w:rFonts w:ascii="Arial" w:hAnsi="Arial" w:cs="Arial"/>
                <w:sz w:val="20"/>
              </w:rPr>
            </w:pPr>
            <w:r w:rsidRPr="00977123">
              <w:rPr>
                <w:rFonts w:ascii="Arial" w:hAnsi="Arial" w:cs="Arial"/>
                <w:sz w:val="20"/>
              </w:rPr>
              <w:t>7.</w:t>
            </w:r>
          </w:p>
        </w:tc>
        <w:tc>
          <w:tcPr>
            <w:tcW w:w="2084" w:type="dxa"/>
          </w:tcPr>
          <w:p w14:paraId="02CF4436" w14:textId="77777777" w:rsidR="00447748" w:rsidRPr="00977123" w:rsidRDefault="00447748" w:rsidP="00447748">
            <w:pPr>
              <w:spacing w:before="40" w:after="40"/>
              <w:rPr>
                <w:rFonts w:ascii="Arial" w:hAnsi="Arial" w:cs="Arial"/>
                <w:sz w:val="20"/>
              </w:rPr>
            </w:pPr>
            <w:r w:rsidRPr="00977123">
              <w:rPr>
                <w:rFonts w:ascii="Arial" w:hAnsi="Arial" w:cs="Arial"/>
                <w:sz w:val="20"/>
              </w:rPr>
              <w:t>Resource requirements</w:t>
            </w:r>
          </w:p>
        </w:tc>
        <w:tc>
          <w:tcPr>
            <w:tcW w:w="1528" w:type="dxa"/>
          </w:tcPr>
          <w:p w14:paraId="647870B4" w14:textId="77777777" w:rsidR="00447748" w:rsidRPr="00977123" w:rsidRDefault="00447748" w:rsidP="00447748">
            <w:pPr>
              <w:spacing w:before="40" w:after="40"/>
              <w:rPr>
                <w:rFonts w:ascii="Arial" w:hAnsi="Arial" w:cs="Arial"/>
                <w:sz w:val="20"/>
              </w:rPr>
            </w:pPr>
          </w:p>
        </w:tc>
        <w:tc>
          <w:tcPr>
            <w:tcW w:w="3444" w:type="dxa"/>
          </w:tcPr>
          <w:p w14:paraId="7B88A638" w14:textId="77777777" w:rsidR="00447748" w:rsidRPr="00977123" w:rsidRDefault="00447748" w:rsidP="00447748">
            <w:pPr>
              <w:spacing w:before="40" w:after="40"/>
              <w:rPr>
                <w:rFonts w:ascii="Arial" w:hAnsi="Arial" w:cs="Arial"/>
                <w:sz w:val="20"/>
              </w:rPr>
            </w:pPr>
          </w:p>
        </w:tc>
        <w:tc>
          <w:tcPr>
            <w:tcW w:w="3920" w:type="dxa"/>
          </w:tcPr>
          <w:p w14:paraId="445DBAB7" w14:textId="77777777" w:rsidR="00447748" w:rsidRPr="00977123" w:rsidRDefault="00447748" w:rsidP="00447748">
            <w:pPr>
              <w:spacing w:before="40" w:after="40"/>
              <w:rPr>
                <w:rFonts w:ascii="Arial" w:hAnsi="Arial" w:cs="Arial"/>
                <w:sz w:val="20"/>
              </w:rPr>
            </w:pPr>
          </w:p>
        </w:tc>
      </w:tr>
      <w:tr w:rsidR="00447748" w:rsidRPr="00977123" w14:paraId="30B7D9CA" w14:textId="77777777" w:rsidTr="00447748">
        <w:tc>
          <w:tcPr>
            <w:tcW w:w="1120" w:type="dxa"/>
          </w:tcPr>
          <w:p w14:paraId="16A62EE1" w14:textId="77777777" w:rsidR="00447748" w:rsidRPr="00977123" w:rsidRDefault="00447748" w:rsidP="00447748">
            <w:pPr>
              <w:spacing w:before="40" w:after="40"/>
              <w:rPr>
                <w:rFonts w:ascii="Arial" w:hAnsi="Arial" w:cs="Arial"/>
                <w:sz w:val="20"/>
              </w:rPr>
            </w:pPr>
            <w:r w:rsidRPr="00977123">
              <w:rPr>
                <w:rFonts w:ascii="Arial" w:hAnsi="Arial" w:cs="Arial"/>
                <w:sz w:val="20"/>
              </w:rPr>
              <w:t>7.1</w:t>
            </w:r>
          </w:p>
        </w:tc>
        <w:tc>
          <w:tcPr>
            <w:tcW w:w="1953" w:type="dxa"/>
          </w:tcPr>
          <w:p w14:paraId="00613E71" w14:textId="77777777" w:rsidR="00447748" w:rsidRPr="00977123" w:rsidRDefault="00447748" w:rsidP="00447748">
            <w:pPr>
              <w:spacing w:before="40" w:after="40"/>
              <w:rPr>
                <w:rFonts w:ascii="Arial" w:hAnsi="Arial" w:cs="Arial"/>
                <w:sz w:val="20"/>
              </w:rPr>
            </w:pPr>
            <w:r w:rsidRPr="00977123">
              <w:rPr>
                <w:rFonts w:ascii="Arial" w:hAnsi="Arial" w:cs="Arial"/>
                <w:sz w:val="20"/>
              </w:rPr>
              <w:t>Competence of personnel</w:t>
            </w:r>
          </w:p>
        </w:tc>
        <w:tc>
          <w:tcPr>
            <w:tcW w:w="1339" w:type="dxa"/>
          </w:tcPr>
          <w:p w14:paraId="2DA51A37" w14:textId="77777777" w:rsidR="00447748" w:rsidRPr="00977123" w:rsidRDefault="00447748" w:rsidP="00447748">
            <w:pPr>
              <w:spacing w:before="40" w:after="40"/>
              <w:rPr>
                <w:rFonts w:ascii="Arial" w:hAnsi="Arial" w:cs="Arial"/>
                <w:sz w:val="20"/>
              </w:rPr>
            </w:pPr>
            <w:r w:rsidRPr="00977123">
              <w:rPr>
                <w:rFonts w:ascii="Arial" w:hAnsi="Arial" w:cs="Arial"/>
                <w:sz w:val="20"/>
              </w:rPr>
              <w:t>7.1</w:t>
            </w:r>
          </w:p>
        </w:tc>
        <w:tc>
          <w:tcPr>
            <w:tcW w:w="2084" w:type="dxa"/>
          </w:tcPr>
          <w:p w14:paraId="31EB8D6B" w14:textId="77777777" w:rsidR="00447748" w:rsidRPr="00977123" w:rsidRDefault="00447748" w:rsidP="00447748">
            <w:pPr>
              <w:spacing w:before="40" w:after="40"/>
              <w:rPr>
                <w:rFonts w:ascii="Arial" w:hAnsi="Arial" w:cs="Arial"/>
                <w:sz w:val="20"/>
              </w:rPr>
            </w:pPr>
            <w:r w:rsidRPr="00977123">
              <w:rPr>
                <w:rFonts w:ascii="Arial" w:hAnsi="Arial" w:cs="Arial"/>
                <w:sz w:val="20"/>
              </w:rPr>
              <w:t>Competence of personnel</w:t>
            </w:r>
          </w:p>
        </w:tc>
        <w:tc>
          <w:tcPr>
            <w:tcW w:w="1528" w:type="dxa"/>
          </w:tcPr>
          <w:p w14:paraId="349D1724"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98D8EAE" w14:textId="77777777" w:rsidR="00447748" w:rsidRPr="00977123" w:rsidRDefault="00447748" w:rsidP="00447748">
            <w:pPr>
              <w:spacing w:before="40" w:after="40"/>
              <w:rPr>
                <w:rFonts w:ascii="Arial" w:hAnsi="Arial" w:cs="Arial"/>
                <w:sz w:val="20"/>
              </w:rPr>
            </w:pPr>
          </w:p>
        </w:tc>
        <w:tc>
          <w:tcPr>
            <w:tcW w:w="3920" w:type="dxa"/>
          </w:tcPr>
          <w:p w14:paraId="16A77172" w14:textId="77777777" w:rsidR="00447748" w:rsidRPr="00977123" w:rsidRDefault="00447748" w:rsidP="00447748">
            <w:pPr>
              <w:spacing w:before="40" w:after="40"/>
              <w:rPr>
                <w:rFonts w:ascii="Arial" w:hAnsi="Arial" w:cs="Arial"/>
                <w:sz w:val="20"/>
              </w:rPr>
            </w:pPr>
          </w:p>
        </w:tc>
      </w:tr>
      <w:tr w:rsidR="00447748" w:rsidRPr="00977123" w14:paraId="1946362D" w14:textId="77777777" w:rsidTr="00447748">
        <w:tc>
          <w:tcPr>
            <w:tcW w:w="1120" w:type="dxa"/>
          </w:tcPr>
          <w:p w14:paraId="182AD6C7" w14:textId="77777777" w:rsidR="00447748" w:rsidRPr="00977123" w:rsidRDefault="00447748" w:rsidP="00447748">
            <w:pPr>
              <w:spacing w:before="40" w:after="40"/>
              <w:rPr>
                <w:rFonts w:ascii="Arial" w:hAnsi="Arial" w:cs="Arial"/>
                <w:sz w:val="20"/>
              </w:rPr>
            </w:pPr>
            <w:r w:rsidRPr="00977123">
              <w:rPr>
                <w:rFonts w:ascii="Arial" w:hAnsi="Arial" w:cs="Arial"/>
                <w:sz w:val="20"/>
              </w:rPr>
              <w:t>7.1.1</w:t>
            </w:r>
          </w:p>
        </w:tc>
        <w:tc>
          <w:tcPr>
            <w:tcW w:w="1953" w:type="dxa"/>
          </w:tcPr>
          <w:p w14:paraId="3E7E5334" w14:textId="77777777" w:rsidR="00447748" w:rsidRPr="00977123" w:rsidRDefault="00447748" w:rsidP="00447748">
            <w:pPr>
              <w:spacing w:before="40" w:after="40"/>
              <w:rPr>
                <w:rFonts w:ascii="Arial" w:hAnsi="Arial" w:cs="Arial"/>
                <w:sz w:val="20"/>
              </w:rPr>
            </w:pPr>
            <w:r w:rsidRPr="00977123">
              <w:rPr>
                <w:rFonts w:ascii="Arial" w:hAnsi="Arial" w:cs="Arial"/>
                <w:sz w:val="20"/>
              </w:rPr>
              <w:t>General considerations</w:t>
            </w:r>
          </w:p>
        </w:tc>
        <w:tc>
          <w:tcPr>
            <w:tcW w:w="1339" w:type="dxa"/>
          </w:tcPr>
          <w:p w14:paraId="0F4AD39A" w14:textId="77777777" w:rsidR="00447748" w:rsidRPr="00977123" w:rsidRDefault="00447748" w:rsidP="00447748">
            <w:pPr>
              <w:spacing w:before="40" w:after="40"/>
              <w:rPr>
                <w:rFonts w:ascii="Arial" w:hAnsi="Arial" w:cs="Arial"/>
                <w:sz w:val="20"/>
              </w:rPr>
            </w:pPr>
            <w:r w:rsidRPr="00977123">
              <w:rPr>
                <w:rFonts w:ascii="Arial" w:hAnsi="Arial" w:cs="Arial"/>
                <w:sz w:val="20"/>
              </w:rPr>
              <w:t>7.1.1</w:t>
            </w:r>
          </w:p>
        </w:tc>
        <w:tc>
          <w:tcPr>
            <w:tcW w:w="2084" w:type="dxa"/>
          </w:tcPr>
          <w:p w14:paraId="44A46907" w14:textId="77777777" w:rsidR="00447748" w:rsidRPr="00977123" w:rsidRDefault="00447748" w:rsidP="00447748">
            <w:pPr>
              <w:spacing w:before="40" w:after="40"/>
              <w:rPr>
                <w:rFonts w:ascii="Arial" w:hAnsi="Arial" w:cs="Arial"/>
                <w:sz w:val="20"/>
              </w:rPr>
            </w:pPr>
            <w:r w:rsidRPr="00977123">
              <w:rPr>
                <w:rFonts w:ascii="Arial" w:hAnsi="Arial" w:cs="Arial"/>
                <w:sz w:val="20"/>
              </w:rPr>
              <w:t>General considerations</w:t>
            </w:r>
          </w:p>
        </w:tc>
        <w:tc>
          <w:tcPr>
            <w:tcW w:w="1528" w:type="dxa"/>
          </w:tcPr>
          <w:p w14:paraId="725E0037"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B3B338C" w14:textId="77777777" w:rsidR="00447748" w:rsidRPr="00977123" w:rsidRDefault="00447748" w:rsidP="00447748">
            <w:pPr>
              <w:spacing w:before="40" w:after="40"/>
              <w:rPr>
                <w:rFonts w:ascii="Arial" w:hAnsi="Arial" w:cs="Arial"/>
                <w:sz w:val="20"/>
              </w:rPr>
            </w:pPr>
          </w:p>
        </w:tc>
        <w:tc>
          <w:tcPr>
            <w:tcW w:w="3920" w:type="dxa"/>
          </w:tcPr>
          <w:p w14:paraId="4935352F" w14:textId="77777777" w:rsidR="00447748" w:rsidRPr="00977123" w:rsidRDefault="00447748" w:rsidP="00447748">
            <w:pPr>
              <w:spacing w:before="40" w:after="40"/>
              <w:rPr>
                <w:rFonts w:ascii="Arial" w:hAnsi="Arial" w:cs="Arial"/>
                <w:sz w:val="20"/>
              </w:rPr>
            </w:pPr>
          </w:p>
        </w:tc>
      </w:tr>
      <w:tr w:rsidR="00447748" w:rsidRPr="00977123" w14:paraId="2E3ED6B8" w14:textId="77777777" w:rsidTr="00447748">
        <w:tc>
          <w:tcPr>
            <w:tcW w:w="1120" w:type="dxa"/>
          </w:tcPr>
          <w:p w14:paraId="3599179E" w14:textId="77777777" w:rsidR="00447748" w:rsidRPr="00977123" w:rsidRDefault="00447748" w:rsidP="00447748">
            <w:pPr>
              <w:spacing w:before="40" w:after="40"/>
              <w:rPr>
                <w:rFonts w:ascii="Arial" w:hAnsi="Arial" w:cs="Arial"/>
                <w:sz w:val="20"/>
              </w:rPr>
            </w:pPr>
            <w:r w:rsidRPr="00977123">
              <w:rPr>
                <w:rFonts w:ascii="Arial" w:hAnsi="Arial" w:cs="Arial"/>
                <w:sz w:val="20"/>
              </w:rPr>
              <w:t>7.1.2</w:t>
            </w:r>
          </w:p>
        </w:tc>
        <w:tc>
          <w:tcPr>
            <w:tcW w:w="1953" w:type="dxa"/>
          </w:tcPr>
          <w:p w14:paraId="4D2BD5E0" w14:textId="77777777" w:rsidR="00447748" w:rsidRPr="00977123" w:rsidRDefault="00447748" w:rsidP="00447748">
            <w:pPr>
              <w:spacing w:before="40" w:after="40"/>
              <w:rPr>
                <w:rFonts w:ascii="Arial" w:hAnsi="Arial" w:cs="Arial"/>
                <w:sz w:val="20"/>
              </w:rPr>
            </w:pPr>
            <w:r w:rsidRPr="00977123">
              <w:rPr>
                <w:rFonts w:ascii="Arial" w:hAnsi="Arial" w:cs="Arial"/>
                <w:sz w:val="20"/>
              </w:rPr>
              <w:t xml:space="preserve">Determination of </w:t>
            </w:r>
            <w:r w:rsidRPr="00977123">
              <w:rPr>
                <w:rFonts w:ascii="Arial" w:hAnsi="Arial" w:cs="Arial"/>
                <w:sz w:val="20"/>
              </w:rPr>
              <w:lastRenderedPageBreak/>
              <w:t>competence criteria</w:t>
            </w:r>
          </w:p>
        </w:tc>
        <w:tc>
          <w:tcPr>
            <w:tcW w:w="1339" w:type="dxa"/>
          </w:tcPr>
          <w:p w14:paraId="25B8C52C" w14:textId="77777777" w:rsidR="00447748" w:rsidRPr="00977123" w:rsidRDefault="00447748" w:rsidP="00447748">
            <w:pPr>
              <w:spacing w:before="40" w:after="40"/>
              <w:rPr>
                <w:rFonts w:ascii="Arial" w:hAnsi="Arial" w:cs="Arial"/>
                <w:sz w:val="20"/>
              </w:rPr>
            </w:pPr>
            <w:r w:rsidRPr="00977123">
              <w:rPr>
                <w:rFonts w:ascii="Arial" w:hAnsi="Arial" w:cs="Arial"/>
                <w:sz w:val="20"/>
              </w:rPr>
              <w:lastRenderedPageBreak/>
              <w:t>7.1.2</w:t>
            </w:r>
          </w:p>
        </w:tc>
        <w:tc>
          <w:tcPr>
            <w:tcW w:w="2084" w:type="dxa"/>
          </w:tcPr>
          <w:p w14:paraId="3C70F7CF" w14:textId="77777777" w:rsidR="00447748" w:rsidRPr="00977123" w:rsidRDefault="00447748" w:rsidP="00447748">
            <w:pPr>
              <w:spacing w:before="40" w:after="40"/>
              <w:rPr>
                <w:rFonts w:ascii="Arial" w:hAnsi="Arial" w:cs="Arial"/>
                <w:sz w:val="20"/>
              </w:rPr>
            </w:pPr>
            <w:r w:rsidRPr="00977123">
              <w:rPr>
                <w:rFonts w:ascii="Arial" w:hAnsi="Arial" w:cs="Arial"/>
                <w:sz w:val="20"/>
              </w:rPr>
              <w:t xml:space="preserve">Determination of </w:t>
            </w:r>
            <w:r w:rsidRPr="00977123">
              <w:rPr>
                <w:rFonts w:ascii="Arial" w:hAnsi="Arial" w:cs="Arial"/>
                <w:sz w:val="20"/>
              </w:rPr>
              <w:lastRenderedPageBreak/>
              <w:t>competence criteria</w:t>
            </w:r>
          </w:p>
        </w:tc>
        <w:tc>
          <w:tcPr>
            <w:tcW w:w="1528" w:type="dxa"/>
          </w:tcPr>
          <w:p w14:paraId="54DF9D56" w14:textId="77777777" w:rsidR="00447748" w:rsidRPr="00977123" w:rsidRDefault="00447748" w:rsidP="00447748">
            <w:pPr>
              <w:spacing w:before="40" w:after="40"/>
              <w:rPr>
                <w:rFonts w:ascii="Arial" w:hAnsi="Arial" w:cs="Arial"/>
                <w:sz w:val="20"/>
              </w:rPr>
            </w:pPr>
          </w:p>
        </w:tc>
        <w:tc>
          <w:tcPr>
            <w:tcW w:w="3444" w:type="dxa"/>
          </w:tcPr>
          <w:p w14:paraId="21A3BD9E" w14:textId="77777777" w:rsidR="00447748" w:rsidRPr="00977123" w:rsidRDefault="00447748" w:rsidP="00447748">
            <w:pPr>
              <w:spacing w:before="40" w:after="40"/>
              <w:rPr>
                <w:rFonts w:ascii="Arial" w:hAnsi="Arial" w:cs="Arial"/>
                <w:sz w:val="20"/>
              </w:rPr>
            </w:pPr>
          </w:p>
        </w:tc>
        <w:tc>
          <w:tcPr>
            <w:tcW w:w="3920" w:type="dxa"/>
          </w:tcPr>
          <w:p w14:paraId="21AE13EB" w14:textId="77777777" w:rsidR="00447748" w:rsidRPr="00977123" w:rsidRDefault="00447748" w:rsidP="00447748">
            <w:pPr>
              <w:spacing w:before="40" w:after="40"/>
              <w:rPr>
                <w:rFonts w:ascii="Arial" w:hAnsi="Arial" w:cs="Arial"/>
                <w:sz w:val="20"/>
              </w:rPr>
            </w:pPr>
          </w:p>
        </w:tc>
      </w:tr>
      <w:tr w:rsidR="00447748" w:rsidRPr="00977123" w14:paraId="6FA8EE92" w14:textId="77777777" w:rsidTr="00447748">
        <w:tc>
          <w:tcPr>
            <w:tcW w:w="1120" w:type="dxa"/>
          </w:tcPr>
          <w:p w14:paraId="3BC01B19" w14:textId="77777777" w:rsidR="00447748" w:rsidRPr="00977123" w:rsidRDefault="00447748" w:rsidP="00447748">
            <w:pPr>
              <w:spacing w:before="40" w:after="40"/>
              <w:rPr>
                <w:rFonts w:ascii="Arial" w:hAnsi="Arial" w:cs="Arial"/>
                <w:sz w:val="20"/>
              </w:rPr>
            </w:pPr>
            <w:r w:rsidRPr="00977123">
              <w:rPr>
                <w:rFonts w:ascii="Arial" w:hAnsi="Arial" w:cs="Arial"/>
                <w:sz w:val="20"/>
              </w:rPr>
              <w:t>7.1.2.1</w:t>
            </w:r>
          </w:p>
        </w:tc>
        <w:tc>
          <w:tcPr>
            <w:tcW w:w="1953" w:type="dxa"/>
          </w:tcPr>
          <w:p w14:paraId="53DC6825" w14:textId="77777777" w:rsidR="00447748" w:rsidRPr="00977123" w:rsidRDefault="00447748" w:rsidP="00447748">
            <w:pPr>
              <w:spacing w:before="40" w:after="40"/>
              <w:rPr>
                <w:rFonts w:ascii="Arial" w:hAnsi="Arial" w:cs="Arial"/>
                <w:sz w:val="20"/>
              </w:rPr>
            </w:pPr>
            <w:r w:rsidRPr="00977123">
              <w:rPr>
                <w:rFonts w:ascii="Arial" w:hAnsi="Arial" w:cs="Arial"/>
                <w:sz w:val="20"/>
              </w:rPr>
              <w:t>Competence requirements for PIMS auditing</w:t>
            </w:r>
          </w:p>
        </w:tc>
        <w:tc>
          <w:tcPr>
            <w:tcW w:w="1339" w:type="dxa"/>
          </w:tcPr>
          <w:p w14:paraId="49943A05" w14:textId="77777777" w:rsidR="00447748" w:rsidRPr="00977123" w:rsidRDefault="00447748" w:rsidP="00447748">
            <w:pPr>
              <w:spacing w:before="40" w:after="40"/>
              <w:rPr>
                <w:rFonts w:ascii="Arial" w:hAnsi="Arial" w:cs="Arial"/>
                <w:sz w:val="20"/>
              </w:rPr>
            </w:pPr>
            <w:r w:rsidRPr="00977123">
              <w:rPr>
                <w:rFonts w:ascii="Arial" w:hAnsi="Arial" w:cs="Arial"/>
                <w:sz w:val="20"/>
              </w:rPr>
              <w:t>7.1.2.1</w:t>
            </w:r>
          </w:p>
        </w:tc>
        <w:tc>
          <w:tcPr>
            <w:tcW w:w="2084" w:type="dxa"/>
          </w:tcPr>
          <w:p w14:paraId="56829ED7"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6C1493D1"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6C77A079" w14:textId="77777777" w:rsidR="00447748" w:rsidRPr="00977123" w:rsidRDefault="00447748" w:rsidP="00447748">
            <w:pPr>
              <w:spacing w:before="40" w:after="40"/>
              <w:rPr>
                <w:rFonts w:ascii="Arial" w:hAnsi="Arial" w:cs="Arial"/>
                <w:sz w:val="20"/>
              </w:rPr>
            </w:pPr>
          </w:p>
        </w:tc>
        <w:tc>
          <w:tcPr>
            <w:tcW w:w="3920" w:type="dxa"/>
          </w:tcPr>
          <w:p w14:paraId="4454435C" w14:textId="77777777" w:rsidR="00447748" w:rsidRPr="00977123" w:rsidRDefault="00447748" w:rsidP="00447748">
            <w:pPr>
              <w:spacing w:before="40" w:after="40"/>
              <w:rPr>
                <w:rFonts w:ascii="Arial" w:hAnsi="Arial" w:cs="Arial"/>
                <w:sz w:val="20"/>
              </w:rPr>
            </w:pPr>
          </w:p>
        </w:tc>
      </w:tr>
      <w:tr w:rsidR="00447748" w:rsidRPr="00977123" w14:paraId="799D789C" w14:textId="77777777" w:rsidTr="00447748">
        <w:tc>
          <w:tcPr>
            <w:tcW w:w="1120" w:type="dxa"/>
          </w:tcPr>
          <w:p w14:paraId="3ED54230" w14:textId="77777777" w:rsidR="00447748" w:rsidRPr="00977123" w:rsidRDefault="00447748" w:rsidP="00447748">
            <w:pPr>
              <w:spacing w:before="40" w:after="40"/>
              <w:rPr>
                <w:rFonts w:ascii="Arial" w:hAnsi="Arial" w:cs="Arial"/>
                <w:sz w:val="20"/>
              </w:rPr>
            </w:pPr>
            <w:r w:rsidRPr="00977123">
              <w:rPr>
                <w:rFonts w:ascii="Arial" w:hAnsi="Arial" w:cs="Arial"/>
                <w:sz w:val="20"/>
              </w:rPr>
              <w:t>7.1.2.1.1</w:t>
            </w:r>
          </w:p>
        </w:tc>
        <w:tc>
          <w:tcPr>
            <w:tcW w:w="1953" w:type="dxa"/>
          </w:tcPr>
          <w:p w14:paraId="1658FBB0" w14:textId="77777777" w:rsidR="00447748" w:rsidRPr="00977123" w:rsidRDefault="00447748" w:rsidP="00447748">
            <w:pPr>
              <w:spacing w:before="40" w:after="40"/>
              <w:rPr>
                <w:rFonts w:ascii="Arial" w:hAnsi="Arial" w:cs="Arial"/>
                <w:sz w:val="20"/>
              </w:rPr>
            </w:pPr>
            <w:r w:rsidRPr="00977123">
              <w:rPr>
                <w:rFonts w:ascii="Arial" w:hAnsi="Arial" w:cs="Arial"/>
                <w:sz w:val="20"/>
              </w:rPr>
              <w:t>Multiple clauses</w:t>
            </w:r>
          </w:p>
        </w:tc>
        <w:tc>
          <w:tcPr>
            <w:tcW w:w="1339" w:type="dxa"/>
          </w:tcPr>
          <w:p w14:paraId="6EBC5704" w14:textId="77777777" w:rsidR="00447748" w:rsidRPr="00977123" w:rsidRDefault="00447748" w:rsidP="00447748">
            <w:pPr>
              <w:spacing w:before="40" w:after="40"/>
              <w:rPr>
                <w:rFonts w:ascii="Arial" w:hAnsi="Arial" w:cs="Arial"/>
                <w:sz w:val="20"/>
              </w:rPr>
            </w:pPr>
          </w:p>
        </w:tc>
        <w:tc>
          <w:tcPr>
            <w:tcW w:w="2084" w:type="dxa"/>
          </w:tcPr>
          <w:p w14:paraId="4A632A9D" w14:textId="77777777" w:rsidR="00447748" w:rsidRPr="00977123" w:rsidRDefault="00447748" w:rsidP="00447748">
            <w:pPr>
              <w:spacing w:before="40" w:after="40"/>
              <w:rPr>
                <w:rFonts w:ascii="Arial" w:hAnsi="Arial" w:cs="Arial"/>
                <w:sz w:val="20"/>
              </w:rPr>
            </w:pPr>
          </w:p>
        </w:tc>
        <w:tc>
          <w:tcPr>
            <w:tcW w:w="1528" w:type="dxa"/>
          </w:tcPr>
          <w:p w14:paraId="5966B41B"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54185F4D" w14:textId="77777777" w:rsidR="00447748" w:rsidRPr="00977123" w:rsidRDefault="00447748" w:rsidP="00447748">
            <w:pPr>
              <w:spacing w:before="40" w:after="40"/>
              <w:rPr>
                <w:rFonts w:ascii="Arial" w:hAnsi="Arial" w:cs="Arial"/>
                <w:sz w:val="20"/>
              </w:rPr>
            </w:pPr>
          </w:p>
        </w:tc>
        <w:tc>
          <w:tcPr>
            <w:tcW w:w="3920" w:type="dxa"/>
          </w:tcPr>
          <w:p w14:paraId="460CF19A" w14:textId="77777777" w:rsidR="00447748" w:rsidRPr="00977123" w:rsidRDefault="00447748" w:rsidP="00447748">
            <w:pPr>
              <w:spacing w:before="40" w:after="40"/>
              <w:rPr>
                <w:rFonts w:ascii="Arial" w:hAnsi="Arial" w:cs="Arial"/>
                <w:sz w:val="20"/>
              </w:rPr>
            </w:pPr>
          </w:p>
        </w:tc>
      </w:tr>
      <w:tr w:rsidR="00447748" w:rsidRPr="00977123" w14:paraId="0C6A9D0F" w14:textId="77777777" w:rsidTr="00447748">
        <w:tc>
          <w:tcPr>
            <w:tcW w:w="1120" w:type="dxa"/>
          </w:tcPr>
          <w:p w14:paraId="2928E672" w14:textId="77777777" w:rsidR="00447748" w:rsidRPr="00977123" w:rsidRDefault="00447748" w:rsidP="00447748">
            <w:pPr>
              <w:spacing w:before="40" w:after="40"/>
              <w:rPr>
                <w:rFonts w:ascii="Arial" w:hAnsi="Arial" w:cs="Arial"/>
                <w:sz w:val="20"/>
              </w:rPr>
            </w:pPr>
            <w:r w:rsidRPr="00977123">
              <w:rPr>
                <w:rFonts w:ascii="Arial" w:hAnsi="Arial" w:cs="Arial"/>
                <w:sz w:val="20"/>
              </w:rPr>
              <w:t>7.1.2.1.2</w:t>
            </w:r>
          </w:p>
        </w:tc>
        <w:tc>
          <w:tcPr>
            <w:tcW w:w="1953" w:type="dxa"/>
          </w:tcPr>
          <w:p w14:paraId="211D5AF0" w14:textId="77777777" w:rsidR="00447748" w:rsidRPr="00977123" w:rsidRDefault="00447748" w:rsidP="00447748">
            <w:pPr>
              <w:spacing w:before="40" w:after="40"/>
              <w:rPr>
                <w:rFonts w:ascii="Arial" w:hAnsi="Arial" w:cs="Arial"/>
                <w:sz w:val="20"/>
              </w:rPr>
            </w:pPr>
            <w:r w:rsidRPr="00977123">
              <w:rPr>
                <w:rFonts w:ascii="Arial" w:hAnsi="Arial" w:cs="Arial"/>
                <w:sz w:val="20"/>
              </w:rPr>
              <w:t>Collectively, the members of the audit team shall have knowledge of</w:t>
            </w:r>
          </w:p>
        </w:tc>
        <w:tc>
          <w:tcPr>
            <w:tcW w:w="1339" w:type="dxa"/>
          </w:tcPr>
          <w:p w14:paraId="7E367383" w14:textId="77777777" w:rsidR="00447748" w:rsidRPr="00977123" w:rsidRDefault="00447748" w:rsidP="00447748">
            <w:pPr>
              <w:spacing w:before="40" w:after="40"/>
              <w:rPr>
                <w:rFonts w:ascii="Arial" w:hAnsi="Arial" w:cs="Arial"/>
                <w:sz w:val="20"/>
              </w:rPr>
            </w:pPr>
            <w:r w:rsidRPr="00977123">
              <w:rPr>
                <w:rFonts w:ascii="Arial" w:hAnsi="Arial" w:cs="Arial"/>
                <w:sz w:val="20"/>
              </w:rPr>
              <w:t>7.1.2.2</w:t>
            </w:r>
          </w:p>
        </w:tc>
        <w:tc>
          <w:tcPr>
            <w:tcW w:w="2084" w:type="dxa"/>
          </w:tcPr>
          <w:p w14:paraId="09FA6FFD" w14:textId="77777777" w:rsidR="00447748" w:rsidRPr="00977123" w:rsidRDefault="00447748" w:rsidP="00447748">
            <w:pPr>
              <w:spacing w:before="40" w:after="40"/>
              <w:rPr>
                <w:rFonts w:ascii="Arial" w:hAnsi="Arial" w:cs="Arial"/>
                <w:sz w:val="20"/>
              </w:rPr>
            </w:pPr>
            <w:r w:rsidRPr="00977123">
              <w:rPr>
                <w:rFonts w:ascii="Arial" w:hAnsi="Arial" w:cs="Arial"/>
                <w:sz w:val="20"/>
              </w:rPr>
              <w:t>Generic competence requirements</w:t>
            </w:r>
          </w:p>
        </w:tc>
        <w:tc>
          <w:tcPr>
            <w:tcW w:w="1528" w:type="dxa"/>
          </w:tcPr>
          <w:p w14:paraId="67A6F913"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0BAE48A3" w14:textId="77777777" w:rsidR="00447748" w:rsidRPr="00977123" w:rsidRDefault="00447748" w:rsidP="00447748">
            <w:pPr>
              <w:spacing w:before="40" w:after="40"/>
              <w:rPr>
                <w:rFonts w:ascii="Arial" w:hAnsi="Arial" w:cs="Arial"/>
                <w:sz w:val="20"/>
              </w:rPr>
            </w:pPr>
          </w:p>
        </w:tc>
        <w:tc>
          <w:tcPr>
            <w:tcW w:w="3920" w:type="dxa"/>
          </w:tcPr>
          <w:p w14:paraId="38255CEC" w14:textId="77777777" w:rsidR="00447748" w:rsidRPr="00977123" w:rsidRDefault="00447748" w:rsidP="00447748">
            <w:pPr>
              <w:spacing w:before="40" w:after="40"/>
              <w:rPr>
                <w:rFonts w:ascii="Arial" w:hAnsi="Arial" w:cs="Arial"/>
                <w:sz w:val="20"/>
              </w:rPr>
            </w:pPr>
          </w:p>
        </w:tc>
      </w:tr>
      <w:tr w:rsidR="00447748" w:rsidRPr="00977123" w14:paraId="20570372" w14:textId="77777777" w:rsidTr="00447748">
        <w:tc>
          <w:tcPr>
            <w:tcW w:w="1120" w:type="dxa"/>
          </w:tcPr>
          <w:p w14:paraId="7117FB53" w14:textId="77777777" w:rsidR="00447748" w:rsidRPr="00977123" w:rsidRDefault="00447748" w:rsidP="00447748">
            <w:pPr>
              <w:spacing w:before="40" w:after="40"/>
              <w:rPr>
                <w:rFonts w:ascii="Arial" w:hAnsi="Arial" w:cs="Arial"/>
                <w:sz w:val="20"/>
              </w:rPr>
            </w:pPr>
            <w:r w:rsidRPr="00977123">
              <w:rPr>
                <w:rFonts w:ascii="Arial" w:hAnsi="Arial" w:cs="Arial"/>
                <w:sz w:val="20"/>
              </w:rPr>
              <w:t>7.1.2.2</w:t>
            </w:r>
          </w:p>
        </w:tc>
        <w:tc>
          <w:tcPr>
            <w:tcW w:w="1953" w:type="dxa"/>
          </w:tcPr>
          <w:p w14:paraId="401185CE" w14:textId="77777777" w:rsidR="00447748" w:rsidRPr="00977123" w:rsidRDefault="00447748" w:rsidP="00447748">
            <w:pPr>
              <w:spacing w:before="40" w:after="40"/>
              <w:rPr>
                <w:rFonts w:ascii="Arial" w:hAnsi="Arial" w:cs="Arial"/>
                <w:sz w:val="20"/>
              </w:rPr>
            </w:pPr>
            <w:r w:rsidRPr="00977123">
              <w:rPr>
                <w:rFonts w:ascii="Arial" w:hAnsi="Arial" w:cs="Arial"/>
                <w:sz w:val="20"/>
              </w:rPr>
              <w:t>Competence requirements for reviewing audit reports and making</w:t>
            </w:r>
          </w:p>
        </w:tc>
        <w:tc>
          <w:tcPr>
            <w:tcW w:w="1339" w:type="dxa"/>
          </w:tcPr>
          <w:p w14:paraId="7B4703FA" w14:textId="77777777" w:rsidR="00447748" w:rsidRPr="00977123" w:rsidRDefault="00447748" w:rsidP="00447748">
            <w:pPr>
              <w:spacing w:before="40" w:after="40"/>
              <w:rPr>
                <w:rFonts w:ascii="Arial" w:hAnsi="Arial" w:cs="Arial"/>
                <w:sz w:val="20"/>
              </w:rPr>
            </w:pPr>
            <w:r w:rsidRPr="00977123">
              <w:rPr>
                <w:rFonts w:ascii="Arial" w:hAnsi="Arial" w:cs="Arial"/>
                <w:sz w:val="20"/>
              </w:rPr>
              <w:t>7.1.3.1</w:t>
            </w:r>
          </w:p>
        </w:tc>
        <w:tc>
          <w:tcPr>
            <w:tcW w:w="2084" w:type="dxa"/>
          </w:tcPr>
          <w:p w14:paraId="6E708D59"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6EEB6F2A"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9148462" w14:textId="77777777" w:rsidR="00447748" w:rsidRPr="00977123" w:rsidRDefault="00447748" w:rsidP="00447748">
            <w:pPr>
              <w:spacing w:before="40" w:after="40"/>
              <w:rPr>
                <w:rFonts w:ascii="Arial" w:hAnsi="Arial" w:cs="Arial"/>
                <w:sz w:val="20"/>
              </w:rPr>
            </w:pPr>
          </w:p>
        </w:tc>
        <w:tc>
          <w:tcPr>
            <w:tcW w:w="3920" w:type="dxa"/>
          </w:tcPr>
          <w:p w14:paraId="032793A0" w14:textId="77777777" w:rsidR="00447748" w:rsidRPr="00977123" w:rsidRDefault="00447748" w:rsidP="00447748">
            <w:pPr>
              <w:spacing w:before="40" w:after="40"/>
              <w:rPr>
                <w:rFonts w:ascii="Arial" w:hAnsi="Arial" w:cs="Arial"/>
                <w:sz w:val="20"/>
              </w:rPr>
            </w:pPr>
          </w:p>
        </w:tc>
      </w:tr>
      <w:tr w:rsidR="00447748" w:rsidRPr="00977123" w14:paraId="5C8388FD" w14:textId="77777777" w:rsidTr="00447748">
        <w:tc>
          <w:tcPr>
            <w:tcW w:w="1120" w:type="dxa"/>
          </w:tcPr>
          <w:p w14:paraId="452BE73C" w14:textId="77777777" w:rsidR="00447748" w:rsidRPr="00977123" w:rsidRDefault="00447748" w:rsidP="00447748">
            <w:pPr>
              <w:spacing w:before="40" w:after="40"/>
              <w:rPr>
                <w:rFonts w:ascii="Arial" w:hAnsi="Arial" w:cs="Arial"/>
                <w:sz w:val="20"/>
              </w:rPr>
            </w:pPr>
            <w:r w:rsidRPr="00977123">
              <w:rPr>
                <w:rFonts w:ascii="Arial" w:hAnsi="Arial" w:cs="Arial"/>
                <w:sz w:val="20"/>
              </w:rPr>
              <w:t>7.2</w:t>
            </w:r>
          </w:p>
        </w:tc>
        <w:tc>
          <w:tcPr>
            <w:tcW w:w="1953" w:type="dxa"/>
          </w:tcPr>
          <w:p w14:paraId="4052C9D4" w14:textId="77777777" w:rsidR="00447748" w:rsidRPr="00977123" w:rsidRDefault="00447748" w:rsidP="00447748">
            <w:pPr>
              <w:spacing w:before="40" w:after="40"/>
              <w:rPr>
                <w:rFonts w:ascii="Arial" w:hAnsi="Arial" w:cs="Arial"/>
                <w:sz w:val="20"/>
              </w:rPr>
            </w:pPr>
            <w:r w:rsidRPr="00977123">
              <w:rPr>
                <w:rFonts w:ascii="Arial" w:hAnsi="Arial" w:cs="Arial"/>
                <w:sz w:val="20"/>
              </w:rPr>
              <w:t>Personnel involved in the certification activities</w:t>
            </w:r>
          </w:p>
        </w:tc>
        <w:tc>
          <w:tcPr>
            <w:tcW w:w="1339" w:type="dxa"/>
          </w:tcPr>
          <w:p w14:paraId="4315AC79" w14:textId="77777777" w:rsidR="00447748" w:rsidRPr="00977123" w:rsidRDefault="00447748" w:rsidP="00447748">
            <w:pPr>
              <w:spacing w:before="40" w:after="40"/>
              <w:rPr>
                <w:rFonts w:ascii="Arial" w:hAnsi="Arial" w:cs="Arial"/>
                <w:sz w:val="20"/>
              </w:rPr>
            </w:pPr>
          </w:p>
        </w:tc>
        <w:tc>
          <w:tcPr>
            <w:tcW w:w="2084" w:type="dxa"/>
          </w:tcPr>
          <w:p w14:paraId="31866B5C" w14:textId="77777777" w:rsidR="00447748" w:rsidRPr="00977123" w:rsidRDefault="00447748" w:rsidP="00447748">
            <w:pPr>
              <w:spacing w:before="40" w:after="40"/>
              <w:rPr>
                <w:rFonts w:ascii="Arial" w:hAnsi="Arial" w:cs="Arial"/>
                <w:sz w:val="20"/>
              </w:rPr>
            </w:pPr>
          </w:p>
        </w:tc>
        <w:tc>
          <w:tcPr>
            <w:tcW w:w="1528" w:type="dxa"/>
          </w:tcPr>
          <w:p w14:paraId="0CD17441"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5A658E32" w14:textId="77777777" w:rsidR="00447748" w:rsidRPr="00977123" w:rsidRDefault="00447748" w:rsidP="00447748">
            <w:pPr>
              <w:spacing w:before="40" w:after="40"/>
              <w:rPr>
                <w:rFonts w:ascii="Arial" w:hAnsi="Arial" w:cs="Arial"/>
                <w:sz w:val="20"/>
              </w:rPr>
            </w:pPr>
          </w:p>
        </w:tc>
        <w:tc>
          <w:tcPr>
            <w:tcW w:w="3920" w:type="dxa"/>
          </w:tcPr>
          <w:p w14:paraId="050CF0EE" w14:textId="77777777" w:rsidR="00447748" w:rsidRPr="00977123" w:rsidRDefault="00447748" w:rsidP="00447748">
            <w:pPr>
              <w:spacing w:before="40" w:after="40"/>
              <w:rPr>
                <w:rFonts w:ascii="Arial" w:hAnsi="Arial" w:cs="Arial"/>
                <w:sz w:val="20"/>
              </w:rPr>
            </w:pPr>
          </w:p>
        </w:tc>
      </w:tr>
      <w:tr w:rsidR="00447748" w:rsidRPr="00977123" w14:paraId="3D0649B5" w14:textId="77777777" w:rsidTr="00447748">
        <w:tc>
          <w:tcPr>
            <w:tcW w:w="1120" w:type="dxa"/>
          </w:tcPr>
          <w:p w14:paraId="3D2B4A65" w14:textId="77777777" w:rsidR="00447748" w:rsidRPr="00977123" w:rsidRDefault="00447748" w:rsidP="00447748">
            <w:pPr>
              <w:spacing w:before="40" w:after="40"/>
              <w:rPr>
                <w:rFonts w:ascii="Arial" w:hAnsi="Arial" w:cs="Arial"/>
                <w:sz w:val="20"/>
              </w:rPr>
            </w:pPr>
            <w:r w:rsidRPr="00977123">
              <w:rPr>
                <w:rFonts w:ascii="Arial" w:hAnsi="Arial" w:cs="Arial"/>
                <w:sz w:val="20"/>
              </w:rPr>
              <w:t>7.2.1</w:t>
            </w:r>
          </w:p>
        </w:tc>
        <w:tc>
          <w:tcPr>
            <w:tcW w:w="1953" w:type="dxa"/>
          </w:tcPr>
          <w:p w14:paraId="40D1E187" w14:textId="77777777" w:rsidR="00447748" w:rsidRPr="00977123" w:rsidRDefault="00447748" w:rsidP="00447748">
            <w:pPr>
              <w:spacing w:before="40" w:after="40"/>
              <w:rPr>
                <w:rFonts w:ascii="Arial" w:hAnsi="Arial" w:cs="Arial"/>
                <w:sz w:val="20"/>
              </w:rPr>
            </w:pPr>
            <w:r w:rsidRPr="00977123">
              <w:rPr>
                <w:rFonts w:ascii="Arial" w:hAnsi="Arial" w:cs="Arial"/>
                <w:sz w:val="20"/>
              </w:rPr>
              <w:t>Demonstration of auditor knowledge</w:t>
            </w:r>
          </w:p>
        </w:tc>
        <w:tc>
          <w:tcPr>
            <w:tcW w:w="1339" w:type="dxa"/>
          </w:tcPr>
          <w:p w14:paraId="4EC5D3E8" w14:textId="77777777" w:rsidR="00447748" w:rsidRPr="00977123" w:rsidRDefault="00447748" w:rsidP="00447748">
            <w:pPr>
              <w:spacing w:before="40" w:after="40"/>
              <w:rPr>
                <w:rFonts w:ascii="Arial" w:hAnsi="Arial" w:cs="Arial"/>
                <w:sz w:val="20"/>
              </w:rPr>
            </w:pPr>
          </w:p>
        </w:tc>
        <w:tc>
          <w:tcPr>
            <w:tcW w:w="2084" w:type="dxa"/>
          </w:tcPr>
          <w:p w14:paraId="165F3949" w14:textId="77777777" w:rsidR="00447748" w:rsidRPr="00977123" w:rsidRDefault="00447748" w:rsidP="00447748">
            <w:pPr>
              <w:spacing w:before="40" w:after="40"/>
              <w:rPr>
                <w:rFonts w:ascii="Arial" w:hAnsi="Arial" w:cs="Arial"/>
                <w:sz w:val="20"/>
              </w:rPr>
            </w:pPr>
          </w:p>
        </w:tc>
        <w:tc>
          <w:tcPr>
            <w:tcW w:w="1528" w:type="dxa"/>
          </w:tcPr>
          <w:p w14:paraId="5E255C5E"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5A555A7D" w14:textId="77777777" w:rsidR="00447748" w:rsidRPr="00977123" w:rsidRDefault="00447748" w:rsidP="00447748">
            <w:pPr>
              <w:spacing w:before="40" w:after="40"/>
              <w:rPr>
                <w:rFonts w:ascii="Arial" w:hAnsi="Arial" w:cs="Arial"/>
                <w:sz w:val="20"/>
              </w:rPr>
            </w:pPr>
          </w:p>
        </w:tc>
        <w:tc>
          <w:tcPr>
            <w:tcW w:w="3920" w:type="dxa"/>
          </w:tcPr>
          <w:p w14:paraId="177D4D2C" w14:textId="77777777" w:rsidR="00447748" w:rsidRPr="00977123" w:rsidRDefault="00447748" w:rsidP="00447748">
            <w:pPr>
              <w:spacing w:before="40" w:after="40"/>
              <w:rPr>
                <w:rFonts w:ascii="Arial" w:hAnsi="Arial" w:cs="Arial"/>
                <w:sz w:val="20"/>
              </w:rPr>
            </w:pPr>
          </w:p>
        </w:tc>
      </w:tr>
      <w:tr w:rsidR="00447748" w:rsidRPr="00977123" w14:paraId="592C38A2" w14:textId="77777777" w:rsidTr="00447748">
        <w:tc>
          <w:tcPr>
            <w:tcW w:w="1120" w:type="dxa"/>
          </w:tcPr>
          <w:p w14:paraId="35466B7D" w14:textId="77777777" w:rsidR="00447748" w:rsidRPr="00977123" w:rsidRDefault="00447748" w:rsidP="00447748">
            <w:pPr>
              <w:spacing w:before="40" w:after="40"/>
              <w:rPr>
                <w:rFonts w:ascii="Arial" w:hAnsi="Arial" w:cs="Arial"/>
                <w:sz w:val="20"/>
              </w:rPr>
            </w:pPr>
            <w:r w:rsidRPr="00977123">
              <w:rPr>
                <w:rFonts w:ascii="Arial" w:hAnsi="Arial" w:cs="Arial"/>
                <w:sz w:val="20"/>
              </w:rPr>
              <w:t>7.2.2</w:t>
            </w:r>
          </w:p>
        </w:tc>
        <w:tc>
          <w:tcPr>
            <w:tcW w:w="1953" w:type="dxa"/>
          </w:tcPr>
          <w:p w14:paraId="69965FDE" w14:textId="77777777" w:rsidR="00447748" w:rsidRPr="00977123" w:rsidRDefault="00447748" w:rsidP="00447748">
            <w:pPr>
              <w:spacing w:before="40" w:after="40"/>
              <w:rPr>
                <w:rFonts w:ascii="Arial" w:hAnsi="Arial" w:cs="Arial"/>
                <w:sz w:val="20"/>
              </w:rPr>
            </w:pPr>
            <w:r w:rsidRPr="00977123">
              <w:rPr>
                <w:rFonts w:ascii="Arial" w:hAnsi="Arial" w:cs="Arial"/>
                <w:sz w:val="20"/>
              </w:rPr>
              <w:t>Selecting auditors</w:t>
            </w:r>
          </w:p>
        </w:tc>
        <w:tc>
          <w:tcPr>
            <w:tcW w:w="1339" w:type="dxa"/>
          </w:tcPr>
          <w:p w14:paraId="48E8B019" w14:textId="77777777" w:rsidR="00447748" w:rsidRPr="00977123" w:rsidRDefault="00447748" w:rsidP="00447748">
            <w:pPr>
              <w:spacing w:before="40" w:after="40"/>
              <w:rPr>
                <w:rFonts w:ascii="Arial" w:hAnsi="Arial" w:cs="Arial"/>
                <w:sz w:val="20"/>
              </w:rPr>
            </w:pPr>
            <w:r w:rsidRPr="00977123">
              <w:rPr>
                <w:rFonts w:ascii="Arial" w:hAnsi="Arial" w:cs="Arial"/>
                <w:sz w:val="20"/>
              </w:rPr>
              <w:t>7.1.3</w:t>
            </w:r>
          </w:p>
        </w:tc>
        <w:tc>
          <w:tcPr>
            <w:tcW w:w="2084" w:type="dxa"/>
          </w:tcPr>
          <w:p w14:paraId="21B890DE" w14:textId="77777777" w:rsidR="00447748" w:rsidRPr="00977123" w:rsidRDefault="00447748" w:rsidP="00447748">
            <w:pPr>
              <w:spacing w:before="40" w:after="40"/>
              <w:rPr>
                <w:rFonts w:ascii="Arial" w:hAnsi="Arial" w:cs="Arial"/>
                <w:sz w:val="20"/>
              </w:rPr>
            </w:pPr>
            <w:r w:rsidRPr="00977123">
              <w:rPr>
                <w:rFonts w:ascii="Arial" w:hAnsi="Arial" w:cs="Arial"/>
                <w:sz w:val="20"/>
              </w:rPr>
              <w:t>Evaluation processes</w:t>
            </w:r>
          </w:p>
        </w:tc>
        <w:tc>
          <w:tcPr>
            <w:tcW w:w="1528" w:type="dxa"/>
          </w:tcPr>
          <w:p w14:paraId="409A49B3"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7A0A2294" w14:textId="77777777" w:rsidR="00447748" w:rsidRPr="00977123" w:rsidRDefault="00447748" w:rsidP="00447748">
            <w:pPr>
              <w:spacing w:before="40" w:after="40"/>
              <w:rPr>
                <w:rFonts w:ascii="Arial" w:hAnsi="Arial" w:cs="Arial"/>
                <w:sz w:val="20"/>
              </w:rPr>
            </w:pPr>
          </w:p>
        </w:tc>
        <w:tc>
          <w:tcPr>
            <w:tcW w:w="3920" w:type="dxa"/>
          </w:tcPr>
          <w:p w14:paraId="71DD7DB3" w14:textId="77777777" w:rsidR="00447748" w:rsidRPr="00977123" w:rsidRDefault="00447748" w:rsidP="00447748">
            <w:pPr>
              <w:spacing w:before="40" w:after="40"/>
              <w:rPr>
                <w:rFonts w:ascii="Arial" w:hAnsi="Arial" w:cs="Arial"/>
                <w:sz w:val="20"/>
              </w:rPr>
            </w:pPr>
          </w:p>
        </w:tc>
      </w:tr>
      <w:tr w:rsidR="00447748" w:rsidRPr="00977123" w14:paraId="2B76DB87" w14:textId="77777777" w:rsidTr="00447748">
        <w:tc>
          <w:tcPr>
            <w:tcW w:w="1120" w:type="dxa"/>
          </w:tcPr>
          <w:p w14:paraId="10857B64" w14:textId="77777777" w:rsidR="00447748" w:rsidRPr="00977123" w:rsidRDefault="00447748" w:rsidP="00447748">
            <w:pPr>
              <w:spacing w:before="40" w:after="40"/>
              <w:rPr>
                <w:rFonts w:ascii="Arial" w:hAnsi="Arial" w:cs="Arial"/>
                <w:sz w:val="20"/>
              </w:rPr>
            </w:pPr>
          </w:p>
        </w:tc>
        <w:tc>
          <w:tcPr>
            <w:tcW w:w="1953" w:type="dxa"/>
          </w:tcPr>
          <w:p w14:paraId="6BDB6B51" w14:textId="77777777" w:rsidR="00447748" w:rsidRPr="00977123" w:rsidRDefault="00447748" w:rsidP="00447748">
            <w:pPr>
              <w:spacing w:before="40" w:after="40"/>
              <w:rPr>
                <w:rFonts w:ascii="Arial" w:hAnsi="Arial" w:cs="Arial"/>
                <w:sz w:val="20"/>
              </w:rPr>
            </w:pPr>
          </w:p>
        </w:tc>
        <w:tc>
          <w:tcPr>
            <w:tcW w:w="1339" w:type="dxa"/>
          </w:tcPr>
          <w:p w14:paraId="5BB0E0E9" w14:textId="77777777" w:rsidR="00447748" w:rsidRPr="00977123" w:rsidRDefault="00447748" w:rsidP="00447748">
            <w:pPr>
              <w:spacing w:before="40" w:after="40"/>
              <w:rPr>
                <w:rFonts w:ascii="Arial" w:hAnsi="Arial" w:cs="Arial"/>
                <w:sz w:val="20"/>
              </w:rPr>
            </w:pPr>
            <w:r w:rsidRPr="00977123">
              <w:rPr>
                <w:rFonts w:ascii="Arial" w:hAnsi="Arial" w:cs="Arial"/>
                <w:sz w:val="20"/>
              </w:rPr>
              <w:t>7.1.3.1</w:t>
            </w:r>
          </w:p>
        </w:tc>
        <w:tc>
          <w:tcPr>
            <w:tcW w:w="2084" w:type="dxa"/>
          </w:tcPr>
          <w:p w14:paraId="2BB1266F"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461C375B"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43847F64" w14:textId="77777777" w:rsidR="00447748" w:rsidRPr="00977123" w:rsidRDefault="00447748" w:rsidP="00447748">
            <w:pPr>
              <w:spacing w:before="40" w:after="40"/>
              <w:rPr>
                <w:rFonts w:ascii="Arial" w:hAnsi="Arial" w:cs="Arial"/>
                <w:sz w:val="20"/>
              </w:rPr>
            </w:pPr>
          </w:p>
        </w:tc>
        <w:tc>
          <w:tcPr>
            <w:tcW w:w="3920" w:type="dxa"/>
          </w:tcPr>
          <w:p w14:paraId="4D17F74B" w14:textId="77777777" w:rsidR="00447748" w:rsidRPr="00977123" w:rsidRDefault="00447748" w:rsidP="00447748">
            <w:pPr>
              <w:spacing w:before="40" w:after="40"/>
              <w:rPr>
                <w:rFonts w:ascii="Arial" w:hAnsi="Arial" w:cs="Arial"/>
                <w:sz w:val="20"/>
              </w:rPr>
            </w:pPr>
          </w:p>
        </w:tc>
      </w:tr>
      <w:tr w:rsidR="00447748" w:rsidRPr="00977123" w14:paraId="36668ECA" w14:textId="77777777" w:rsidTr="00447748">
        <w:tc>
          <w:tcPr>
            <w:tcW w:w="1120" w:type="dxa"/>
          </w:tcPr>
          <w:p w14:paraId="09D0975F" w14:textId="77777777" w:rsidR="00447748" w:rsidRPr="00977123" w:rsidRDefault="00447748" w:rsidP="00447748">
            <w:pPr>
              <w:spacing w:before="40" w:after="40"/>
              <w:rPr>
                <w:rFonts w:ascii="Arial" w:hAnsi="Arial" w:cs="Arial"/>
                <w:sz w:val="20"/>
              </w:rPr>
            </w:pPr>
          </w:p>
        </w:tc>
        <w:tc>
          <w:tcPr>
            <w:tcW w:w="1953" w:type="dxa"/>
          </w:tcPr>
          <w:p w14:paraId="224BDC5F" w14:textId="77777777" w:rsidR="00447748" w:rsidRPr="00977123" w:rsidRDefault="00447748" w:rsidP="00447748">
            <w:pPr>
              <w:spacing w:before="40" w:after="40"/>
              <w:rPr>
                <w:rFonts w:ascii="Arial" w:hAnsi="Arial" w:cs="Arial"/>
                <w:sz w:val="20"/>
              </w:rPr>
            </w:pPr>
          </w:p>
        </w:tc>
        <w:tc>
          <w:tcPr>
            <w:tcW w:w="1339" w:type="dxa"/>
          </w:tcPr>
          <w:p w14:paraId="5351FF94" w14:textId="77777777" w:rsidR="00447748" w:rsidRPr="00977123" w:rsidRDefault="00447748" w:rsidP="00447748">
            <w:pPr>
              <w:spacing w:before="40" w:after="40"/>
              <w:rPr>
                <w:rFonts w:ascii="Arial" w:hAnsi="Arial" w:cs="Arial"/>
                <w:sz w:val="20"/>
              </w:rPr>
            </w:pPr>
            <w:r w:rsidRPr="00977123">
              <w:rPr>
                <w:rFonts w:ascii="Arial" w:hAnsi="Arial" w:cs="Arial"/>
                <w:sz w:val="20"/>
              </w:rPr>
              <w:t>7.1.3.2</w:t>
            </w:r>
          </w:p>
        </w:tc>
        <w:tc>
          <w:tcPr>
            <w:tcW w:w="2084" w:type="dxa"/>
          </w:tcPr>
          <w:p w14:paraId="0BC6AD28" w14:textId="77777777" w:rsidR="00447748" w:rsidRPr="00977123" w:rsidRDefault="00447748" w:rsidP="00447748">
            <w:pPr>
              <w:spacing w:before="40" w:after="40"/>
              <w:rPr>
                <w:rFonts w:ascii="Arial" w:hAnsi="Arial" w:cs="Arial"/>
                <w:sz w:val="20"/>
              </w:rPr>
            </w:pPr>
            <w:r w:rsidRPr="00977123">
              <w:rPr>
                <w:rFonts w:ascii="Arial" w:hAnsi="Arial" w:cs="Arial"/>
                <w:sz w:val="20"/>
              </w:rPr>
              <w:t>Evaluating auditors</w:t>
            </w:r>
          </w:p>
        </w:tc>
        <w:tc>
          <w:tcPr>
            <w:tcW w:w="1528" w:type="dxa"/>
          </w:tcPr>
          <w:p w14:paraId="5FED8995"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36C3FFDB" w14:textId="77777777" w:rsidR="00447748" w:rsidRPr="00977123" w:rsidRDefault="00447748" w:rsidP="00447748">
            <w:pPr>
              <w:spacing w:before="40" w:after="40"/>
              <w:rPr>
                <w:rFonts w:ascii="Arial" w:hAnsi="Arial" w:cs="Arial"/>
                <w:sz w:val="20"/>
              </w:rPr>
            </w:pPr>
          </w:p>
        </w:tc>
        <w:tc>
          <w:tcPr>
            <w:tcW w:w="3920" w:type="dxa"/>
          </w:tcPr>
          <w:p w14:paraId="183B4F86" w14:textId="77777777" w:rsidR="00447748" w:rsidRPr="00977123" w:rsidRDefault="00447748" w:rsidP="00447748">
            <w:pPr>
              <w:spacing w:before="40" w:after="40"/>
              <w:rPr>
                <w:rFonts w:ascii="Arial" w:hAnsi="Arial" w:cs="Arial"/>
                <w:sz w:val="20"/>
              </w:rPr>
            </w:pPr>
          </w:p>
        </w:tc>
      </w:tr>
      <w:tr w:rsidR="00447748" w:rsidRPr="00977123" w14:paraId="3466077C" w14:textId="77777777" w:rsidTr="00447748">
        <w:tc>
          <w:tcPr>
            <w:tcW w:w="1120" w:type="dxa"/>
          </w:tcPr>
          <w:p w14:paraId="17809D53" w14:textId="77777777" w:rsidR="00447748" w:rsidRPr="00977123" w:rsidRDefault="00447748" w:rsidP="00447748">
            <w:pPr>
              <w:spacing w:before="40" w:after="40"/>
              <w:rPr>
                <w:rFonts w:ascii="Arial" w:hAnsi="Arial" w:cs="Arial"/>
                <w:sz w:val="20"/>
              </w:rPr>
            </w:pPr>
          </w:p>
        </w:tc>
        <w:tc>
          <w:tcPr>
            <w:tcW w:w="1953" w:type="dxa"/>
          </w:tcPr>
          <w:p w14:paraId="3C2026A2" w14:textId="77777777" w:rsidR="00447748" w:rsidRPr="00977123" w:rsidRDefault="00447748" w:rsidP="00447748">
            <w:pPr>
              <w:spacing w:before="40" w:after="40"/>
              <w:rPr>
                <w:rFonts w:ascii="Arial" w:hAnsi="Arial" w:cs="Arial"/>
                <w:sz w:val="20"/>
              </w:rPr>
            </w:pPr>
          </w:p>
        </w:tc>
        <w:tc>
          <w:tcPr>
            <w:tcW w:w="1339" w:type="dxa"/>
          </w:tcPr>
          <w:p w14:paraId="3876F882" w14:textId="77777777" w:rsidR="00447748" w:rsidRPr="00977123" w:rsidRDefault="00447748" w:rsidP="00447748">
            <w:pPr>
              <w:spacing w:before="40" w:after="40"/>
              <w:rPr>
                <w:rFonts w:ascii="Arial" w:hAnsi="Arial" w:cs="Arial"/>
                <w:sz w:val="20"/>
              </w:rPr>
            </w:pPr>
            <w:r w:rsidRPr="00977123">
              <w:rPr>
                <w:rFonts w:ascii="Arial" w:hAnsi="Arial" w:cs="Arial"/>
                <w:sz w:val="20"/>
              </w:rPr>
              <w:t>7.1.3.3</w:t>
            </w:r>
          </w:p>
        </w:tc>
        <w:tc>
          <w:tcPr>
            <w:tcW w:w="2084" w:type="dxa"/>
          </w:tcPr>
          <w:p w14:paraId="47285D08" w14:textId="77777777" w:rsidR="00447748" w:rsidRPr="00977123" w:rsidRDefault="00447748" w:rsidP="00447748">
            <w:pPr>
              <w:spacing w:before="40" w:after="40"/>
              <w:rPr>
                <w:rFonts w:ascii="Arial" w:hAnsi="Arial" w:cs="Arial"/>
                <w:sz w:val="20"/>
              </w:rPr>
            </w:pPr>
            <w:r w:rsidRPr="00977123">
              <w:rPr>
                <w:rFonts w:ascii="Arial" w:hAnsi="Arial" w:cs="Arial"/>
                <w:sz w:val="20"/>
              </w:rPr>
              <w:t>Selecting auditors</w:t>
            </w:r>
          </w:p>
        </w:tc>
        <w:tc>
          <w:tcPr>
            <w:tcW w:w="1528" w:type="dxa"/>
          </w:tcPr>
          <w:p w14:paraId="7285D285"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12EA379F" w14:textId="77777777" w:rsidR="00447748" w:rsidRPr="00977123" w:rsidRDefault="00447748" w:rsidP="00447748">
            <w:pPr>
              <w:spacing w:before="40" w:after="40"/>
              <w:rPr>
                <w:rFonts w:ascii="Arial" w:hAnsi="Arial" w:cs="Arial"/>
                <w:sz w:val="20"/>
              </w:rPr>
            </w:pPr>
          </w:p>
        </w:tc>
        <w:tc>
          <w:tcPr>
            <w:tcW w:w="3920" w:type="dxa"/>
          </w:tcPr>
          <w:p w14:paraId="3E64999E" w14:textId="77777777" w:rsidR="00447748" w:rsidRPr="00977123" w:rsidRDefault="00447748" w:rsidP="00447748">
            <w:pPr>
              <w:spacing w:before="40" w:after="40"/>
              <w:rPr>
                <w:rFonts w:ascii="Arial" w:hAnsi="Arial" w:cs="Arial"/>
                <w:sz w:val="20"/>
              </w:rPr>
            </w:pPr>
          </w:p>
        </w:tc>
      </w:tr>
      <w:tr w:rsidR="00447748" w:rsidRPr="00977123" w14:paraId="61C658CA" w14:textId="77777777" w:rsidTr="00447748">
        <w:tc>
          <w:tcPr>
            <w:tcW w:w="1120" w:type="dxa"/>
          </w:tcPr>
          <w:p w14:paraId="4939E5A8" w14:textId="77777777" w:rsidR="00447748" w:rsidRPr="00977123" w:rsidRDefault="00447748" w:rsidP="00447748">
            <w:pPr>
              <w:spacing w:before="40" w:after="40"/>
              <w:rPr>
                <w:rFonts w:ascii="Arial" w:hAnsi="Arial" w:cs="Arial"/>
                <w:sz w:val="20"/>
              </w:rPr>
            </w:pPr>
          </w:p>
        </w:tc>
        <w:tc>
          <w:tcPr>
            <w:tcW w:w="1953" w:type="dxa"/>
          </w:tcPr>
          <w:p w14:paraId="4D2C2E0E" w14:textId="77777777" w:rsidR="00447748" w:rsidRPr="00977123" w:rsidRDefault="00447748" w:rsidP="00447748">
            <w:pPr>
              <w:spacing w:before="40" w:after="40"/>
              <w:rPr>
                <w:rFonts w:ascii="Arial" w:hAnsi="Arial" w:cs="Arial"/>
                <w:sz w:val="20"/>
              </w:rPr>
            </w:pPr>
          </w:p>
        </w:tc>
        <w:tc>
          <w:tcPr>
            <w:tcW w:w="1339" w:type="dxa"/>
          </w:tcPr>
          <w:p w14:paraId="32EFA8A0" w14:textId="77777777" w:rsidR="00447748" w:rsidRPr="00977123" w:rsidRDefault="00447748" w:rsidP="00447748">
            <w:pPr>
              <w:spacing w:before="40" w:after="40"/>
              <w:rPr>
                <w:rFonts w:ascii="Arial" w:hAnsi="Arial" w:cs="Arial"/>
                <w:sz w:val="20"/>
              </w:rPr>
            </w:pPr>
            <w:r w:rsidRPr="00977123">
              <w:rPr>
                <w:rFonts w:ascii="Arial" w:hAnsi="Arial" w:cs="Arial"/>
                <w:sz w:val="20"/>
              </w:rPr>
              <w:t>7.1.3.4</w:t>
            </w:r>
          </w:p>
        </w:tc>
        <w:tc>
          <w:tcPr>
            <w:tcW w:w="2084" w:type="dxa"/>
          </w:tcPr>
          <w:p w14:paraId="2F24DE4A" w14:textId="77777777" w:rsidR="00447748" w:rsidRPr="00977123" w:rsidRDefault="00447748" w:rsidP="00447748">
            <w:pPr>
              <w:spacing w:before="40" w:after="40"/>
              <w:rPr>
                <w:rFonts w:ascii="Arial" w:hAnsi="Arial" w:cs="Arial"/>
                <w:sz w:val="20"/>
              </w:rPr>
            </w:pPr>
            <w:r w:rsidRPr="00977123">
              <w:rPr>
                <w:rFonts w:ascii="Arial" w:hAnsi="Arial" w:cs="Arial"/>
                <w:sz w:val="20"/>
              </w:rPr>
              <w:t>Selecting technical experts</w:t>
            </w:r>
          </w:p>
        </w:tc>
        <w:tc>
          <w:tcPr>
            <w:tcW w:w="1528" w:type="dxa"/>
          </w:tcPr>
          <w:p w14:paraId="34708065"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5AFA6F6B" w14:textId="77777777" w:rsidR="00447748" w:rsidRPr="00977123" w:rsidRDefault="00447748" w:rsidP="00447748">
            <w:pPr>
              <w:spacing w:before="40" w:after="40"/>
              <w:rPr>
                <w:rFonts w:ascii="Arial" w:hAnsi="Arial" w:cs="Arial"/>
                <w:sz w:val="20"/>
              </w:rPr>
            </w:pPr>
          </w:p>
        </w:tc>
        <w:tc>
          <w:tcPr>
            <w:tcW w:w="3920" w:type="dxa"/>
          </w:tcPr>
          <w:p w14:paraId="549135B6" w14:textId="77777777" w:rsidR="00447748" w:rsidRPr="00977123" w:rsidRDefault="00447748" w:rsidP="00447748">
            <w:pPr>
              <w:spacing w:before="40" w:after="40"/>
              <w:rPr>
                <w:rFonts w:ascii="Arial" w:hAnsi="Arial" w:cs="Arial"/>
                <w:sz w:val="20"/>
              </w:rPr>
            </w:pPr>
          </w:p>
        </w:tc>
      </w:tr>
      <w:tr w:rsidR="00447748" w:rsidRPr="00977123" w14:paraId="51AE16D7" w14:textId="77777777" w:rsidTr="00447748">
        <w:tc>
          <w:tcPr>
            <w:tcW w:w="1120" w:type="dxa"/>
          </w:tcPr>
          <w:p w14:paraId="114916C7" w14:textId="77777777" w:rsidR="00447748" w:rsidRPr="00977123" w:rsidRDefault="00447748" w:rsidP="00447748">
            <w:pPr>
              <w:spacing w:before="40" w:after="40"/>
              <w:rPr>
                <w:rFonts w:ascii="Arial" w:hAnsi="Arial" w:cs="Arial"/>
                <w:sz w:val="20"/>
              </w:rPr>
            </w:pPr>
          </w:p>
        </w:tc>
        <w:tc>
          <w:tcPr>
            <w:tcW w:w="1953" w:type="dxa"/>
          </w:tcPr>
          <w:p w14:paraId="3BFB7828" w14:textId="77777777" w:rsidR="00447748" w:rsidRPr="00977123" w:rsidRDefault="00447748" w:rsidP="00447748">
            <w:pPr>
              <w:spacing w:before="40" w:after="40"/>
              <w:rPr>
                <w:rFonts w:ascii="Arial" w:hAnsi="Arial" w:cs="Arial"/>
                <w:sz w:val="20"/>
              </w:rPr>
            </w:pPr>
          </w:p>
        </w:tc>
        <w:tc>
          <w:tcPr>
            <w:tcW w:w="1339" w:type="dxa"/>
          </w:tcPr>
          <w:p w14:paraId="393D6249" w14:textId="77777777" w:rsidR="00447748" w:rsidRPr="00977123" w:rsidRDefault="00447748" w:rsidP="00447748">
            <w:pPr>
              <w:spacing w:before="40" w:after="40"/>
              <w:rPr>
                <w:rFonts w:ascii="Arial" w:hAnsi="Arial" w:cs="Arial"/>
                <w:sz w:val="20"/>
              </w:rPr>
            </w:pPr>
            <w:r w:rsidRPr="00977123">
              <w:rPr>
                <w:rFonts w:ascii="Arial" w:hAnsi="Arial" w:cs="Arial"/>
                <w:sz w:val="20"/>
              </w:rPr>
              <w:t>7.1.4</w:t>
            </w:r>
          </w:p>
        </w:tc>
        <w:tc>
          <w:tcPr>
            <w:tcW w:w="2084" w:type="dxa"/>
          </w:tcPr>
          <w:p w14:paraId="02F05680" w14:textId="77777777" w:rsidR="00447748" w:rsidRPr="00977123" w:rsidRDefault="00447748" w:rsidP="00447748">
            <w:pPr>
              <w:spacing w:before="40" w:after="40"/>
              <w:rPr>
                <w:rFonts w:ascii="Arial" w:hAnsi="Arial" w:cs="Arial"/>
                <w:sz w:val="20"/>
              </w:rPr>
            </w:pPr>
            <w:r w:rsidRPr="00977123">
              <w:rPr>
                <w:rFonts w:ascii="Arial" w:hAnsi="Arial" w:cs="Arial"/>
                <w:sz w:val="20"/>
              </w:rPr>
              <w:t>Other considerations</w:t>
            </w:r>
          </w:p>
        </w:tc>
        <w:tc>
          <w:tcPr>
            <w:tcW w:w="1528" w:type="dxa"/>
          </w:tcPr>
          <w:p w14:paraId="59332705"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A6CBF57" w14:textId="77777777" w:rsidR="00447748" w:rsidRPr="00977123" w:rsidRDefault="00447748" w:rsidP="00447748">
            <w:pPr>
              <w:spacing w:before="40" w:after="40"/>
              <w:rPr>
                <w:rFonts w:ascii="Arial" w:hAnsi="Arial" w:cs="Arial"/>
                <w:sz w:val="20"/>
              </w:rPr>
            </w:pPr>
          </w:p>
        </w:tc>
        <w:tc>
          <w:tcPr>
            <w:tcW w:w="3920" w:type="dxa"/>
          </w:tcPr>
          <w:p w14:paraId="58F532E3" w14:textId="77777777" w:rsidR="00447748" w:rsidRPr="00977123" w:rsidRDefault="00447748" w:rsidP="00447748">
            <w:pPr>
              <w:spacing w:before="40" w:after="40"/>
              <w:rPr>
                <w:rFonts w:ascii="Arial" w:hAnsi="Arial" w:cs="Arial"/>
                <w:sz w:val="20"/>
              </w:rPr>
            </w:pPr>
          </w:p>
        </w:tc>
      </w:tr>
      <w:tr w:rsidR="00447748" w:rsidRPr="00977123" w14:paraId="6F03F241" w14:textId="77777777" w:rsidTr="00447748">
        <w:tc>
          <w:tcPr>
            <w:tcW w:w="1120" w:type="dxa"/>
          </w:tcPr>
          <w:p w14:paraId="1EAF10EC" w14:textId="77777777" w:rsidR="00447748" w:rsidRPr="00977123" w:rsidRDefault="00447748" w:rsidP="00447748">
            <w:pPr>
              <w:spacing w:before="40" w:after="40"/>
              <w:rPr>
                <w:rFonts w:ascii="Arial" w:hAnsi="Arial" w:cs="Arial"/>
                <w:sz w:val="20"/>
              </w:rPr>
            </w:pPr>
          </w:p>
        </w:tc>
        <w:tc>
          <w:tcPr>
            <w:tcW w:w="1953" w:type="dxa"/>
          </w:tcPr>
          <w:p w14:paraId="3D28E6E8" w14:textId="77777777" w:rsidR="00447748" w:rsidRPr="00977123" w:rsidRDefault="00447748" w:rsidP="00447748">
            <w:pPr>
              <w:spacing w:before="40" w:after="40"/>
              <w:rPr>
                <w:rFonts w:ascii="Arial" w:hAnsi="Arial" w:cs="Arial"/>
                <w:sz w:val="20"/>
              </w:rPr>
            </w:pPr>
          </w:p>
        </w:tc>
        <w:tc>
          <w:tcPr>
            <w:tcW w:w="1339" w:type="dxa"/>
          </w:tcPr>
          <w:p w14:paraId="652F1C75" w14:textId="77777777" w:rsidR="00447748" w:rsidRPr="00977123" w:rsidRDefault="00447748" w:rsidP="00447748">
            <w:pPr>
              <w:spacing w:before="40" w:after="40"/>
              <w:rPr>
                <w:rFonts w:ascii="Arial" w:hAnsi="Arial" w:cs="Arial"/>
                <w:sz w:val="20"/>
              </w:rPr>
            </w:pPr>
            <w:r w:rsidRPr="00977123">
              <w:rPr>
                <w:rFonts w:ascii="Arial" w:hAnsi="Arial" w:cs="Arial"/>
                <w:sz w:val="20"/>
              </w:rPr>
              <w:t>7.2</w:t>
            </w:r>
          </w:p>
        </w:tc>
        <w:tc>
          <w:tcPr>
            <w:tcW w:w="2084" w:type="dxa"/>
          </w:tcPr>
          <w:p w14:paraId="5B63ADF6" w14:textId="77777777" w:rsidR="00447748" w:rsidRPr="00977123" w:rsidRDefault="00447748" w:rsidP="00447748">
            <w:pPr>
              <w:spacing w:before="40" w:after="40"/>
              <w:rPr>
                <w:rFonts w:ascii="Arial" w:hAnsi="Arial" w:cs="Arial"/>
                <w:sz w:val="20"/>
              </w:rPr>
            </w:pPr>
            <w:r w:rsidRPr="00977123">
              <w:rPr>
                <w:rFonts w:ascii="Arial" w:hAnsi="Arial" w:cs="Arial"/>
                <w:sz w:val="20"/>
              </w:rPr>
              <w:t>Personnel involved in the certification activities</w:t>
            </w:r>
          </w:p>
        </w:tc>
        <w:tc>
          <w:tcPr>
            <w:tcW w:w="1528" w:type="dxa"/>
          </w:tcPr>
          <w:p w14:paraId="1A15A111"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4AD0D5D4" w14:textId="77777777" w:rsidR="00447748" w:rsidRPr="00977123" w:rsidRDefault="00447748" w:rsidP="00447748">
            <w:pPr>
              <w:spacing w:before="40" w:after="40"/>
              <w:rPr>
                <w:rFonts w:ascii="Arial" w:hAnsi="Arial" w:cs="Arial"/>
                <w:sz w:val="20"/>
              </w:rPr>
            </w:pPr>
          </w:p>
        </w:tc>
        <w:tc>
          <w:tcPr>
            <w:tcW w:w="3920" w:type="dxa"/>
          </w:tcPr>
          <w:p w14:paraId="48A7F8E3" w14:textId="77777777" w:rsidR="00447748" w:rsidRPr="00977123" w:rsidRDefault="00447748" w:rsidP="00447748">
            <w:pPr>
              <w:spacing w:before="40" w:after="40"/>
              <w:rPr>
                <w:rFonts w:ascii="Arial" w:hAnsi="Arial" w:cs="Arial"/>
                <w:sz w:val="20"/>
              </w:rPr>
            </w:pPr>
          </w:p>
        </w:tc>
      </w:tr>
      <w:tr w:rsidR="00447748" w:rsidRPr="00977123" w14:paraId="14249102" w14:textId="77777777" w:rsidTr="00447748">
        <w:tc>
          <w:tcPr>
            <w:tcW w:w="1120" w:type="dxa"/>
          </w:tcPr>
          <w:p w14:paraId="0571A6FF" w14:textId="77777777" w:rsidR="00447748" w:rsidRPr="00977123" w:rsidRDefault="00447748" w:rsidP="00447748">
            <w:pPr>
              <w:spacing w:before="40" w:after="40"/>
              <w:rPr>
                <w:rFonts w:ascii="Arial" w:hAnsi="Arial" w:cs="Arial"/>
                <w:sz w:val="20"/>
              </w:rPr>
            </w:pPr>
            <w:r w:rsidRPr="00977123">
              <w:rPr>
                <w:rFonts w:ascii="Arial" w:hAnsi="Arial" w:cs="Arial"/>
                <w:sz w:val="20"/>
              </w:rPr>
              <w:t>7.3</w:t>
            </w:r>
          </w:p>
        </w:tc>
        <w:tc>
          <w:tcPr>
            <w:tcW w:w="1953" w:type="dxa"/>
          </w:tcPr>
          <w:p w14:paraId="74203004" w14:textId="77777777" w:rsidR="00447748" w:rsidRPr="00977123" w:rsidRDefault="00447748" w:rsidP="00447748">
            <w:pPr>
              <w:spacing w:before="40" w:after="40"/>
              <w:rPr>
                <w:rFonts w:ascii="Arial" w:hAnsi="Arial" w:cs="Arial"/>
                <w:sz w:val="20"/>
              </w:rPr>
            </w:pPr>
            <w:r w:rsidRPr="00977123">
              <w:rPr>
                <w:rFonts w:ascii="Arial" w:hAnsi="Arial" w:cs="Arial"/>
                <w:sz w:val="20"/>
              </w:rPr>
              <w:t xml:space="preserve">Use of individual external auditors </w:t>
            </w:r>
            <w:r w:rsidRPr="00977123">
              <w:rPr>
                <w:rFonts w:ascii="Arial" w:hAnsi="Arial" w:cs="Arial"/>
                <w:sz w:val="20"/>
              </w:rPr>
              <w:lastRenderedPageBreak/>
              <w:t>and external technical experts</w:t>
            </w:r>
          </w:p>
        </w:tc>
        <w:tc>
          <w:tcPr>
            <w:tcW w:w="1339" w:type="dxa"/>
          </w:tcPr>
          <w:p w14:paraId="11DF102D" w14:textId="77777777" w:rsidR="00447748" w:rsidRPr="00977123" w:rsidRDefault="00447748" w:rsidP="00447748">
            <w:pPr>
              <w:spacing w:before="40" w:after="40"/>
              <w:rPr>
                <w:rFonts w:ascii="Arial" w:hAnsi="Arial" w:cs="Arial"/>
                <w:sz w:val="20"/>
              </w:rPr>
            </w:pPr>
            <w:r w:rsidRPr="00977123">
              <w:rPr>
                <w:rFonts w:ascii="Arial" w:hAnsi="Arial" w:cs="Arial"/>
                <w:sz w:val="20"/>
              </w:rPr>
              <w:lastRenderedPageBreak/>
              <w:t>7.3</w:t>
            </w:r>
          </w:p>
        </w:tc>
        <w:tc>
          <w:tcPr>
            <w:tcW w:w="2084" w:type="dxa"/>
          </w:tcPr>
          <w:p w14:paraId="357C589A" w14:textId="77777777" w:rsidR="00447748" w:rsidRPr="00977123" w:rsidRDefault="00447748" w:rsidP="00447748">
            <w:pPr>
              <w:spacing w:before="40" w:after="40"/>
              <w:rPr>
                <w:rFonts w:ascii="Arial" w:hAnsi="Arial" w:cs="Arial"/>
                <w:sz w:val="20"/>
              </w:rPr>
            </w:pPr>
            <w:r w:rsidRPr="00977123">
              <w:rPr>
                <w:rFonts w:ascii="Arial" w:hAnsi="Arial" w:cs="Arial"/>
                <w:sz w:val="20"/>
              </w:rPr>
              <w:t xml:space="preserve">Use of individual auditors and external </w:t>
            </w:r>
            <w:r w:rsidRPr="00977123">
              <w:rPr>
                <w:rFonts w:ascii="Arial" w:hAnsi="Arial" w:cs="Arial"/>
                <w:sz w:val="20"/>
              </w:rPr>
              <w:lastRenderedPageBreak/>
              <w:t>technical experts</w:t>
            </w:r>
          </w:p>
        </w:tc>
        <w:tc>
          <w:tcPr>
            <w:tcW w:w="1528" w:type="dxa"/>
          </w:tcPr>
          <w:p w14:paraId="7E5FE601" w14:textId="77777777" w:rsidR="00447748" w:rsidRPr="00977123" w:rsidRDefault="00447748" w:rsidP="00447748">
            <w:pPr>
              <w:spacing w:before="40" w:after="40"/>
              <w:rPr>
                <w:rFonts w:ascii="Arial" w:hAnsi="Arial" w:cs="Arial"/>
                <w:sz w:val="20"/>
              </w:rPr>
            </w:pPr>
            <w:r w:rsidRPr="00977123">
              <w:rPr>
                <w:rFonts w:ascii="Arial" w:hAnsi="Arial" w:cs="Arial"/>
                <w:sz w:val="20"/>
              </w:rPr>
              <w:lastRenderedPageBreak/>
              <w:t>Minor</w:t>
            </w:r>
          </w:p>
        </w:tc>
        <w:tc>
          <w:tcPr>
            <w:tcW w:w="3444" w:type="dxa"/>
          </w:tcPr>
          <w:p w14:paraId="4007C14E" w14:textId="77777777" w:rsidR="00447748" w:rsidRPr="00977123" w:rsidRDefault="00447748" w:rsidP="00447748">
            <w:pPr>
              <w:spacing w:before="40" w:after="40"/>
              <w:rPr>
                <w:rFonts w:ascii="Arial" w:hAnsi="Arial" w:cs="Arial"/>
                <w:sz w:val="20"/>
              </w:rPr>
            </w:pPr>
          </w:p>
        </w:tc>
        <w:tc>
          <w:tcPr>
            <w:tcW w:w="3920" w:type="dxa"/>
          </w:tcPr>
          <w:p w14:paraId="048F9A71" w14:textId="77777777" w:rsidR="00447748" w:rsidRPr="00977123" w:rsidRDefault="00447748" w:rsidP="00447748">
            <w:pPr>
              <w:spacing w:before="40" w:after="40"/>
              <w:rPr>
                <w:rFonts w:ascii="Arial" w:hAnsi="Arial" w:cs="Arial"/>
                <w:sz w:val="20"/>
              </w:rPr>
            </w:pPr>
          </w:p>
        </w:tc>
      </w:tr>
      <w:tr w:rsidR="00447748" w:rsidRPr="00977123" w14:paraId="793EE4D4" w14:textId="77777777" w:rsidTr="00447748">
        <w:tc>
          <w:tcPr>
            <w:tcW w:w="1120" w:type="dxa"/>
          </w:tcPr>
          <w:p w14:paraId="59DBB6CB" w14:textId="77777777" w:rsidR="00447748" w:rsidRPr="00977123" w:rsidRDefault="00447748" w:rsidP="00447748">
            <w:pPr>
              <w:spacing w:before="40" w:after="40"/>
              <w:rPr>
                <w:rFonts w:ascii="Arial" w:hAnsi="Arial" w:cs="Arial"/>
                <w:sz w:val="20"/>
              </w:rPr>
            </w:pPr>
            <w:r w:rsidRPr="00977123">
              <w:rPr>
                <w:rFonts w:ascii="Arial" w:hAnsi="Arial" w:cs="Arial"/>
                <w:sz w:val="20"/>
              </w:rPr>
              <w:t>7.4</w:t>
            </w:r>
          </w:p>
        </w:tc>
        <w:tc>
          <w:tcPr>
            <w:tcW w:w="1953" w:type="dxa"/>
          </w:tcPr>
          <w:p w14:paraId="5D006502" w14:textId="77777777" w:rsidR="00447748" w:rsidRPr="00977123" w:rsidRDefault="00447748" w:rsidP="00447748">
            <w:pPr>
              <w:spacing w:before="40" w:after="40"/>
              <w:rPr>
                <w:rFonts w:ascii="Arial" w:hAnsi="Arial" w:cs="Arial"/>
                <w:sz w:val="20"/>
              </w:rPr>
            </w:pPr>
            <w:r w:rsidRPr="00977123">
              <w:rPr>
                <w:rFonts w:ascii="Arial" w:hAnsi="Arial" w:cs="Arial"/>
                <w:sz w:val="20"/>
              </w:rPr>
              <w:t>Personnel records</w:t>
            </w:r>
          </w:p>
        </w:tc>
        <w:tc>
          <w:tcPr>
            <w:tcW w:w="1339" w:type="dxa"/>
          </w:tcPr>
          <w:p w14:paraId="732FE0B4" w14:textId="77777777" w:rsidR="00447748" w:rsidRPr="00977123" w:rsidRDefault="00447748" w:rsidP="00447748">
            <w:pPr>
              <w:spacing w:before="40" w:after="40"/>
              <w:rPr>
                <w:rFonts w:ascii="Arial" w:hAnsi="Arial" w:cs="Arial"/>
                <w:sz w:val="20"/>
              </w:rPr>
            </w:pPr>
            <w:r w:rsidRPr="00977123">
              <w:rPr>
                <w:rFonts w:ascii="Arial" w:hAnsi="Arial" w:cs="Arial"/>
                <w:sz w:val="20"/>
              </w:rPr>
              <w:t>7.4</w:t>
            </w:r>
          </w:p>
        </w:tc>
        <w:tc>
          <w:tcPr>
            <w:tcW w:w="2084" w:type="dxa"/>
          </w:tcPr>
          <w:p w14:paraId="0ECC5793" w14:textId="77777777" w:rsidR="00447748" w:rsidRPr="00977123" w:rsidRDefault="00447748" w:rsidP="00447748">
            <w:pPr>
              <w:spacing w:before="40" w:after="40"/>
              <w:rPr>
                <w:rFonts w:ascii="Arial" w:hAnsi="Arial" w:cs="Arial"/>
                <w:sz w:val="20"/>
              </w:rPr>
            </w:pPr>
            <w:r w:rsidRPr="00977123">
              <w:rPr>
                <w:rFonts w:ascii="Arial" w:hAnsi="Arial" w:cs="Arial"/>
                <w:sz w:val="20"/>
              </w:rPr>
              <w:t>Personnel records</w:t>
            </w:r>
          </w:p>
        </w:tc>
        <w:tc>
          <w:tcPr>
            <w:tcW w:w="1528" w:type="dxa"/>
          </w:tcPr>
          <w:p w14:paraId="50485162"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166F22C" w14:textId="77777777" w:rsidR="00447748" w:rsidRPr="00977123" w:rsidRDefault="00447748" w:rsidP="00447748">
            <w:pPr>
              <w:spacing w:before="40" w:after="40"/>
              <w:rPr>
                <w:rFonts w:ascii="Arial" w:hAnsi="Arial" w:cs="Arial"/>
                <w:sz w:val="20"/>
              </w:rPr>
            </w:pPr>
          </w:p>
        </w:tc>
        <w:tc>
          <w:tcPr>
            <w:tcW w:w="3920" w:type="dxa"/>
          </w:tcPr>
          <w:p w14:paraId="65654618" w14:textId="77777777" w:rsidR="00447748" w:rsidRPr="00977123" w:rsidRDefault="00447748" w:rsidP="00447748">
            <w:pPr>
              <w:spacing w:before="40" w:after="40"/>
              <w:rPr>
                <w:rFonts w:ascii="Arial" w:hAnsi="Arial" w:cs="Arial"/>
                <w:sz w:val="20"/>
              </w:rPr>
            </w:pPr>
          </w:p>
        </w:tc>
      </w:tr>
      <w:tr w:rsidR="00447748" w:rsidRPr="00977123" w14:paraId="30396CFA" w14:textId="77777777" w:rsidTr="00447748">
        <w:tc>
          <w:tcPr>
            <w:tcW w:w="1120" w:type="dxa"/>
          </w:tcPr>
          <w:p w14:paraId="7CDD83B6" w14:textId="77777777" w:rsidR="00447748" w:rsidRPr="00977123" w:rsidRDefault="00447748" w:rsidP="00447748">
            <w:pPr>
              <w:spacing w:before="40" w:after="40"/>
              <w:rPr>
                <w:rFonts w:ascii="Arial" w:hAnsi="Arial" w:cs="Arial"/>
                <w:sz w:val="20"/>
              </w:rPr>
            </w:pPr>
            <w:r w:rsidRPr="00977123">
              <w:rPr>
                <w:rFonts w:ascii="Arial" w:hAnsi="Arial" w:cs="Arial"/>
                <w:sz w:val="20"/>
              </w:rPr>
              <w:t>7.5</w:t>
            </w:r>
          </w:p>
        </w:tc>
        <w:tc>
          <w:tcPr>
            <w:tcW w:w="1953" w:type="dxa"/>
          </w:tcPr>
          <w:p w14:paraId="5912D022" w14:textId="77777777" w:rsidR="00447748" w:rsidRPr="00977123" w:rsidRDefault="00447748" w:rsidP="00447748">
            <w:pPr>
              <w:spacing w:before="40" w:after="40"/>
              <w:rPr>
                <w:rFonts w:ascii="Arial" w:hAnsi="Arial" w:cs="Arial"/>
                <w:sz w:val="20"/>
              </w:rPr>
            </w:pPr>
            <w:r w:rsidRPr="00977123">
              <w:rPr>
                <w:rFonts w:ascii="Arial" w:hAnsi="Arial" w:cs="Arial"/>
                <w:sz w:val="20"/>
              </w:rPr>
              <w:t>Outsourcing</w:t>
            </w:r>
          </w:p>
        </w:tc>
        <w:tc>
          <w:tcPr>
            <w:tcW w:w="1339" w:type="dxa"/>
          </w:tcPr>
          <w:p w14:paraId="41C77B4C" w14:textId="77777777" w:rsidR="00447748" w:rsidRPr="00977123" w:rsidRDefault="00447748" w:rsidP="00447748">
            <w:pPr>
              <w:spacing w:before="40" w:after="40"/>
              <w:rPr>
                <w:rFonts w:ascii="Arial" w:hAnsi="Arial" w:cs="Arial"/>
                <w:sz w:val="20"/>
              </w:rPr>
            </w:pPr>
            <w:r w:rsidRPr="00977123">
              <w:rPr>
                <w:rFonts w:ascii="Arial" w:hAnsi="Arial" w:cs="Arial"/>
                <w:sz w:val="20"/>
              </w:rPr>
              <w:t>7.5</w:t>
            </w:r>
          </w:p>
        </w:tc>
        <w:tc>
          <w:tcPr>
            <w:tcW w:w="2084" w:type="dxa"/>
          </w:tcPr>
          <w:p w14:paraId="1CD1EF60" w14:textId="77777777" w:rsidR="00447748" w:rsidRPr="00977123" w:rsidRDefault="00447748" w:rsidP="00447748">
            <w:pPr>
              <w:spacing w:before="40" w:after="40"/>
              <w:rPr>
                <w:rFonts w:ascii="Arial" w:hAnsi="Arial" w:cs="Arial"/>
                <w:sz w:val="20"/>
              </w:rPr>
            </w:pPr>
            <w:r w:rsidRPr="00977123">
              <w:rPr>
                <w:rFonts w:ascii="Arial" w:hAnsi="Arial" w:cs="Arial"/>
                <w:sz w:val="20"/>
              </w:rPr>
              <w:t>Outsourcing</w:t>
            </w:r>
          </w:p>
        </w:tc>
        <w:tc>
          <w:tcPr>
            <w:tcW w:w="1528" w:type="dxa"/>
          </w:tcPr>
          <w:p w14:paraId="3CD8E468"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67BF3BE7" w14:textId="77777777" w:rsidR="00447748" w:rsidRPr="00977123" w:rsidRDefault="00447748" w:rsidP="00447748">
            <w:pPr>
              <w:spacing w:before="40" w:after="40"/>
              <w:rPr>
                <w:rFonts w:ascii="Arial" w:hAnsi="Arial" w:cs="Arial"/>
                <w:sz w:val="20"/>
              </w:rPr>
            </w:pPr>
          </w:p>
        </w:tc>
        <w:tc>
          <w:tcPr>
            <w:tcW w:w="3920" w:type="dxa"/>
          </w:tcPr>
          <w:p w14:paraId="2E69E9C1" w14:textId="77777777" w:rsidR="00447748" w:rsidRPr="00977123" w:rsidRDefault="00447748" w:rsidP="00447748">
            <w:pPr>
              <w:spacing w:before="40" w:after="40"/>
              <w:rPr>
                <w:rFonts w:ascii="Arial" w:hAnsi="Arial" w:cs="Arial"/>
                <w:sz w:val="20"/>
              </w:rPr>
            </w:pPr>
          </w:p>
        </w:tc>
      </w:tr>
      <w:tr w:rsidR="00447748" w:rsidRPr="00977123" w14:paraId="0105246C" w14:textId="77777777" w:rsidTr="00447748">
        <w:tc>
          <w:tcPr>
            <w:tcW w:w="1120" w:type="dxa"/>
          </w:tcPr>
          <w:p w14:paraId="261680D3" w14:textId="77777777" w:rsidR="00447748" w:rsidRPr="00977123" w:rsidRDefault="00447748" w:rsidP="00447748">
            <w:pPr>
              <w:spacing w:before="40" w:after="40"/>
              <w:rPr>
                <w:rFonts w:ascii="Arial" w:hAnsi="Arial" w:cs="Arial"/>
                <w:sz w:val="20"/>
              </w:rPr>
            </w:pPr>
            <w:r w:rsidRPr="00977123">
              <w:rPr>
                <w:rFonts w:ascii="Arial" w:hAnsi="Arial" w:cs="Arial"/>
                <w:sz w:val="20"/>
              </w:rPr>
              <w:t>8.</w:t>
            </w:r>
          </w:p>
        </w:tc>
        <w:tc>
          <w:tcPr>
            <w:tcW w:w="1953" w:type="dxa"/>
          </w:tcPr>
          <w:p w14:paraId="4858D580" w14:textId="77777777" w:rsidR="00447748" w:rsidRPr="00977123" w:rsidRDefault="00447748" w:rsidP="00447748">
            <w:pPr>
              <w:spacing w:before="40" w:after="40"/>
              <w:rPr>
                <w:rFonts w:ascii="Arial" w:hAnsi="Arial" w:cs="Arial"/>
                <w:sz w:val="20"/>
              </w:rPr>
            </w:pPr>
            <w:r w:rsidRPr="00977123">
              <w:rPr>
                <w:rFonts w:ascii="Arial" w:hAnsi="Arial" w:cs="Arial"/>
                <w:sz w:val="20"/>
              </w:rPr>
              <w:t>Information requirements</w:t>
            </w:r>
          </w:p>
        </w:tc>
        <w:tc>
          <w:tcPr>
            <w:tcW w:w="1339" w:type="dxa"/>
          </w:tcPr>
          <w:p w14:paraId="130367D8" w14:textId="77777777" w:rsidR="00447748" w:rsidRPr="00977123" w:rsidRDefault="00447748" w:rsidP="00447748">
            <w:pPr>
              <w:spacing w:before="40" w:after="40"/>
              <w:rPr>
                <w:rFonts w:ascii="Arial" w:hAnsi="Arial" w:cs="Arial"/>
                <w:sz w:val="20"/>
              </w:rPr>
            </w:pPr>
            <w:r w:rsidRPr="00977123">
              <w:rPr>
                <w:rFonts w:ascii="Arial" w:hAnsi="Arial" w:cs="Arial"/>
                <w:sz w:val="20"/>
              </w:rPr>
              <w:t>8.</w:t>
            </w:r>
          </w:p>
        </w:tc>
        <w:tc>
          <w:tcPr>
            <w:tcW w:w="2084" w:type="dxa"/>
          </w:tcPr>
          <w:p w14:paraId="04B382DE" w14:textId="77777777" w:rsidR="00447748" w:rsidRPr="00977123" w:rsidRDefault="00447748" w:rsidP="00447748">
            <w:pPr>
              <w:spacing w:before="40" w:after="40"/>
              <w:rPr>
                <w:rFonts w:ascii="Arial" w:hAnsi="Arial" w:cs="Arial"/>
                <w:sz w:val="20"/>
              </w:rPr>
            </w:pPr>
            <w:r w:rsidRPr="00977123">
              <w:rPr>
                <w:rFonts w:ascii="Arial" w:hAnsi="Arial" w:cs="Arial"/>
                <w:sz w:val="20"/>
              </w:rPr>
              <w:t>Information requirements</w:t>
            </w:r>
          </w:p>
        </w:tc>
        <w:tc>
          <w:tcPr>
            <w:tcW w:w="1528" w:type="dxa"/>
          </w:tcPr>
          <w:p w14:paraId="75B0375E" w14:textId="77777777" w:rsidR="00447748" w:rsidRPr="00977123" w:rsidRDefault="00447748" w:rsidP="00447748">
            <w:pPr>
              <w:spacing w:before="40" w:after="40"/>
              <w:rPr>
                <w:rFonts w:ascii="Arial" w:hAnsi="Arial" w:cs="Arial"/>
                <w:sz w:val="20"/>
              </w:rPr>
            </w:pPr>
          </w:p>
        </w:tc>
        <w:tc>
          <w:tcPr>
            <w:tcW w:w="3444" w:type="dxa"/>
          </w:tcPr>
          <w:p w14:paraId="0448FE3F" w14:textId="77777777" w:rsidR="00447748" w:rsidRPr="00977123" w:rsidRDefault="00447748" w:rsidP="00447748">
            <w:pPr>
              <w:spacing w:before="40" w:after="40"/>
              <w:rPr>
                <w:rFonts w:ascii="Arial" w:hAnsi="Arial" w:cs="Arial"/>
                <w:sz w:val="20"/>
              </w:rPr>
            </w:pPr>
          </w:p>
        </w:tc>
        <w:tc>
          <w:tcPr>
            <w:tcW w:w="3920" w:type="dxa"/>
          </w:tcPr>
          <w:p w14:paraId="7F4E7C57" w14:textId="77777777" w:rsidR="00447748" w:rsidRPr="00977123" w:rsidRDefault="00447748" w:rsidP="00447748">
            <w:pPr>
              <w:spacing w:before="40" w:after="40"/>
              <w:rPr>
                <w:rFonts w:ascii="Arial" w:hAnsi="Arial" w:cs="Arial"/>
                <w:sz w:val="20"/>
              </w:rPr>
            </w:pPr>
          </w:p>
        </w:tc>
      </w:tr>
      <w:tr w:rsidR="00447748" w:rsidRPr="00977123" w14:paraId="6C9B84DD" w14:textId="77777777" w:rsidTr="00447748">
        <w:tc>
          <w:tcPr>
            <w:tcW w:w="1120" w:type="dxa"/>
          </w:tcPr>
          <w:p w14:paraId="3D52FECE" w14:textId="77777777" w:rsidR="00447748" w:rsidRPr="00977123" w:rsidRDefault="00447748" w:rsidP="00447748">
            <w:pPr>
              <w:spacing w:before="40" w:after="40"/>
              <w:rPr>
                <w:rFonts w:ascii="Arial" w:hAnsi="Arial" w:cs="Arial"/>
                <w:sz w:val="20"/>
              </w:rPr>
            </w:pPr>
            <w:r w:rsidRPr="00977123">
              <w:rPr>
                <w:rFonts w:ascii="Arial" w:hAnsi="Arial" w:cs="Arial"/>
                <w:sz w:val="20"/>
              </w:rPr>
              <w:t>8.1</w:t>
            </w:r>
          </w:p>
        </w:tc>
        <w:tc>
          <w:tcPr>
            <w:tcW w:w="1953" w:type="dxa"/>
          </w:tcPr>
          <w:p w14:paraId="3405E7D3" w14:textId="77777777" w:rsidR="00447748" w:rsidRPr="00977123" w:rsidRDefault="00447748" w:rsidP="00447748">
            <w:pPr>
              <w:spacing w:before="40" w:after="40"/>
              <w:rPr>
                <w:rFonts w:ascii="Arial" w:hAnsi="Arial" w:cs="Arial"/>
                <w:sz w:val="20"/>
              </w:rPr>
            </w:pPr>
            <w:r w:rsidRPr="00977123">
              <w:rPr>
                <w:rFonts w:ascii="Arial" w:hAnsi="Arial" w:cs="Arial"/>
                <w:sz w:val="20"/>
              </w:rPr>
              <w:t>Public information</w:t>
            </w:r>
          </w:p>
        </w:tc>
        <w:tc>
          <w:tcPr>
            <w:tcW w:w="1339" w:type="dxa"/>
          </w:tcPr>
          <w:p w14:paraId="619B576D" w14:textId="77777777" w:rsidR="00447748" w:rsidRPr="00977123" w:rsidRDefault="00447748" w:rsidP="00447748">
            <w:pPr>
              <w:spacing w:before="40" w:after="40"/>
              <w:rPr>
                <w:rFonts w:ascii="Arial" w:hAnsi="Arial" w:cs="Arial"/>
                <w:sz w:val="20"/>
              </w:rPr>
            </w:pPr>
            <w:r w:rsidRPr="00977123">
              <w:rPr>
                <w:rFonts w:ascii="Arial" w:hAnsi="Arial" w:cs="Arial"/>
                <w:sz w:val="20"/>
              </w:rPr>
              <w:t>8.1</w:t>
            </w:r>
          </w:p>
        </w:tc>
        <w:tc>
          <w:tcPr>
            <w:tcW w:w="2084" w:type="dxa"/>
          </w:tcPr>
          <w:p w14:paraId="1F75DF45" w14:textId="77777777" w:rsidR="00447748" w:rsidRPr="00977123" w:rsidRDefault="00447748" w:rsidP="00447748">
            <w:pPr>
              <w:spacing w:before="40" w:after="40"/>
              <w:rPr>
                <w:rFonts w:ascii="Arial" w:hAnsi="Arial" w:cs="Arial"/>
                <w:sz w:val="20"/>
              </w:rPr>
            </w:pPr>
            <w:r w:rsidRPr="00977123">
              <w:rPr>
                <w:rFonts w:ascii="Arial" w:hAnsi="Arial" w:cs="Arial"/>
                <w:sz w:val="20"/>
              </w:rPr>
              <w:t>Public information</w:t>
            </w:r>
          </w:p>
        </w:tc>
        <w:tc>
          <w:tcPr>
            <w:tcW w:w="1528" w:type="dxa"/>
          </w:tcPr>
          <w:p w14:paraId="0803186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79CC2C6A" w14:textId="77777777" w:rsidR="00447748" w:rsidRPr="00977123" w:rsidRDefault="00447748" w:rsidP="00447748">
            <w:pPr>
              <w:spacing w:before="40" w:after="40"/>
              <w:rPr>
                <w:rFonts w:ascii="Arial" w:hAnsi="Arial" w:cs="Arial"/>
                <w:sz w:val="20"/>
              </w:rPr>
            </w:pPr>
          </w:p>
        </w:tc>
        <w:tc>
          <w:tcPr>
            <w:tcW w:w="3920" w:type="dxa"/>
          </w:tcPr>
          <w:p w14:paraId="28D0C829" w14:textId="77777777" w:rsidR="00447748" w:rsidRPr="00977123" w:rsidRDefault="00447748" w:rsidP="00447748">
            <w:pPr>
              <w:spacing w:before="40" w:after="40"/>
              <w:rPr>
                <w:rFonts w:ascii="Arial" w:hAnsi="Arial" w:cs="Arial"/>
                <w:sz w:val="20"/>
              </w:rPr>
            </w:pPr>
          </w:p>
        </w:tc>
      </w:tr>
      <w:tr w:rsidR="00447748" w:rsidRPr="00977123" w14:paraId="416954A0" w14:textId="77777777" w:rsidTr="00447748">
        <w:tc>
          <w:tcPr>
            <w:tcW w:w="1120" w:type="dxa"/>
          </w:tcPr>
          <w:p w14:paraId="2545066D" w14:textId="77777777" w:rsidR="00447748" w:rsidRPr="00977123" w:rsidRDefault="00447748" w:rsidP="00447748">
            <w:pPr>
              <w:spacing w:before="40" w:after="40"/>
              <w:rPr>
                <w:rFonts w:ascii="Arial" w:hAnsi="Arial" w:cs="Arial"/>
                <w:sz w:val="20"/>
              </w:rPr>
            </w:pPr>
            <w:r w:rsidRPr="00977123">
              <w:rPr>
                <w:rFonts w:ascii="Arial" w:hAnsi="Arial" w:cs="Arial"/>
                <w:sz w:val="20"/>
              </w:rPr>
              <w:t>8.2</w:t>
            </w:r>
          </w:p>
        </w:tc>
        <w:tc>
          <w:tcPr>
            <w:tcW w:w="1953" w:type="dxa"/>
          </w:tcPr>
          <w:p w14:paraId="64144C0D" w14:textId="77777777" w:rsidR="00447748" w:rsidRPr="00977123" w:rsidRDefault="00447748" w:rsidP="00447748">
            <w:pPr>
              <w:spacing w:before="40" w:after="40"/>
              <w:rPr>
                <w:rFonts w:ascii="Arial" w:hAnsi="Arial" w:cs="Arial"/>
                <w:sz w:val="20"/>
              </w:rPr>
            </w:pPr>
            <w:r w:rsidRPr="00977123">
              <w:rPr>
                <w:rFonts w:ascii="Arial" w:hAnsi="Arial" w:cs="Arial"/>
                <w:sz w:val="20"/>
              </w:rPr>
              <w:t>Certification documents</w:t>
            </w:r>
          </w:p>
        </w:tc>
        <w:tc>
          <w:tcPr>
            <w:tcW w:w="1339" w:type="dxa"/>
          </w:tcPr>
          <w:p w14:paraId="79B6815C" w14:textId="77777777" w:rsidR="00447748" w:rsidRPr="00977123" w:rsidRDefault="00447748" w:rsidP="00447748">
            <w:pPr>
              <w:spacing w:before="40" w:after="40"/>
              <w:rPr>
                <w:rFonts w:ascii="Arial" w:hAnsi="Arial" w:cs="Arial"/>
                <w:sz w:val="20"/>
              </w:rPr>
            </w:pPr>
            <w:r w:rsidRPr="00977123">
              <w:rPr>
                <w:rFonts w:ascii="Arial" w:hAnsi="Arial" w:cs="Arial"/>
                <w:sz w:val="20"/>
              </w:rPr>
              <w:t>8.2</w:t>
            </w:r>
          </w:p>
        </w:tc>
        <w:tc>
          <w:tcPr>
            <w:tcW w:w="2084" w:type="dxa"/>
          </w:tcPr>
          <w:p w14:paraId="698DA32D" w14:textId="77777777" w:rsidR="00447748" w:rsidRPr="00977123" w:rsidRDefault="00447748" w:rsidP="00447748">
            <w:pPr>
              <w:spacing w:before="40" w:after="40"/>
              <w:rPr>
                <w:rFonts w:ascii="Arial" w:hAnsi="Arial" w:cs="Arial"/>
                <w:sz w:val="20"/>
              </w:rPr>
            </w:pPr>
            <w:r w:rsidRPr="00977123">
              <w:rPr>
                <w:rFonts w:ascii="Arial" w:hAnsi="Arial" w:cs="Arial"/>
                <w:sz w:val="20"/>
              </w:rPr>
              <w:t>Certification documents</w:t>
            </w:r>
          </w:p>
        </w:tc>
        <w:tc>
          <w:tcPr>
            <w:tcW w:w="1528" w:type="dxa"/>
          </w:tcPr>
          <w:p w14:paraId="79B9DFD1"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6ACC5966" w14:textId="77777777" w:rsidR="00447748" w:rsidRPr="00977123" w:rsidRDefault="00447748" w:rsidP="00447748">
            <w:pPr>
              <w:spacing w:before="40" w:after="40"/>
              <w:rPr>
                <w:rFonts w:ascii="Arial" w:hAnsi="Arial" w:cs="Arial"/>
                <w:sz w:val="20"/>
              </w:rPr>
            </w:pPr>
          </w:p>
        </w:tc>
        <w:tc>
          <w:tcPr>
            <w:tcW w:w="3920" w:type="dxa"/>
          </w:tcPr>
          <w:p w14:paraId="3C8E7D4A" w14:textId="77777777" w:rsidR="00447748" w:rsidRPr="00977123" w:rsidRDefault="00447748" w:rsidP="00447748">
            <w:pPr>
              <w:spacing w:before="40" w:after="40"/>
              <w:rPr>
                <w:rFonts w:ascii="Arial" w:hAnsi="Arial" w:cs="Arial"/>
                <w:sz w:val="20"/>
              </w:rPr>
            </w:pPr>
          </w:p>
        </w:tc>
      </w:tr>
      <w:tr w:rsidR="00447748" w:rsidRPr="00977123" w14:paraId="0AC4F6FB" w14:textId="77777777" w:rsidTr="00447748">
        <w:tc>
          <w:tcPr>
            <w:tcW w:w="1120" w:type="dxa"/>
          </w:tcPr>
          <w:p w14:paraId="00E068AD" w14:textId="77777777" w:rsidR="00447748" w:rsidRPr="00977123" w:rsidRDefault="00447748" w:rsidP="00447748">
            <w:pPr>
              <w:spacing w:before="40" w:after="40"/>
              <w:rPr>
                <w:rFonts w:ascii="Arial" w:hAnsi="Arial" w:cs="Arial"/>
                <w:sz w:val="20"/>
              </w:rPr>
            </w:pPr>
            <w:r w:rsidRPr="00977123">
              <w:rPr>
                <w:rFonts w:ascii="Arial" w:hAnsi="Arial" w:cs="Arial"/>
                <w:sz w:val="20"/>
              </w:rPr>
              <w:t>8.2.1</w:t>
            </w:r>
          </w:p>
        </w:tc>
        <w:tc>
          <w:tcPr>
            <w:tcW w:w="1953" w:type="dxa"/>
          </w:tcPr>
          <w:p w14:paraId="3C1C7390" w14:textId="77777777" w:rsidR="00447748" w:rsidRPr="00977123" w:rsidRDefault="00447748" w:rsidP="00447748">
            <w:pPr>
              <w:spacing w:before="40" w:after="40"/>
              <w:rPr>
                <w:rFonts w:ascii="Arial" w:hAnsi="Arial" w:cs="Arial"/>
                <w:sz w:val="20"/>
              </w:rPr>
            </w:pPr>
            <w:r w:rsidRPr="00977123">
              <w:rPr>
                <w:rFonts w:ascii="Arial" w:hAnsi="Arial" w:cs="Arial"/>
                <w:sz w:val="20"/>
              </w:rPr>
              <w:t>Certification documents</w:t>
            </w:r>
          </w:p>
        </w:tc>
        <w:tc>
          <w:tcPr>
            <w:tcW w:w="1339" w:type="dxa"/>
          </w:tcPr>
          <w:p w14:paraId="2A8A366E" w14:textId="77777777" w:rsidR="00447748" w:rsidRPr="00977123" w:rsidRDefault="00447748" w:rsidP="00447748">
            <w:pPr>
              <w:spacing w:before="40" w:after="40"/>
              <w:rPr>
                <w:rFonts w:ascii="Arial" w:hAnsi="Arial" w:cs="Arial"/>
                <w:sz w:val="20"/>
              </w:rPr>
            </w:pPr>
            <w:r w:rsidRPr="00977123">
              <w:rPr>
                <w:rFonts w:ascii="Arial" w:hAnsi="Arial" w:cs="Arial"/>
                <w:sz w:val="20"/>
              </w:rPr>
              <w:t>8.2.2</w:t>
            </w:r>
          </w:p>
        </w:tc>
        <w:tc>
          <w:tcPr>
            <w:tcW w:w="2084" w:type="dxa"/>
          </w:tcPr>
          <w:p w14:paraId="1356D41C" w14:textId="77777777" w:rsidR="00447748" w:rsidRPr="00977123" w:rsidRDefault="00447748" w:rsidP="00447748">
            <w:pPr>
              <w:spacing w:before="40" w:after="40"/>
              <w:rPr>
                <w:rFonts w:ascii="Arial" w:hAnsi="Arial" w:cs="Arial"/>
                <w:sz w:val="20"/>
              </w:rPr>
            </w:pPr>
            <w:r w:rsidRPr="00977123">
              <w:rPr>
                <w:rFonts w:ascii="Arial" w:hAnsi="Arial" w:cs="Arial"/>
                <w:sz w:val="20"/>
              </w:rPr>
              <w:t>PIMS certification documents</w:t>
            </w:r>
          </w:p>
        </w:tc>
        <w:tc>
          <w:tcPr>
            <w:tcW w:w="1528" w:type="dxa"/>
          </w:tcPr>
          <w:p w14:paraId="0513E7DA" w14:textId="77777777" w:rsidR="00447748" w:rsidRPr="00977123" w:rsidRDefault="00447748" w:rsidP="00447748">
            <w:pPr>
              <w:spacing w:before="40" w:after="40"/>
              <w:rPr>
                <w:rFonts w:ascii="Arial" w:hAnsi="Arial" w:cs="Arial"/>
                <w:sz w:val="20"/>
              </w:rPr>
            </w:pPr>
            <w:r w:rsidRPr="00977123">
              <w:rPr>
                <w:rFonts w:ascii="Arial" w:hAnsi="Arial" w:cs="Arial"/>
                <w:sz w:val="20"/>
              </w:rPr>
              <w:t>Minor/New</w:t>
            </w:r>
          </w:p>
        </w:tc>
        <w:tc>
          <w:tcPr>
            <w:tcW w:w="3444" w:type="dxa"/>
          </w:tcPr>
          <w:p w14:paraId="67B25A14" w14:textId="77777777" w:rsidR="00447748" w:rsidRPr="00977123" w:rsidRDefault="00447748" w:rsidP="00447748">
            <w:pPr>
              <w:spacing w:before="40" w:after="40"/>
              <w:rPr>
                <w:rFonts w:ascii="Arial" w:hAnsi="Arial" w:cs="Arial"/>
                <w:sz w:val="20"/>
              </w:rPr>
            </w:pPr>
          </w:p>
        </w:tc>
        <w:tc>
          <w:tcPr>
            <w:tcW w:w="3920" w:type="dxa"/>
          </w:tcPr>
          <w:p w14:paraId="4036A0D6" w14:textId="77777777" w:rsidR="00447748" w:rsidRPr="00977123" w:rsidRDefault="00447748" w:rsidP="00447748">
            <w:pPr>
              <w:spacing w:before="40" w:after="40"/>
              <w:rPr>
                <w:rFonts w:ascii="Arial" w:hAnsi="Arial" w:cs="Arial"/>
                <w:sz w:val="20"/>
              </w:rPr>
            </w:pPr>
          </w:p>
        </w:tc>
      </w:tr>
      <w:tr w:rsidR="00447748" w:rsidRPr="00977123" w14:paraId="5BC4AA78" w14:textId="77777777" w:rsidTr="00447748">
        <w:tc>
          <w:tcPr>
            <w:tcW w:w="1120" w:type="dxa"/>
          </w:tcPr>
          <w:p w14:paraId="4143A85E" w14:textId="77777777" w:rsidR="00447748" w:rsidRPr="00977123" w:rsidRDefault="00447748" w:rsidP="00447748">
            <w:pPr>
              <w:spacing w:before="40" w:after="40"/>
              <w:rPr>
                <w:rFonts w:ascii="Arial" w:hAnsi="Arial" w:cs="Arial"/>
                <w:sz w:val="20"/>
              </w:rPr>
            </w:pPr>
            <w:r w:rsidRPr="00977123">
              <w:rPr>
                <w:rFonts w:ascii="Arial" w:hAnsi="Arial" w:cs="Arial"/>
                <w:sz w:val="20"/>
              </w:rPr>
              <w:t>8.3</w:t>
            </w:r>
          </w:p>
        </w:tc>
        <w:tc>
          <w:tcPr>
            <w:tcW w:w="1953" w:type="dxa"/>
          </w:tcPr>
          <w:p w14:paraId="5B9EE5EE" w14:textId="77777777" w:rsidR="00447748" w:rsidRPr="00977123" w:rsidRDefault="00447748" w:rsidP="00447748">
            <w:pPr>
              <w:spacing w:before="40" w:after="40"/>
              <w:rPr>
                <w:rFonts w:ascii="Arial" w:hAnsi="Arial" w:cs="Arial"/>
                <w:sz w:val="20"/>
              </w:rPr>
            </w:pPr>
            <w:r w:rsidRPr="00977123">
              <w:rPr>
                <w:rFonts w:ascii="Arial" w:hAnsi="Arial" w:cs="Arial"/>
                <w:sz w:val="20"/>
              </w:rPr>
              <w:t>Reference to certification and use of marks</w:t>
            </w:r>
          </w:p>
        </w:tc>
        <w:tc>
          <w:tcPr>
            <w:tcW w:w="1339" w:type="dxa"/>
          </w:tcPr>
          <w:p w14:paraId="79E7B5BF" w14:textId="77777777" w:rsidR="00447748" w:rsidRPr="00977123" w:rsidRDefault="00447748" w:rsidP="00447748">
            <w:pPr>
              <w:spacing w:before="40" w:after="40"/>
              <w:rPr>
                <w:rFonts w:ascii="Arial" w:hAnsi="Arial" w:cs="Arial"/>
                <w:sz w:val="20"/>
              </w:rPr>
            </w:pPr>
            <w:r w:rsidRPr="00977123">
              <w:rPr>
                <w:rFonts w:ascii="Arial" w:hAnsi="Arial" w:cs="Arial"/>
                <w:sz w:val="20"/>
              </w:rPr>
              <w:t>8.3</w:t>
            </w:r>
          </w:p>
        </w:tc>
        <w:tc>
          <w:tcPr>
            <w:tcW w:w="2084" w:type="dxa"/>
          </w:tcPr>
          <w:p w14:paraId="49345BDE" w14:textId="77777777" w:rsidR="00447748" w:rsidRPr="00977123" w:rsidRDefault="00447748" w:rsidP="00447748">
            <w:pPr>
              <w:spacing w:before="40" w:after="40"/>
              <w:rPr>
                <w:rFonts w:ascii="Arial" w:hAnsi="Arial" w:cs="Arial"/>
                <w:sz w:val="20"/>
              </w:rPr>
            </w:pPr>
            <w:r w:rsidRPr="00977123">
              <w:rPr>
                <w:rFonts w:ascii="Arial" w:hAnsi="Arial" w:cs="Arial"/>
                <w:sz w:val="20"/>
              </w:rPr>
              <w:t>Reference to certification and use of marks</w:t>
            </w:r>
          </w:p>
        </w:tc>
        <w:tc>
          <w:tcPr>
            <w:tcW w:w="1528" w:type="dxa"/>
          </w:tcPr>
          <w:p w14:paraId="78B53AAC"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B98CF52" w14:textId="77777777" w:rsidR="00447748" w:rsidRPr="00977123" w:rsidRDefault="00447748" w:rsidP="00447748">
            <w:pPr>
              <w:spacing w:before="40" w:after="40"/>
              <w:rPr>
                <w:rFonts w:ascii="Arial" w:hAnsi="Arial" w:cs="Arial"/>
                <w:sz w:val="20"/>
              </w:rPr>
            </w:pPr>
          </w:p>
        </w:tc>
        <w:tc>
          <w:tcPr>
            <w:tcW w:w="3920" w:type="dxa"/>
          </w:tcPr>
          <w:p w14:paraId="105659EE" w14:textId="77777777" w:rsidR="00447748" w:rsidRPr="00977123" w:rsidRDefault="00447748" w:rsidP="00447748">
            <w:pPr>
              <w:spacing w:before="40" w:after="40"/>
              <w:rPr>
                <w:rFonts w:ascii="Arial" w:hAnsi="Arial" w:cs="Arial"/>
                <w:sz w:val="20"/>
              </w:rPr>
            </w:pPr>
          </w:p>
        </w:tc>
      </w:tr>
      <w:tr w:rsidR="00447748" w:rsidRPr="00977123" w14:paraId="20285E36" w14:textId="77777777" w:rsidTr="00447748">
        <w:tc>
          <w:tcPr>
            <w:tcW w:w="1120" w:type="dxa"/>
          </w:tcPr>
          <w:p w14:paraId="22CCA17A" w14:textId="77777777" w:rsidR="00447748" w:rsidRPr="00977123" w:rsidRDefault="00447748" w:rsidP="00447748">
            <w:pPr>
              <w:spacing w:before="40" w:after="40"/>
              <w:rPr>
                <w:rFonts w:ascii="Arial" w:hAnsi="Arial" w:cs="Arial"/>
                <w:sz w:val="20"/>
              </w:rPr>
            </w:pPr>
            <w:r w:rsidRPr="00977123">
              <w:rPr>
                <w:rFonts w:ascii="Arial" w:hAnsi="Arial" w:cs="Arial"/>
                <w:sz w:val="20"/>
              </w:rPr>
              <w:t>8.4</w:t>
            </w:r>
          </w:p>
        </w:tc>
        <w:tc>
          <w:tcPr>
            <w:tcW w:w="1953" w:type="dxa"/>
          </w:tcPr>
          <w:p w14:paraId="1F5B7DAB" w14:textId="77777777" w:rsidR="00447748" w:rsidRPr="00977123" w:rsidRDefault="00447748" w:rsidP="00447748">
            <w:pPr>
              <w:spacing w:before="40" w:after="40"/>
              <w:rPr>
                <w:rFonts w:ascii="Arial" w:hAnsi="Arial" w:cs="Arial"/>
                <w:sz w:val="20"/>
              </w:rPr>
            </w:pPr>
            <w:r w:rsidRPr="00977123">
              <w:rPr>
                <w:rFonts w:ascii="Arial" w:hAnsi="Arial" w:cs="Arial"/>
                <w:sz w:val="20"/>
              </w:rPr>
              <w:t>Confidentiality</w:t>
            </w:r>
          </w:p>
        </w:tc>
        <w:tc>
          <w:tcPr>
            <w:tcW w:w="1339" w:type="dxa"/>
          </w:tcPr>
          <w:p w14:paraId="13F0D361" w14:textId="77777777" w:rsidR="00447748" w:rsidRPr="00977123" w:rsidRDefault="00447748" w:rsidP="00447748">
            <w:pPr>
              <w:spacing w:before="40" w:after="40"/>
              <w:rPr>
                <w:rFonts w:ascii="Arial" w:hAnsi="Arial" w:cs="Arial"/>
                <w:sz w:val="20"/>
              </w:rPr>
            </w:pPr>
            <w:r w:rsidRPr="00977123">
              <w:rPr>
                <w:rFonts w:ascii="Arial" w:hAnsi="Arial" w:cs="Arial"/>
                <w:sz w:val="20"/>
              </w:rPr>
              <w:t>8.4</w:t>
            </w:r>
          </w:p>
        </w:tc>
        <w:tc>
          <w:tcPr>
            <w:tcW w:w="2084" w:type="dxa"/>
          </w:tcPr>
          <w:p w14:paraId="18E9E3F1" w14:textId="77777777" w:rsidR="00447748" w:rsidRPr="00977123" w:rsidRDefault="00447748" w:rsidP="00447748">
            <w:pPr>
              <w:spacing w:before="40" w:after="40"/>
              <w:rPr>
                <w:rFonts w:ascii="Arial" w:hAnsi="Arial" w:cs="Arial"/>
                <w:sz w:val="20"/>
              </w:rPr>
            </w:pPr>
            <w:r w:rsidRPr="00977123">
              <w:rPr>
                <w:rFonts w:ascii="Arial" w:hAnsi="Arial" w:cs="Arial"/>
                <w:sz w:val="20"/>
              </w:rPr>
              <w:t>Confidentiality</w:t>
            </w:r>
          </w:p>
        </w:tc>
        <w:tc>
          <w:tcPr>
            <w:tcW w:w="1528" w:type="dxa"/>
          </w:tcPr>
          <w:p w14:paraId="5FDA54C3" w14:textId="77777777" w:rsidR="00447748" w:rsidRPr="00977123" w:rsidRDefault="00447748" w:rsidP="00447748">
            <w:pPr>
              <w:spacing w:before="40" w:after="40"/>
              <w:rPr>
                <w:rFonts w:ascii="Arial" w:hAnsi="Arial" w:cs="Arial"/>
                <w:sz w:val="20"/>
              </w:rPr>
            </w:pPr>
          </w:p>
        </w:tc>
        <w:tc>
          <w:tcPr>
            <w:tcW w:w="3444" w:type="dxa"/>
          </w:tcPr>
          <w:p w14:paraId="55F2B03A" w14:textId="77777777" w:rsidR="00447748" w:rsidRPr="00977123" w:rsidRDefault="00447748" w:rsidP="00447748">
            <w:pPr>
              <w:spacing w:before="40" w:after="40"/>
              <w:rPr>
                <w:rFonts w:ascii="Arial" w:hAnsi="Arial" w:cs="Arial"/>
                <w:sz w:val="20"/>
              </w:rPr>
            </w:pPr>
          </w:p>
        </w:tc>
        <w:tc>
          <w:tcPr>
            <w:tcW w:w="3920" w:type="dxa"/>
          </w:tcPr>
          <w:p w14:paraId="5A5F96C8" w14:textId="77777777" w:rsidR="00447748" w:rsidRPr="00977123" w:rsidRDefault="00447748" w:rsidP="00447748">
            <w:pPr>
              <w:spacing w:before="40" w:after="40"/>
              <w:rPr>
                <w:rFonts w:ascii="Arial" w:hAnsi="Arial" w:cs="Arial"/>
                <w:sz w:val="20"/>
              </w:rPr>
            </w:pPr>
          </w:p>
        </w:tc>
      </w:tr>
      <w:tr w:rsidR="00447748" w:rsidRPr="00977123" w14:paraId="72DFD14C" w14:textId="77777777" w:rsidTr="00447748">
        <w:tc>
          <w:tcPr>
            <w:tcW w:w="1120" w:type="dxa"/>
          </w:tcPr>
          <w:p w14:paraId="47B2F224" w14:textId="77777777" w:rsidR="00447748" w:rsidRPr="00977123" w:rsidRDefault="00447748" w:rsidP="00447748">
            <w:pPr>
              <w:spacing w:before="40" w:after="40"/>
              <w:rPr>
                <w:rFonts w:ascii="Arial" w:hAnsi="Arial" w:cs="Arial"/>
                <w:sz w:val="20"/>
              </w:rPr>
            </w:pPr>
          </w:p>
        </w:tc>
        <w:tc>
          <w:tcPr>
            <w:tcW w:w="1953" w:type="dxa"/>
          </w:tcPr>
          <w:p w14:paraId="37003595" w14:textId="77777777" w:rsidR="00447748" w:rsidRPr="00977123" w:rsidRDefault="00447748" w:rsidP="00447748">
            <w:pPr>
              <w:spacing w:before="40" w:after="40"/>
              <w:rPr>
                <w:rFonts w:ascii="Arial" w:hAnsi="Arial" w:cs="Arial"/>
                <w:sz w:val="20"/>
              </w:rPr>
            </w:pPr>
          </w:p>
        </w:tc>
        <w:tc>
          <w:tcPr>
            <w:tcW w:w="1339" w:type="dxa"/>
          </w:tcPr>
          <w:p w14:paraId="1E145B30" w14:textId="77777777" w:rsidR="00447748" w:rsidRPr="00977123" w:rsidRDefault="00447748" w:rsidP="00447748">
            <w:pPr>
              <w:spacing w:before="40" w:after="40"/>
              <w:rPr>
                <w:rFonts w:ascii="Arial" w:hAnsi="Arial" w:cs="Arial"/>
                <w:sz w:val="20"/>
              </w:rPr>
            </w:pPr>
            <w:r w:rsidRPr="00977123">
              <w:rPr>
                <w:rFonts w:ascii="Arial" w:hAnsi="Arial" w:cs="Arial"/>
                <w:sz w:val="20"/>
              </w:rPr>
              <w:t>8.4.1</w:t>
            </w:r>
          </w:p>
        </w:tc>
        <w:tc>
          <w:tcPr>
            <w:tcW w:w="2084" w:type="dxa"/>
          </w:tcPr>
          <w:p w14:paraId="0DFB13E9"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74379274"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2FA70EB" w14:textId="77777777" w:rsidR="00447748" w:rsidRPr="00977123" w:rsidRDefault="00447748" w:rsidP="00447748">
            <w:pPr>
              <w:spacing w:before="40" w:after="40"/>
              <w:rPr>
                <w:rFonts w:ascii="Arial" w:hAnsi="Arial" w:cs="Arial"/>
                <w:sz w:val="20"/>
              </w:rPr>
            </w:pPr>
          </w:p>
        </w:tc>
        <w:tc>
          <w:tcPr>
            <w:tcW w:w="3920" w:type="dxa"/>
          </w:tcPr>
          <w:p w14:paraId="2CCA95C1" w14:textId="77777777" w:rsidR="00447748" w:rsidRPr="00977123" w:rsidRDefault="00447748" w:rsidP="00447748">
            <w:pPr>
              <w:spacing w:before="40" w:after="40"/>
              <w:rPr>
                <w:rFonts w:ascii="Arial" w:hAnsi="Arial" w:cs="Arial"/>
                <w:sz w:val="20"/>
              </w:rPr>
            </w:pPr>
          </w:p>
        </w:tc>
      </w:tr>
      <w:tr w:rsidR="00447748" w:rsidRPr="00977123" w14:paraId="68C23875" w14:textId="77777777" w:rsidTr="00447748">
        <w:tc>
          <w:tcPr>
            <w:tcW w:w="1120" w:type="dxa"/>
          </w:tcPr>
          <w:p w14:paraId="0F6D35B1" w14:textId="77777777" w:rsidR="00447748" w:rsidRPr="00977123" w:rsidRDefault="00447748" w:rsidP="00447748">
            <w:pPr>
              <w:spacing w:before="40" w:after="40"/>
              <w:rPr>
                <w:rFonts w:ascii="Arial" w:hAnsi="Arial" w:cs="Arial"/>
                <w:sz w:val="20"/>
              </w:rPr>
            </w:pPr>
          </w:p>
        </w:tc>
        <w:tc>
          <w:tcPr>
            <w:tcW w:w="1953" w:type="dxa"/>
          </w:tcPr>
          <w:p w14:paraId="6BB17C1F" w14:textId="77777777" w:rsidR="00447748" w:rsidRPr="00977123" w:rsidRDefault="00447748" w:rsidP="00447748">
            <w:pPr>
              <w:spacing w:before="40" w:after="40"/>
              <w:rPr>
                <w:rFonts w:ascii="Arial" w:hAnsi="Arial" w:cs="Arial"/>
                <w:sz w:val="20"/>
              </w:rPr>
            </w:pPr>
          </w:p>
        </w:tc>
        <w:tc>
          <w:tcPr>
            <w:tcW w:w="1339" w:type="dxa"/>
          </w:tcPr>
          <w:p w14:paraId="12F3B3A4" w14:textId="77777777" w:rsidR="00447748" w:rsidRPr="00977123" w:rsidRDefault="00447748" w:rsidP="00447748">
            <w:pPr>
              <w:spacing w:before="40" w:after="40"/>
              <w:rPr>
                <w:rFonts w:ascii="Arial" w:hAnsi="Arial" w:cs="Arial"/>
                <w:sz w:val="20"/>
              </w:rPr>
            </w:pPr>
            <w:r w:rsidRPr="00977123">
              <w:rPr>
                <w:rFonts w:ascii="Arial" w:hAnsi="Arial" w:cs="Arial"/>
                <w:sz w:val="20"/>
              </w:rPr>
              <w:t>8.4.2</w:t>
            </w:r>
          </w:p>
        </w:tc>
        <w:tc>
          <w:tcPr>
            <w:tcW w:w="2084" w:type="dxa"/>
          </w:tcPr>
          <w:p w14:paraId="2A3F5027" w14:textId="77777777" w:rsidR="00447748" w:rsidRPr="00977123" w:rsidRDefault="00447748" w:rsidP="00447748">
            <w:pPr>
              <w:spacing w:before="40" w:after="40"/>
              <w:rPr>
                <w:rFonts w:ascii="Arial" w:hAnsi="Arial" w:cs="Arial"/>
                <w:sz w:val="20"/>
              </w:rPr>
            </w:pPr>
            <w:r w:rsidRPr="00977123">
              <w:rPr>
                <w:rFonts w:ascii="Arial" w:hAnsi="Arial" w:cs="Arial"/>
                <w:sz w:val="20"/>
              </w:rPr>
              <w:t>Access to organizational records</w:t>
            </w:r>
          </w:p>
        </w:tc>
        <w:tc>
          <w:tcPr>
            <w:tcW w:w="1528" w:type="dxa"/>
          </w:tcPr>
          <w:p w14:paraId="59F2BD23" w14:textId="77777777" w:rsidR="00447748" w:rsidRPr="00977123" w:rsidRDefault="00447748" w:rsidP="00447748">
            <w:pPr>
              <w:spacing w:before="40" w:after="40"/>
              <w:rPr>
                <w:rFonts w:ascii="Arial" w:hAnsi="Arial" w:cs="Arial"/>
                <w:sz w:val="20"/>
              </w:rPr>
            </w:pPr>
            <w:r w:rsidRPr="00977123">
              <w:rPr>
                <w:rFonts w:ascii="Arial" w:hAnsi="Arial" w:cs="Arial"/>
                <w:sz w:val="20"/>
              </w:rPr>
              <w:t>New</w:t>
            </w:r>
          </w:p>
        </w:tc>
        <w:tc>
          <w:tcPr>
            <w:tcW w:w="3444" w:type="dxa"/>
          </w:tcPr>
          <w:p w14:paraId="504EC0CE" w14:textId="77777777" w:rsidR="00447748" w:rsidRPr="00977123" w:rsidRDefault="00447748" w:rsidP="00447748">
            <w:pPr>
              <w:spacing w:before="40" w:after="40"/>
              <w:rPr>
                <w:rFonts w:ascii="Arial" w:hAnsi="Arial" w:cs="Arial"/>
                <w:sz w:val="20"/>
              </w:rPr>
            </w:pPr>
          </w:p>
        </w:tc>
        <w:tc>
          <w:tcPr>
            <w:tcW w:w="3920" w:type="dxa"/>
          </w:tcPr>
          <w:p w14:paraId="7847778C" w14:textId="77777777" w:rsidR="00447748" w:rsidRPr="00977123" w:rsidRDefault="00447748" w:rsidP="00447748">
            <w:pPr>
              <w:spacing w:before="40" w:after="40"/>
              <w:rPr>
                <w:rFonts w:ascii="Arial" w:hAnsi="Arial" w:cs="Arial"/>
                <w:sz w:val="20"/>
              </w:rPr>
            </w:pPr>
          </w:p>
        </w:tc>
      </w:tr>
      <w:tr w:rsidR="00447748" w:rsidRPr="00977123" w14:paraId="3F1B9AA5" w14:textId="77777777" w:rsidTr="00447748">
        <w:tc>
          <w:tcPr>
            <w:tcW w:w="1120" w:type="dxa"/>
          </w:tcPr>
          <w:p w14:paraId="7DFCD16B" w14:textId="77777777" w:rsidR="00447748" w:rsidRPr="00977123" w:rsidRDefault="00447748" w:rsidP="00447748">
            <w:pPr>
              <w:spacing w:before="40" w:after="40"/>
              <w:rPr>
                <w:rFonts w:ascii="Arial" w:hAnsi="Arial" w:cs="Arial"/>
                <w:sz w:val="20"/>
              </w:rPr>
            </w:pPr>
            <w:r w:rsidRPr="00977123">
              <w:rPr>
                <w:rFonts w:ascii="Arial" w:hAnsi="Arial" w:cs="Arial"/>
                <w:sz w:val="20"/>
              </w:rPr>
              <w:t>8.5</w:t>
            </w:r>
          </w:p>
        </w:tc>
        <w:tc>
          <w:tcPr>
            <w:tcW w:w="1953" w:type="dxa"/>
          </w:tcPr>
          <w:p w14:paraId="66FAEBCE" w14:textId="77777777" w:rsidR="00447748" w:rsidRPr="00977123" w:rsidRDefault="00447748" w:rsidP="00447748">
            <w:pPr>
              <w:spacing w:before="40" w:after="40"/>
              <w:rPr>
                <w:rFonts w:ascii="Arial" w:hAnsi="Arial" w:cs="Arial"/>
                <w:sz w:val="20"/>
              </w:rPr>
            </w:pPr>
            <w:r w:rsidRPr="00977123">
              <w:rPr>
                <w:rFonts w:ascii="Arial" w:hAnsi="Arial" w:cs="Arial"/>
                <w:sz w:val="20"/>
              </w:rPr>
              <w:t>Information exchange between a certification body and its clients</w:t>
            </w:r>
          </w:p>
        </w:tc>
        <w:tc>
          <w:tcPr>
            <w:tcW w:w="1339" w:type="dxa"/>
          </w:tcPr>
          <w:p w14:paraId="43353A71" w14:textId="77777777" w:rsidR="00447748" w:rsidRPr="00977123" w:rsidRDefault="00447748" w:rsidP="00447748">
            <w:pPr>
              <w:spacing w:before="40" w:after="40"/>
              <w:rPr>
                <w:rFonts w:ascii="Arial" w:hAnsi="Arial" w:cs="Arial"/>
                <w:sz w:val="20"/>
              </w:rPr>
            </w:pPr>
            <w:r w:rsidRPr="00977123">
              <w:rPr>
                <w:rFonts w:ascii="Arial" w:hAnsi="Arial" w:cs="Arial"/>
                <w:sz w:val="20"/>
              </w:rPr>
              <w:t>8.5</w:t>
            </w:r>
          </w:p>
        </w:tc>
        <w:tc>
          <w:tcPr>
            <w:tcW w:w="2084" w:type="dxa"/>
          </w:tcPr>
          <w:p w14:paraId="6C0FDD83" w14:textId="77777777" w:rsidR="00447748" w:rsidRPr="00977123" w:rsidRDefault="00447748" w:rsidP="00447748">
            <w:pPr>
              <w:spacing w:before="40" w:after="40"/>
              <w:rPr>
                <w:rFonts w:ascii="Arial" w:hAnsi="Arial" w:cs="Arial"/>
                <w:sz w:val="20"/>
              </w:rPr>
            </w:pPr>
            <w:r w:rsidRPr="00977123">
              <w:rPr>
                <w:rFonts w:ascii="Arial" w:hAnsi="Arial" w:cs="Arial"/>
                <w:sz w:val="20"/>
              </w:rPr>
              <w:t>Information exchange between a certification body and its clients</w:t>
            </w:r>
          </w:p>
        </w:tc>
        <w:tc>
          <w:tcPr>
            <w:tcW w:w="1528" w:type="dxa"/>
          </w:tcPr>
          <w:p w14:paraId="37B1C9F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3A9E3823" w14:textId="77777777" w:rsidR="00447748" w:rsidRPr="00977123" w:rsidRDefault="00447748" w:rsidP="00447748">
            <w:pPr>
              <w:spacing w:before="40" w:after="40"/>
              <w:rPr>
                <w:rFonts w:ascii="Arial" w:hAnsi="Arial" w:cs="Arial"/>
                <w:sz w:val="20"/>
              </w:rPr>
            </w:pPr>
          </w:p>
        </w:tc>
        <w:tc>
          <w:tcPr>
            <w:tcW w:w="3920" w:type="dxa"/>
          </w:tcPr>
          <w:p w14:paraId="62DC7905" w14:textId="77777777" w:rsidR="00447748" w:rsidRPr="00977123" w:rsidRDefault="00447748" w:rsidP="00447748">
            <w:pPr>
              <w:spacing w:before="40" w:after="40"/>
              <w:rPr>
                <w:rFonts w:ascii="Arial" w:hAnsi="Arial" w:cs="Arial"/>
                <w:sz w:val="20"/>
              </w:rPr>
            </w:pPr>
          </w:p>
        </w:tc>
      </w:tr>
      <w:tr w:rsidR="00447748" w:rsidRPr="00977123" w14:paraId="0934DBBD" w14:textId="77777777" w:rsidTr="00447748">
        <w:tc>
          <w:tcPr>
            <w:tcW w:w="1120" w:type="dxa"/>
          </w:tcPr>
          <w:p w14:paraId="21088003" w14:textId="77777777" w:rsidR="00447748" w:rsidRPr="00977123" w:rsidRDefault="00447748" w:rsidP="00447748">
            <w:pPr>
              <w:spacing w:before="40" w:after="40"/>
              <w:rPr>
                <w:rFonts w:ascii="Arial" w:hAnsi="Arial" w:cs="Arial"/>
                <w:sz w:val="20"/>
              </w:rPr>
            </w:pPr>
            <w:r w:rsidRPr="00977123">
              <w:rPr>
                <w:rFonts w:ascii="Arial" w:hAnsi="Arial" w:cs="Arial"/>
                <w:sz w:val="20"/>
              </w:rPr>
              <w:t>9.</w:t>
            </w:r>
          </w:p>
        </w:tc>
        <w:tc>
          <w:tcPr>
            <w:tcW w:w="1953" w:type="dxa"/>
          </w:tcPr>
          <w:p w14:paraId="5E23C549" w14:textId="77777777" w:rsidR="00447748" w:rsidRPr="00977123" w:rsidRDefault="00447748" w:rsidP="00447748">
            <w:pPr>
              <w:spacing w:before="40" w:after="40"/>
              <w:rPr>
                <w:rFonts w:ascii="Arial" w:hAnsi="Arial" w:cs="Arial"/>
                <w:sz w:val="20"/>
              </w:rPr>
            </w:pPr>
            <w:r w:rsidRPr="00977123">
              <w:rPr>
                <w:rFonts w:ascii="Arial" w:hAnsi="Arial" w:cs="Arial"/>
                <w:sz w:val="20"/>
              </w:rPr>
              <w:t>Process requirements</w:t>
            </w:r>
          </w:p>
        </w:tc>
        <w:tc>
          <w:tcPr>
            <w:tcW w:w="1339" w:type="dxa"/>
          </w:tcPr>
          <w:p w14:paraId="1D546554" w14:textId="77777777" w:rsidR="00447748" w:rsidRPr="00977123" w:rsidRDefault="00447748" w:rsidP="00447748">
            <w:pPr>
              <w:spacing w:before="40" w:after="40"/>
              <w:rPr>
                <w:rFonts w:ascii="Arial" w:hAnsi="Arial" w:cs="Arial"/>
                <w:sz w:val="20"/>
              </w:rPr>
            </w:pPr>
            <w:r w:rsidRPr="00977123">
              <w:rPr>
                <w:rFonts w:ascii="Arial" w:hAnsi="Arial" w:cs="Arial"/>
                <w:sz w:val="20"/>
              </w:rPr>
              <w:t>9.</w:t>
            </w:r>
          </w:p>
        </w:tc>
        <w:tc>
          <w:tcPr>
            <w:tcW w:w="2084" w:type="dxa"/>
          </w:tcPr>
          <w:p w14:paraId="49BFF8E5" w14:textId="77777777" w:rsidR="00447748" w:rsidRPr="00977123" w:rsidRDefault="00447748" w:rsidP="00447748">
            <w:pPr>
              <w:spacing w:before="40" w:after="40"/>
              <w:rPr>
                <w:rFonts w:ascii="Arial" w:hAnsi="Arial" w:cs="Arial"/>
                <w:sz w:val="20"/>
              </w:rPr>
            </w:pPr>
            <w:r w:rsidRPr="00977123">
              <w:rPr>
                <w:rFonts w:ascii="Arial" w:hAnsi="Arial" w:cs="Arial"/>
                <w:sz w:val="20"/>
              </w:rPr>
              <w:t>Process requirements</w:t>
            </w:r>
          </w:p>
        </w:tc>
        <w:tc>
          <w:tcPr>
            <w:tcW w:w="1528" w:type="dxa"/>
          </w:tcPr>
          <w:p w14:paraId="64BC3791" w14:textId="77777777" w:rsidR="00447748" w:rsidRPr="00977123" w:rsidRDefault="00447748" w:rsidP="00447748">
            <w:pPr>
              <w:spacing w:before="40" w:after="40"/>
              <w:rPr>
                <w:rFonts w:ascii="Arial" w:hAnsi="Arial" w:cs="Arial"/>
                <w:sz w:val="20"/>
              </w:rPr>
            </w:pPr>
          </w:p>
        </w:tc>
        <w:tc>
          <w:tcPr>
            <w:tcW w:w="3444" w:type="dxa"/>
          </w:tcPr>
          <w:p w14:paraId="23AC8F5E" w14:textId="77777777" w:rsidR="00447748" w:rsidRPr="00977123" w:rsidRDefault="00447748" w:rsidP="00447748">
            <w:pPr>
              <w:spacing w:before="40" w:after="40"/>
              <w:rPr>
                <w:rFonts w:ascii="Arial" w:hAnsi="Arial" w:cs="Arial"/>
                <w:sz w:val="20"/>
              </w:rPr>
            </w:pPr>
          </w:p>
        </w:tc>
        <w:tc>
          <w:tcPr>
            <w:tcW w:w="3920" w:type="dxa"/>
          </w:tcPr>
          <w:p w14:paraId="2E04CCE3" w14:textId="77777777" w:rsidR="00447748" w:rsidRPr="00977123" w:rsidRDefault="00447748" w:rsidP="00447748">
            <w:pPr>
              <w:spacing w:before="40" w:after="40"/>
              <w:rPr>
                <w:rFonts w:ascii="Arial" w:hAnsi="Arial" w:cs="Arial"/>
                <w:sz w:val="20"/>
              </w:rPr>
            </w:pPr>
          </w:p>
        </w:tc>
      </w:tr>
      <w:tr w:rsidR="00447748" w:rsidRPr="00977123" w14:paraId="0E9DC1F8" w14:textId="77777777" w:rsidTr="00447748">
        <w:tc>
          <w:tcPr>
            <w:tcW w:w="1120" w:type="dxa"/>
          </w:tcPr>
          <w:p w14:paraId="4BDE88C6" w14:textId="77777777" w:rsidR="00447748" w:rsidRPr="00977123" w:rsidRDefault="00447748" w:rsidP="00447748">
            <w:pPr>
              <w:spacing w:before="40" w:after="40"/>
              <w:rPr>
                <w:rFonts w:ascii="Arial" w:hAnsi="Arial" w:cs="Arial"/>
                <w:sz w:val="20"/>
              </w:rPr>
            </w:pPr>
            <w:r w:rsidRPr="00977123">
              <w:rPr>
                <w:rFonts w:ascii="Arial" w:hAnsi="Arial" w:cs="Arial"/>
                <w:sz w:val="20"/>
              </w:rPr>
              <w:t>9.1</w:t>
            </w:r>
          </w:p>
        </w:tc>
        <w:tc>
          <w:tcPr>
            <w:tcW w:w="1953" w:type="dxa"/>
          </w:tcPr>
          <w:p w14:paraId="3331E6BA" w14:textId="77777777" w:rsidR="00447748" w:rsidRPr="00977123" w:rsidRDefault="00447748" w:rsidP="00447748">
            <w:pPr>
              <w:spacing w:before="40" w:after="40"/>
              <w:rPr>
                <w:rFonts w:ascii="Arial" w:hAnsi="Arial" w:cs="Arial"/>
                <w:sz w:val="20"/>
              </w:rPr>
            </w:pPr>
            <w:r w:rsidRPr="00977123">
              <w:rPr>
                <w:rFonts w:ascii="Arial" w:hAnsi="Arial" w:cs="Arial"/>
                <w:sz w:val="20"/>
              </w:rPr>
              <w:t>Pre-certification activities</w:t>
            </w:r>
          </w:p>
        </w:tc>
        <w:tc>
          <w:tcPr>
            <w:tcW w:w="1339" w:type="dxa"/>
          </w:tcPr>
          <w:p w14:paraId="1C6D3C66" w14:textId="77777777" w:rsidR="00447748" w:rsidRPr="00977123" w:rsidRDefault="00447748" w:rsidP="00447748">
            <w:pPr>
              <w:spacing w:before="40" w:after="40"/>
              <w:rPr>
                <w:rFonts w:ascii="Arial" w:hAnsi="Arial" w:cs="Arial"/>
                <w:sz w:val="20"/>
              </w:rPr>
            </w:pPr>
            <w:r w:rsidRPr="00977123">
              <w:rPr>
                <w:rFonts w:ascii="Arial" w:hAnsi="Arial" w:cs="Arial"/>
                <w:sz w:val="20"/>
              </w:rPr>
              <w:t>9.1</w:t>
            </w:r>
          </w:p>
        </w:tc>
        <w:tc>
          <w:tcPr>
            <w:tcW w:w="2084" w:type="dxa"/>
          </w:tcPr>
          <w:p w14:paraId="25B2CBD4" w14:textId="77777777" w:rsidR="00447748" w:rsidRPr="00977123" w:rsidRDefault="00447748" w:rsidP="00447748">
            <w:pPr>
              <w:spacing w:before="40" w:after="40"/>
              <w:rPr>
                <w:rFonts w:ascii="Arial" w:hAnsi="Arial" w:cs="Arial"/>
                <w:sz w:val="20"/>
              </w:rPr>
            </w:pPr>
            <w:r w:rsidRPr="00977123">
              <w:rPr>
                <w:rFonts w:ascii="Arial" w:hAnsi="Arial" w:cs="Arial"/>
                <w:sz w:val="20"/>
              </w:rPr>
              <w:t>Pre-certification activities</w:t>
            </w:r>
          </w:p>
        </w:tc>
        <w:tc>
          <w:tcPr>
            <w:tcW w:w="1528" w:type="dxa"/>
          </w:tcPr>
          <w:p w14:paraId="57425563" w14:textId="77777777" w:rsidR="00447748" w:rsidRPr="00977123" w:rsidRDefault="00447748" w:rsidP="00447748">
            <w:pPr>
              <w:spacing w:before="40" w:after="40"/>
              <w:rPr>
                <w:rFonts w:ascii="Arial" w:hAnsi="Arial" w:cs="Arial"/>
                <w:sz w:val="20"/>
              </w:rPr>
            </w:pPr>
          </w:p>
        </w:tc>
        <w:tc>
          <w:tcPr>
            <w:tcW w:w="3444" w:type="dxa"/>
          </w:tcPr>
          <w:p w14:paraId="26D29AD9" w14:textId="77777777" w:rsidR="00447748" w:rsidRPr="00977123" w:rsidRDefault="00447748" w:rsidP="00447748">
            <w:pPr>
              <w:spacing w:before="40" w:after="40"/>
              <w:rPr>
                <w:rFonts w:ascii="Arial" w:hAnsi="Arial" w:cs="Arial"/>
                <w:sz w:val="20"/>
              </w:rPr>
            </w:pPr>
          </w:p>
        </w:tc>
        <w:tc>
          <w:tcPr>
            <w:tcW w:w="3920" w:type="dxa"/>
          </w:tcPr>
          <w:p w14:paraId="788B2F2D" w14:textId="77777777" w:rsidR="00447748" w:rsidRPr="00977123" w:rsidRDefault="00447748" w:rsidP="00447748">
            <w:pPr>
              <w:spacing w:before="40" w:after="40"/>
              <w:rPr>
                <w:rFonts w:ascii="Arial" w:hAnsi="Arial" w:cs="Arial"/>
                <w:sz w:val="20"/>
              </w:rPr>
            </w:pPr>
          </w:p>
        </w:tc>
      </w:tr>
      <w:tr w:rsidR="00447748" w:rsidRPr="00977123" w14:paraId="34B47D13" w14:textId="77777777" w:rsidTr="00447748">
        <w:tc>
          <w:tcPr>
            <w:tcW w:w="1120" w:type="dxa"/>
          </w:tcPr>
          <w:p w14:paraId="5526FADE" w14:textId="77777777" w:rsidR="00447748" w:rsidRPr="00977123" w:rsidRDefault="00447748" w:rsidP="00447748">
            <w:pPr>
              <w:spacing w:before="40" w:after="40"/>
              <w:rPr>
                <w:rFonts w:ascii="Arial" w:hAnsi="Arial" w:cs="Arial"/>
                <w:sz w:val="20"/>
              </w:rPr>
            </w:pPr>
            <w:r w:rsidRPr="00977123">
              <w:rPr>
                <w:rFonts w:ascii="Arial" w:hAnsi="Arial" w:cs="Arial"/>
                <w:sz w:val="20"/>
              </w:rPr>
              <w:t>9.1.1</w:t>
            </w:r>
          </w:p>
        </w:tc>
        <w:tc>
          <w:tcPr>
            <w:tcW w:w="1953" w:type="dxa"/>
          </w:tcPr>
          <w:p w14:paraId="53730431" w14:textId="77777777" w:rsidR="00447748" w:rsidRPr="00977123" w:rsidRDefault="00447748" w:rsidP="00447748">
            <w:pPr>
              <w:spacing w:before="40" w:after="40"/>
              <w:rPr>
                <w:rFonts w:ascii="Arial" w:hAnsi="Arial" w:cs="Arial"/>
                <w:sz w:val="20"/>
              </w:rPr>
            </w:pPr>
            <w:r w:rsidRPr="00977123">
              <w:rPr>
                <w:rFonts w:ascii="Arial" w:hAnsi="Arial" w:cs="Arial"/>
                <w:sz w:val="20"/>
              </w:rPr>
              <w:t>Application</w:t>
            </w:r>
          </w:p>
        </w:tc>
        <w:tc>
          <w:tcPr>
            <w:tcW w:w="1339" w:type="dxa"/>
          </w:tcPr>
          <w:p w14:paraId="7E74BB11" w14:textId="77777777" w:rsidR="00447748" w:rsidRPr="00977123" w:rsidRDefault="00447748" w:rsidP="00447748">
            <w:pPr>
              <w:spacing w:before="40" w:after="40"/>
              <w:rPr>
                <w:rFonts w:ascii="Arial" w:hAnsi="Arial" w:cs="Arial"/>
                <w:sz w:val="20"/>
              </w:rPr>
            </w:pPr>
            <w:r w:rsidRPr="00977123">
              <w:rPr>
                <w:rFonts w:ascii="Arial" w:hAnsi="Arial" w:cs="Arial"/>
                <w:sz w:val="20"/>
              </w:rPr>
              <w:t>9.1.1</w:t>
            </w:r>
          </w:p>
        </w:tc>
        <w:tc>
          <w:tcPr>
            <w:tcW w:w="2084" w:type="dxa"/>
          </w:tcPr>
          <w:p w14:paraId="5F397143" w14:textId="77777777" w:rsidR="00447748" w:rsidRPr="00977123" w:rsidRDefault="00447748" w:rsidP="00447748">
            <w:pPr>
              <w:spacing w:before="40" w:after="40"/>
              <w:rPr>
                <w:rFonts w:ascii="Arial" w:hAnsi="Arial" w:cs="Arial"/>
                <w:sz w:val="20"/>
              </w:rPr>
            </w:pPr>
            <w:r w:rsidRPr="00977123">
              <w:rPr>
                <w:rFonts w:ascii="Arial" w:hAnsi="Arial" w:cs="Arial"/>
                <w:sz w:val="20"/>
              </w:rPr>
              <w:t>Application</w:t>
            </w:r>
          </w:p>
        </w:tc>
        <w:tc>
          <w:tcPr>
            <w:tcW w:w="1528" w:type="dxa"/>
          </w:tcPr>
          <w:p w14:paraId="39BAFB5F"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54A31CB" w14:textId="77777777" w:rsidR="00447748" w:rsidRPr="00977123" w:rsidRDefault="00447748" w:rsidP="00447748">
            <w:pPr>
              <w:spacing w:before="40" w:after="40"/>
              <w:rPr>
                <w:rFonts w:ascii="Arial" w:hAnsi="Arial" w:cs="Arial"/>
                <w:sz w:val="20"/>
              </w:rPr>
            </w:pPr>
          </w:p>
        </w:tc>
        <w:tc>
          <w:tcPr>
            <w:tcW w:w="3920" w:type="dxa"/>
          </w:tcPr>
          <w:p w14:paraId="1A652120" w14:textId="77777777" w:rsidR="00447748" w:rsidRPr="00977123" w:rsidRDefault="00447748" w:rsidP="00447748">
            <w:pPr>
              <w:spacing w:before="40" w:after="40"/>
              <w:rPr>
                <w:rFonts w:ascii="Arial" w:hAnsi="Arial" w:cs="Arial"/>
                <w:sz w:val="20"/>
              </w:rPr>
            </w:pPr>
          </w:p>
        </w:tc>
      </w:tr>
      <w:tr w:rsidR="00447748" w:rsidRPr="00977123" w14:paraId="64046C25" w14:textId="77777777" w:rsidTr="00447748">
        <w:tc>
          <w:tcPr>
            <w:tcW w:w="1120" w:type="dxa"/>
          </w:tcPr>
          <w:p w14:paraId="0B2F2171" w14:textId="77777777" w:rsidR="00447748" w:rsidRPr="00977123" w:rsidRDefault="00447748" w:rsidP="00447748">
            <w:pPr>
              <w:spacing w:before="40" w:after="40"/>
              <w:rPr>
                <w:rFonts w:ascii="Arial" w:hAnsi="Arial" w:cs="Arial"/>
                <w:sz w:val="20"/>
              </w:rPr>
            </w:pPr>
          </w:p>
        </w:tc>
        <w:tc>
          <w:tcPr>
            <w:tcW w:w="1953" w:type="dxa"/>
          </w:tcPr>
          <w:p w14:paraId="2A228FDE" w14:textId="77777777" w:rsidR="00447748" w:rsidRPr="00977123" w:rsidRDefault="00447748" w:rsidP="00447748">
            <w:pPr>
              <w:spacing w:before="40" w:after="40"/>
              <w:rPr>
                <w:rFonts w:ascii="Arial" w:hAnsi="Arial" w:cs="Arial"/>
                <w:sz w:val="20"/>
              </w:rPr>
            </w:pPr>
          </w:p>
        </w:tc>
        <w:tc>
          <w:tcPr>
            <w:tcW w:w="1339" w:type="dxa"/>
          </w:tcPr>
          <w:p w14:paraId="0AF60ABF" w14:textId="77777777" w:rsidR="00447748" w:rsidRPr="00977123" w:rsidRDefault="00447748" w:rsidP="00447748">
            <w:pPr>
              <w:spacing w:before="40" w:after="40"/>
              <w:rPr>
                <w:rFonts w:ascii="Arial" w:hAnsi="Arial" w:cs="Arial"/>
                <w:sz w:val="20"/>
              </w:rPr>
            </w:pPr>
            <w:r w:rsidRPr="00977123">
              <w:rPr>
                <w:rFonts w:ascii="Arial" w:hAnsi="Arial" w:cs="Arial"/>
                <w:sz w:val="20"/>
              </w:rPr>
              <w:t>9.1.1.1</w:t>
            </w:r>
          </w:p>
        </w:tc>
        <w:tc>
          <w:tcPr>
            <w:tcW w:w="2084" w:type="dxa"/>
          </w:tcPr>
          <w:p w14:paraId="1C0705B9"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547356DC"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67D808CA" w14:textId="77777777" w:rsidR="00447748" w:rsidRPr="00977123" w:rsidRDefault="00447748" w:rsidP="00447748">
            <w:pPr>
              <w:spacing w:before="40" w:after="40"/>
              <w:rPr>
                <w:rFonts w:ascii="Arial" w:hAnsi="Arial" w:cs="Arial"/>
                <w:sz w:val="20"/>
              </w:rPr>
            </w:pPr>
          </w:p>
        </w:tc>
        <w:tc>
          <w:tcPr>
            <w:tcW w:w="3920" w:type="dxa"/>
          </w:tcPr>
          <w:p w14:paraId="65D62989" w14:textId="77777777" w:rsidR="00447748" w:rsidRPr="00977123" w:rsidRDefault="00447748" w:rsidP="00447748">
            <w:pPr>
              <w:spacing w:before="40" w:after="40"/>
              <w:rPr>
                <w:rFonts w:ascii="Arial" w:hAnsi="Arial" w:cs="Arial"/>
                <w:sz w:val="20"/>
              </w:rPr>
            </w:pPr>
          </w:p>
        </w:tc>
      </w:tr>
      <w:tr w:rsidR="00447748" w:rsidRPr="00977123" w14:paraId="0E588540" w14:textId="77777777" w:rsidTr="00447748">
        <w:tc>
          <w:tcPr>
            <w:tcW w:w="1120" w:type="dxa"/>
          </w:tcPr>
          <w:p w14:paraId="18B5BF8E" w14:textId="77777777" w:rsidR="00447748" w:rsidRPr="00977123" w:rsidRDefault="00447748" w:rsidP="00447748">
            <w:pPr>
              <w:spacing w:before="40" w:after="40"/>
              <w:rPr>
                <w:rFonts w:ascii="Arial" w:hAnsi="Arial" w:cs="Arial"/>
                <w:sz w:val="20"/>
              </w:rPr>
            </w:pPr>
          </w:p>
        </w:tc>
        <w:tc>
          <w:tcPr>
            <w:tcW w:w="1953" w:type="dxa"/>
          </w:tcPr>
          <w:p w14:paraId="0F826495" w14:textId="77777777" w:rsidR="00447748" w:rsidRPr="00977123" w:rsidRDefault="00447748" w:rsidP="00447748">
            <w:pPr>
              <w:spacing w:before="40" w:after="40"/>
              <w:rPr>
                <w:rFonts w:ascii="Arial" w:hAnsi="Arial" w:cs="Arial"/>
                <w:sz w:val="20"/>
              </w:rPr>
            </w:pPr>
          </w:p>
        </w:tc>
        <w:tc>
          <w:tcPr>
            <w:tcW w:w="1339" w:type="dxa"/>
          </w:tcPr>
          <w:p w14:paraId="1859723C" w14:textId="77777777" w:rsidR="00447748" w:rsidRPr="00977123" w:rsidRDefault="00447748" w:rsidP="00447748">
            <w:pPr>
              <w:spacing w:before="40" w:after="40"/>
              <w:rPr>
                <w:rFonts w:ascii="Arial" w:hAnsi="Arial" w:cs="Arial"/>
                <w:sz w:val="20"/>
              </w:rPr>
            </w:pPr>
            <w:r w:rsidRPr="00977123">
              <w:rPr>
                <w:rFonts w:ascii="Arial" w:hAnsi="Arial" w:cs="Arial"/>
                <w:sz w:val="20"/>
              </w:rPr>
              <w:t>9.1.1.2</w:t>
            </w:r>
          </w:p>
        </w:tc>
        <w:tc>
          <w:tcPr>
            <w:tcW w:w="2084" w:type="dxa"/>
          </w:tcPr>
          <w:p w14:paraId="3A8033ED" w14:textId="77777777" w:rsidR="00447748" w:rsidRPr="00977123" w:rsidRDefault="00447748" w:rsidP="00447748">
            <w:pPr>
              <w:spacing w:before="40" w:after="40"/>
              <w:rPr>
                <w:rFonts w:ascii="Arial" w:hAnsi="Arial" w:cs="Arial"/>
                <w:sz w:val="20"/>
              </w:rPr>
            </w:pPr>
            <w:r w:rsidRPr="00977123">
              <w:rPr>
                <w:rFonts w:ascii="Arial" w:hAnsi="Arial" w:cs="Arial"/>
                <w:sz w:val="20"/>
              </w:rPr>
              <w:t>Application readiness</w:t>
            </w:r>
          </w:p>
        </w:tc>
        <w:tc>
          <w:tcPr>
            <w:tcW w:w="1528" w:type="dxa"/>
          </w:tcPr>
          <w:p w14:paraId="6354D38D" w14:textId="77777777" w:rsidR="00447748" w:rsidRPr="00977123" w:rsidRDefault="00447748" w:rsidP="00447748">
            <w:pPr>
              <w:spacing w:before="40" w:after="40"/>
              <w:rPr>
                <w:rFonts w:ascii="Arial" w:hAnsi="Arial" w:cs="Arial"/>
                <w:sz w:val="20"/>
              </w:rPr>
            </w:pPr>
            <w:r w:rsidRPr="00977123">
              <w:rPr>
                <w:rFonts w:ascii="Arial" w:hAnsi="Arial" w:cs="Arial"/>
                <w:sz w:val="20"/>
              </w:rPr>
              <w:t>New</w:t>
            </w:r>
          </w:p>
        </w:tc>
        <w:tc>
          <w:tcPr>
            <w:tcW w:w="3444" w:type="dxa"/>
          </w:tcPr>
          <w:p w14:paraId="4844BADD" w14:textId="77777777" w:rsidR="00447748" w:rsidRPr="00977123" w:rsidRDefault="00447748" w:rsidP="00447748">
            <w:pPr>
              <w:spacing w:before="40" w:after="40"/>
              <w:rPr>
                <w:rFonts w:ascii="Arial" w:hAnsi="Arial" w:cs="Arial"/>
                <w:sz w:val="20"/>
              </w:rPr>
            </w:pPr>
          </w:p>
        </w:tc>
        <w:tc>
          <w:tcPr>
            <w:tcW w:w="3920" w:type="dxa"/>
          </w:tcPr>
          <w:p w14:paraId="0FC186AE" w14:textId="77777777" w:rsidR="00447748" w:rsidRPr="00977123" w:rsidRDefault="00447748" w:rsidP="00447748">
            <w:pPr>
              <w:spacing w:before="40" w:after="40"/>
              <w:rPr>
                <w:rFonts w:ascii="Arial" w:hAnsi="Arial" w:cs="Arial"/>
                <w:sz w:val="20"/>
              </w:rPr>
            </w:pPr>
          </w:p>
        </w:tc>
      </w:tr>
      <w:tr w:rsidR="00447748" w:rsidRPr="00977123" w14:paraId="16EDEE65" w14:textId="77777777" w:rsidTr="00447748">
        <w:tc>
          <w:tcPr>
            <w:tcW w:w="1120" w:type="dxa"/>
          </w:tcPr>
          <w:p w14:paraId="74FC9907" w14:textId="77777777" w:rsidR="00447748" w:rsidRPr="00977123" w:rsidRDefault="00447748" w:rsidP="00447748">
            <w:pPr>
              <w:spacing w:before="40" w:after="40"/>
              <w:rPr>
                <w:rFonts w:ascii="Arial" w:hAnsi="Arial" w:cs="Arial"/>
                <w:sz w:val="20"/>
              </w:rPr>
            </w:pPr>
            <w:r w:rsidRPr="00977123">
              <w:rPr>
                <w:rFonts w:ascii="Arial" w:hAnsi="Arial" w:cs="Arial"/>
                <w:sz w:val="20"/>
              </w:rPr>
              <w:lastRenderedPageBreak/>
              <w:t>9.1.2</w:t>
            </w:r>
          </w:p>
        </w:tc>
        <w:tc>
          <w:tcPr>
            <w:tcW w:w="1953" w:type="dxa"/>
          </w:tcPr>
          <w:p w14:paraId="198784E7" w14:textId="77777777" w:rsidR="00447748" w:rsidRPr="00977123" w:rsidRDefault="00447748" w:rsidP="00447748">
            <w:pPr>
              <w:spacing w:before="40" w:after="40"/>
              <w:rPr>
                <w:rFonts w:ascii="Arial" w:hAnsi="Arial" w:cs="Arial"/>
                <w:sz w:val="20"/>
              </w:rPr>
            </w:pPr>
            <w:r w:rsidRPr="00977123">
              <w:rPr>
                <w:rFonts w:ascii="Arial" w:hAnsi="Arial" w:cs="Arial"/>
                <w:sz w:val="20"/>
              </w:rPr>
              <w:t>Application review</w:t>
            </w:r>
          </w:p>
        </w:tc>
        <w:tc>
          <w:tcPr>
            <w:tcW w:w="1339" w:type="dxa"/>
          </w:tcPr>
          <w:p w14:paraId="7F023FFF" w14:textId="77777777" w:rsidR="00447748" w:rsidRPr="00977123" w:rsidRDefault="00447748" w:rsidP="00447748">
            <w:pPr>
              <w:spacing w:before="40" w:after="40"/>
              <w:rPr>
                <w:rFonts w:ascii="Arial" w:hAnsi="Arial" w:cs="Arial"/>
                <w:sz w:val="20"/>
              </w:rPr>
            </w:pPr>
            <w:r w:rsidRPr="00977123">
              <w:rPr>
                <w:rFonts w:ascii="Arial" w:hAnsi="Arial" w:cs="Arial"/>
                <w:sz w:val="20"/>
              </w:rPr>
              <w:t>9.1.2</w:t>
            </w:r>
          </w:p>
        </w:tc>
        <w:tc>
          <w:tcPr>
            <w:tcW w:w="2084" w:type="dxa"/>
          </w:tcPr>
          <w:p w14:paraId="145E0EAD" w14:textId="77777777" w:rsidR="00447748" w:rsidRPr="00977123" w:rsidRDefault="00447748" w:rsidP="00447748">
            <w:pPr>
              <w:spacing w:before="40" w:after="40"/>
              <w:rPr>
                <w:rFonts w:ascii="Arial" w:hAnsi="Arial" w:cs="Arial"/>
                <w:sz w:val="20"/>
              </w:rPr>
            </w:pPr>
            <w:r w:rsidRPr="00977123">
              <w:rPr>
                <w:rFonts w:ascii="Arial" w:hAnsi="Arial" w:cs="Arial"/>
                <w:sz w:val="20"/>
              </w:rPr>
              <w:t>Application review</w:t>
            </w:r>
          </w:p>
        </w:tc>
        <w:tc>
          <w:tcPr>
            <w:tcW w:w="1528" w:type="dxa"/>
          </w:tcPr>
          <w:p w14:paraId="7765D232"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83DAFB8" w14:textId="77777777" w:rsidR="00447748" w:rsidRPr="00977123" w:rsidRDefault="00447748" w:rsidP="00447748">
            <w:pPr>
              <w:spacing w:before="40" w:after="40"/>
              <w:rPr>
                <w:rFonts w:ascii="Arial" w:hAnsi="Arial" w:cs="Arial"/>
                <w:sz w:val="20"/>
              </w:rPr>
            </w:pPr>
          </w:p>
        </w:tc>
        <w:tc>
          <w:tcPr>
            <w:tcW w:w="3920" w:type="dxa"/>
          </w:tcPr>
          <w:p w14:paraId="118ADA86" w14:textId="77777777" w:rsidR="00447748" w:rsidRPr="00977123" w:rsidRDefault="00447748" w:rsidP="00447748">
            <w:pPr>
              <w:spacing w:before="40" w:after="40"/>
              <w:rPr>
                <w:rFonts w:ascii="Arial" w:hAnsi="Arial" w:cs="Arial"/>
                <w:sz w:val="20"/>
              </w:rPr>
            </w:pPr>
          </w:p>
        </w:tc>
      </w:tr>
      <w:tr w:rsidR="00447748" w:rsidRPr="00977123" w14:paraId="03B5E953" w14:textId="77777777" w:rsidTr="00447748">
        <w:tc>
          <w:tcPr>
            <w:tcW w:w="1120" w:type="dxa"/>
          </w:tcPr>
          <w:p w14:paraId="40DF5682" w14:textId="77777777" w:rsidR="00447748" w:rsidRPr="00977123" w:rsidRDefault="00447748" w:rsidP="00447748">
            <w:pPr>
              <w:spacing w:before="40" w:after="40"/>
              <w:rPr>
                <w:rFonts w:ascii="Arial" w:hAnsi="Arial" w:cs="Arial"/>
                <w:sz w:val="20"/>
              </w:rPr>
            </w:pPr>
            <w:r w:rsidRPr="00977123">
              <w:rPr>
                <w:rFonts w:ascii="Arial" w:hAnsi="Arial" w:cs="Arial"/>
                <w:sz w:val="20"/>
              </w:rPr>
              <w:t>9.1.3</w:t>
            </w:r>
          </w:p>
        </w:tc>
        <w:tc>
          <w:tcPr>
            <w:tcW w:w="1953" w:type="dxa"/>
          </w:tcPr>
          <w:p w14:paraId="53068D72" w14:textId="77777777" w:rsidR="00447748" w:rsidRPr="00977123" w:rsidRDefault="00447748" w:rsidP="00447748">
            <w:pPr>
              <w:spacing w:before="40" w:after="40"/>
              <w:rPr>
                <w:rFonts w:ascii="Arial" w:hAnsi="Arial" w:cs="Arial"/>
                <w:sz w:val="20"/>
              </w:rPr>
            </w:pPr>
            <w:r w:rsidRPr="00977123">
              <w:rPr>
                <w:rFonts w:ascii="Arial" w:hAnsi="Arial" w:cs="Arial"/>
                <w:sz w:val="20"/>
              </w:rPr>
              <w:t>Audit programme</w:t>
            </w:r>
          </w:p>
        </w:tc>
        <w:tc>
          <w:tcPr>
            <w:tcW w:w="1339" w:type="dxa"/>
          </w:tcPr>
          <w:p w14:paraId="3D6D2E8C" w14:textId="77777777" w:rsidR="00447748" w:rsidRPr="00977123" w:rsidRDefault="00447748" w:rsidP="00447748">
            <w:pPr>
              <w:spacing w:before="40" w:after="40"/>
              <w:rPr>
                <w:rFonts w:ascii="Arial" w:hAnsi="Arial" w:cs="Arial"/>
                <w:sz w:val="20"/>
              </w:rPr>
            </w:pPr>
            <w:r w:rsidRPr="00977123">
              <w:rPr>
                <w:rFonts w:ascii="Arial" w:hAnsi="Arial" w:cs="Arial"/>
                <w:sz w:val="20"/>
              </w:rPr>
              <w:t>9.1.3</w:t>
            </w:r>
          </w:p>
        </w:tc>
        <w:tc>
          <w:tcPr>
            <w:tcW w:w="2084" w:type="dxa"/>
          </w:tcPr>
          <w:p w14:paraId="209F8C6D" w14:textId="77777777" w:rsidR="00447748" w:rsidRPr="00977123" w:rsidRDefault="00447748" w:rsidP="00447748">
            <w:pPr>
              <w:spacing w:before="40" w:after="40"/>
              <w:rPr>
                <w:rFonts w:ascii="Arial" w:hAnsi="Arial" w:cs="Arial"/>
                <w:sz w:val="20"/>
              </w:rPr>
            </w:pPr>
            <w:r w:rsidRPr="00977123">
              <w:rPr>
                <w:rFonts w:ascii="Arial" w:hAnsi="Arial" w:cs="Arial"/>
                <w:sz w:val="20"/>
              </w:rPr>
              <w:t>Audit programme</w:t>
            </w:r>
          </w:p>
        </w:tc>
        <w:tc>
          <w:tcPr>
            <w:tcW w:w="1528" w:type="dxa"/>
          </w:tcPr>
          <w:p w14:paraId="23DAE3BA" w14:textId="77777777" w:rsidR="00447748" w:rsidRPr="00977123" w:rsidRDefault="00447748" w:rsidP="00447748">
            <w:pPr>
              <w:spacing w:before="40" w:after="40"/>
              <w:rPr>
                <w:rFonts w:ascii="Arial" w:hAnsi="Arial" w:cs="Arial"/>
                <w:sz w:val="20"/>
              </w:rPr>
            </w:pPr>
          </w:p>
        </w:tc>
        <w:tc>
          <w:tcPr>
            <w:tcW w:w="3444" w:type="dxa"/>
          </w:tcPr>
          <w:p w14:paraId="1F5F1DE8" w14:textId="77777777" w:rsidR="00447748" w:rsidRPr="00977123" w:rsidRDefault="00447748" w:rsidP="00447748">
            <w:pPr>
              <w:spacing w:before="40" w:after="40"/>
              <w:rPr>
                <w:rFonts w:ascii="Arial" w:hAnsi="Arial" w:cs="Arial"/>
                <w:sz w:val="20"/>
              </w:rPr>
            </w:pPr>
          </w:p>
        </w:tc>
        <w:tc>
          <w:tcPr>
            <w:tcW w:w="3920" w:type="dxa"/>
          </w:tcPr>
          <w:p w14:paraId="1F0AFDC3" w14:textId="77777777" w:rsidR="00447748" w:rsidRPr="00977123" w:rsidRDefault="00447748" w:rsidP="00447748">
            <w:pPr>
              <w:spacing w:before="40" w:after="40"/>
              <w:rPr>
                <w:rFonts w:ascii="Arial" w:hAnsi="Arial" w:cs="Arial"/>
                <w:sz w:val="20"/>
              </w:rPr>
            </w:pPr>
          </w:p>
        </w:tc>
      </w:tr>
      <w:tr w:rsidR="00447748" w:rsidRPr="00977123" w14:paraId="106EF064" w14:textId="77777777" w:rsidTr="00447748">
        <w:tc>
          <w:tcPr>
            <w:tcW w:w="1120" w:type="dxa"/>
          </w:tcPr>
          <w:p w14:paraId="74C4D391" w14:textId="77777777" w:rsidR="00447748" w:rsidRPr="00977123" w:rsidRDefault="00447748" w:rsidP="00447748">
            <w:pPr>
              <w:spacing w:before="40" w:after="40"/>
              <w:rPr>
                <w:rFonts w:ascii="Arial" w:hAnsi="Arial" w:cs="Arial"/>
                <w:sz w:val="20"/>
              </w:rPr>
            </w:pPr>
          </w:p>
        </w:tc>
        <w:tc>
          <w:tcPr>
            <w:tcW w:w="1953" w:type="dxa"/>
          </w:tcPr>
          <w:p w14:paraId="3DF54747" w14:textId="77777777" w:rsidR="00447748" w:rsidRPr="00977123" w:rsidRDefault="00447748" w:rsidP="00447748">
            <w:pPr>
              <w:spacing w:before="40" w:after="40"/>
              <w:rPr>
                <w:rFonts w:ascii="Arial" w:hAnsi="Arial" w:cs="Arial"/>
                <w:sz w:val="20"/>
              </w:rPr>
            </w:pPr>
          </w:p>
        </w:tc>
        <w:tc>
          <w:tcPr>
            <w:tcW w:w="1339" w:type="dxa"/>
          </w:tcPr>
          <w:p w14:paraId="05BC5453" w14:textId="77777777" w:rsidR="00447748" w:rsidRPr="00977123" w:rsidRDefault="00447748" w:rsidP="00447748">
            <w:pPr>
              <w:spacing w:before="40" w:after="40"/>
              <w:rPr>
                <w:rFonts w:ascii="Arial" w:hAnsi="Arial" w:cs="Arial"/>
                <w:sz w:val="20"/>
              </w:rPr>
            </w:pPr>
            <w:r w:rsidRPr="00977123">
              <w:rPr>
                <w:rFonts w:ascii="Arial" w:hAnsi="Arial" w:cs="Arial"/>
                <w:sz w:val="20"/>
              </w:rPr>
              <w:t>9.1.3.1</w:t>
            </w:r>
          </w:p>
        </w:tc>
        <w:tc>
          <w:tcPr>
            <w:tcW w:w="2084" w:type="dxa"/>
          </w:tcPr>
          <w:p w14:paraId="24FBAC5A"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660FB503"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3A01666" w14:textId="77777777" w:rsidR="00447748" w:rsidRPr="00977123" w:rsidRDefault="00447748" w:rsidP="00447748">
            <w:pPr>
              <w:spacing w:before="40" w:after="40"/>
              <w:rPr>
                <w:rFonts w:ascii="Arial" w:hAnsi="Arial" w:cs="Arial"/>
                <w:sz w:val="20"/>
              </w:rPr>
            </w:pPr>
          </w:p>
        </w:tc>
        <w:tc>
          <w:tcPr>
            <w:tcW w:w="3920" w:type="dxa"/>
          </w:tcPr>
          <w:p w14:paraId="2F880685" w14:textId="77777777" w:rsidR="00447748" w:rsidRPr="00977123" w:rsidRDefault="00447748" w:rsidP="00447748">
            <w:pPr>
              <w:spacing w:before="40" w:after="40"/>
              <w:rPr>
                <w:rFonts w:ascii="Arial" w:hAnsi="Arial" w:cs="Arial"/>
                <w:sz w:val="20"/>
              </w:rPr>
            </w:pPr>
          </w:p>
        </w:tc>
      </w:tr>
      <w:tr w:rsidR="00447748" w:rsidRPr="00977123" w14:paraId="021D0C85" w14:textId="77777777" w:rsidTr="00447748">
        <w:tc>
          <w:tcPr>
            <w:tcW w:w="1120" w:type="dxa"/>
          </w:tcPr>
          <w:p w14:paraId="0B08D82A" w14:textId="77777777" w:rsidR="00447748" w:rsidRPr="00977123" w:rsidRDefault="00447748" w:rsidP="00447748">
            <w:pPr>
              <w:spacing w:before="40" w:after="40"/>
              <w:rPr>
                <w:rFonts w:ascii="Arial" w:hAnsi="Arial" w:cs="Arial"/>
                <w:sz w:val="20"/>
              </w:rPr>
            </w:pPr>
            <w:r w:rsidRPr="00977123">
              <w:rPr>
                <w:rFonts w:ascii="Arial" w:hAnsi="Arial" w:cs="Arial"/>
                <w:sz w:val="20"/>
              </w:rPr>
              <w:t>9.1.3.1.1</w:t>
            </w:r>
          </w:p>
        </w:tc>
        <w:tc>
          <w:tcPr>
            <w:tcW w:w="1953" w:type="dxa"/>
          </w:tcPr>
          <w:p w14:paraId="6D5980B2" w14:textId="77777777" w:rsidR="00447748" w:rsidRPr="00977123" w:rsidRDefault="00447748" w:rsidP="00447748">
            <w:pPr>
              <w:spacing w:before="40" w:after="40"/>
              <w:rPr>
                <w:rFonts w:ascii="Arial" w:hAnsi="Arial" w:cs="Arial"/>
                <w:sz w:val="20"/>
              </w:rPr>
            </w:pPr>
            <w:r w:rsidRPr="00977123">
              <w:rPr>
                <w:rFonts w:ascii="Arial" w:hAnsi="Arial" w:cs="Arial"/>
                <w:sz w:val="20"/>
              </w:rPr>
              <w:t>Scope of certification</w:t>
            </w:r>
          </w:p>
        </w:tc>
        <w:tc>
          <w:tcPr>
            <w:tcW w:w="1339" w:type="dxa"/>
          </w:tcPr>
          <w:p w14:paraId="1DAB2AC5" w14:textId="77777777" w:rsidR="00447748" w:rsidRPr="00977123" w:rsidRDefault="00447748" w:rsidP="00447748">
            <w:pPr>
              <w:spacing w:before="40" w:after="40"/>
              <w:rPr>
                <w:rFonts w:ascii="Arial" w:hAnsi="Arial" w:cs="Arial"/>
                <w:sz w:val="20"/>
              </w:rPr>
            </w:pPr>
          </w:p>
        </w:tc>
        <w:tc>
          <w:tcPr>
            <w:tcW w:w="2084" w:type="dxa"/>
          </w:tcPr>
          <w:p w14:paraId="4A949604" w14:textId="77777777" w:rsidR="00447748" w:rsidRPr="00977123" w:rsidRDefault="00447748" w:rsidP="00447748">
            <w:pPr>
              <w:spacing w:before="40" w:after="40"/>
              <w:rPr>
                <w:rFonts w:ascii="Arial" w:hAnsi="Arial" w:cs="Arial"/>
                <w:sz w:val="20"/>
              </w:rPr>
            </w:pPr>
          </w:p>
        </w:tc>
        <w:tc>
          <w:tcPr>
            <w:tcW w:w="1528" w:type="dxa"/>
          </w:tcPr>
          <w:p w14:paraId="414BF81C" w14:textId="77777777" w:rsidR="00447748" w:rsidRPr="00977123" w:rsidRDefault="00447748" w:rsidP="00447748">
            <w:pPr>
              <w:spacing w:before="40" w:after="40"/>
              <w:rPr>
                <w:rFonts w:ascii="Arial" w:hAnsi="Arial" w:cs="Arial"/>
                <w:sz w:val="20"/>
              </w:rPr>
            </w:pPr>
          </w:p>
        </w:tc>
        <w:tc>
          <w:tcPr>
            <w:tcW w:w="3444" w:type="dxa"/>
          </w:tcPr>
          <w:p w14:paraId="1A7A3027" w14:textId="77777777" w:rsidR="00447748" w:rsidRPr="00977123" w:rsidRDefault="00447748" w:rsidP="00447748">
            <w:pPr>
              <w:spacing w:before="40" w:after="40"/>
              <w:rPr>
                <w:rFonts w:ascii="Arial" w:hAnsi="Arial" w:cs="Arial"/>
                <w:sz w:val="20"/>
              </w:rPr>
            </w:pPr>
          </w:p>
        </w:tc>
        <w:tc>
          <w:tcPr>
            <w:tcW w:w="3920" w:type="dxa"/>
          </w:tcPr>
          <w:p w14:paraId="5C9603CF" w14:textId="77777777" w:rsidR="00447748" w:rsidRPr="00977123" w:rsidRDefault="00447748" w:rsidP="00447748">
            <w:pPr>
              <w:spacing w:before="40" w:after="40"/>
              <w:rPr>
                <w:rFonts w:ascii="Arial" w:hAnsi="Arial" w:cs="Arial"/>
                <w:sz w:val="20"/>
              </w:rPr>
            </w:pPr>
          </w:p>
        </w:tc>
      </w:tr>
      <w:tr w:rsidR="00447748" w:rsidRPr="00977123" w14:paraId="3F1CC21A" w14:textId="77777777" w:rsidTr="00447748">
        <w:tc>
          <w:tcPr>
            <w:tcW w:w="1120" w:type="dxa"/>
          </w:tcPr>
          <w:p w14:paraId="2F760882" w14:textId="77777777" w:rsidR="00447748" w:rsidRPr="00977123" w:rsidRDefault="00447748" w:rsidP="00447748">
            <w:pPr>
              <w:spacing w:before="40" w:after="40"/>
              <w:rPr>
                <w:rFonts w:ascii="Arial" w:hAnsi="Arial" w:cs="Arial"/>
                <w:sz w:val="20"/>
              </w:rPr>
            </w:pPr>
            <w:r w:rsidRPr="00977123">
              <w:rPr>
                <w:rFonts w:ascii="Arial" w:hAnsi="Arial" w:cs="Arial"/>
                <w:sz w:val="20"/>
              </w:rPr>
              <w:t>9.1.3.1.2</w:t>
            </w:r>
          </w:p>
        </w:tc>
        <w:tc>
          <w:tcPr>
            <w:tcW w:w="1953" w:type="dxa"/>
          </w:tcPr>
          <w:p w14:paraId="5E3133ED" w14:textId="77777777" w:rsidR="00447748" w:rsidRPr="00977123" w:rsidRDefault="00447748" w:rsidP="00447748">
            <w:pPr>
              <w:spacing w:before="40" w:after="40"/>
              <w:rPr>
                <w:rFonts w:ascii="Arial" w:hAnsi="Arial" w:cs="Arial"/>
                <w:sz w:val="20"/>
              </w:rPr>
            </w:pPr>
            <w:r w:rsidRPr="00977123">
              <w:rPr>
                <w:rFonts w:ascii="Arial" w:hAnsi="Arial" w:cs="Arial"/>
                <w:sz w:val="20"/>
              </w:rPr>
              <w:t>Specific elements of the PIMS audit</w:t>
            </w:r>
          </w:p>
        </w:tc>
        <w:tc>
          <w:tcPr>
            <w:tcW w:w="1339" w:type="dxa"/>
          </w:tcPr>
          <w:p w14:paraId="20A1EDA1" w14:textId="77777777" w:rsidR="00447748" w:rsidRPr="00977123" w:rsidRDefault="00447748" w:rsidP="00447748">
            <w:pPr>
              <w:spacing w:before="40" w:after="40"/>
              <w:rPr>
                <w:rFonts w:ascii="Arial" w:hAnsi="Arial" w:cs="Arial"/>
                <w:sz w:val="20"/>
              </w:rPr>
            </w:pPr>
          </w:p>
        </w:tc>
        <w:tc>
          <w:tcPr>
            <w:tcW w:w="2084" w:type="dxa"/>
          </w:tcPr>
          <w:p w14:paraId="7F260DDB" w14:textId="77777777" w:rsidR="00447748" w:rsidRPr="00977123" w:rsidRDefault="00447748" w:rsidP="00447748">
            <w:pPr>
              <w:spacing w:before="40" w:after="40"/>
              <w:rPr>
                <w:rFonts w:ascii="Arial" w:hAnsi="Arial" w:cs="Arial"/>
                <w:sz w:val="20"/>
              </w:rPr>
            </w:pPr>
          </w:p>
        </w:tc>
        <w:tc>
          <w:tcPr>
            <w:tcW w:w="1528" w:type="dxa"/>
          </w:tcPr>
          <w:p w14:paraId="71EE78A0"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64968BE2" w14:textId="77777777" w:rsidR="00447748" w:rsidRPr="00977123" w:rsidRDefault="00447748" w:rsidP="00447748">
            <w:pPr>
              <w:spacing w:before="40" w:after="40"/>
              <w:rPr>
                <w:rFonts w:ascii="Arial" w:hAnsi="Arial" w:cs="Arial"/>
                <w:sz w:val="20"/>
              </w:rPr>
            </w:pPr>
          </w:p>
        </w:tc>
        <w:tc>
          <w:tcPr>
            <w:tcW w:w="3920" w:type="dxa"/>
          </w:tcPr>
          <w:p w14:paraId="7E813D62" w14:textId="77777777" w:rsidR="00447748" w:rsidRPr="00977123" w:rsidRDefault="00447748" w:rsidP="00447748">
            <w:pPr>
              <w:spacing w:before="40" w:after="40"/>
              <w:rPr>
                <w:rFonts w:ascii="Arial" w:hAnsi="Arial" w:cs="Arial"/>
                <w:sz w:val="20"/>
              </w:rPr>
            </w:pPr>
          </w:p>
        </w:tc>
      </w:tr>
      <w:tr w:rsidR="00447748" w:rsidRPr="00977123" w14:paraId="786AA879" w14:textId="77777777" w:rsidTr="00447748">
        <w:tc>
          <w:tcPr>
            <w:tcW w:w="1120" w:type="dxa"/>
          </w:tcPr>
          <w:p w14:paraId="4D4F2FB1" w14:textId="77777777" w:rsidR="00447748" w:rsidRPr="00977123" w:rsidRDefault="00447748" w:rsidP="00447748">
            <w:pPr>
              <w:spacing w:before="40" w:after="40"/>
              <w:rPr>
                <w:rFonts w:ascii="Arial" w:hAnsi="Arial" w:cs="Arial"/>
                <w:sz w:val="20"/>
              </w:rPr>
            </w:pPr>
            <w:r w:rsidRPr="00977123">
              <w:rPr>
                <w:rFonts w:ascii="Arial" w:hAnsi="Arial" w:cs="Arial"/>
                <w:sz w:val="20"/>
              </w:rPr>
              <w:t>9.1.3.2</w:t>
            </w:r>
          </w:p>
        </w:tc>
        <w:tc>
          <w:tcPr>
            <w:tcW w:w="1953" w:type="dxa"/>
          </w:tcPr>
          <w:p w14:paraId="71E587BE" w14:textId="77777777" w:rsidR="00447748" w:rsidRPr="00977123" w:rsidRDefault="00447748" w:rsidP="00447748">
            <w:pPr>
              <w:spacing w:before="40" w:after="40"/>
              <w:rPr>
                <w:rFonts w:ascii="Arial" w:hAnsi="Arial" w:cs="Arial"/>
                <w:sz w:val="20"/>
              </w:rPr>
            </w:pPr>
            <w:r w:rsidRPr="00977123">
              <w:rPr>
                <w:rFonts w:ascii="Arial" w:hAnsi="Arial" w:cs="Arial"/>
                <w:sz w:val="20"/>
              </w:rPr>
              <w:t>Certification audit criteria</w:t>
            </w:r>
          </w:p>
        </w:tc>
        <w:tc>
          <w:tcPr>
            <w:tcW w:w="1339" w:type="dxa"/>
          </w:tcPr>
          <w:p w14:paraId="0D957A30" w14:textId="77777777" w:rsidR="00447748" w:rsidRPr="00977123" w:rsidRDefault="00447748" w:rsidP="00447748">
            <w:pPr>
              <w:spacing w:before="40" w:after="40"/>
              <w:rPr>
                <w:rFonts w:ascii="Arial" w:hAnsi="Arial" w:cs="Arial"/>
                <w:sz w:val="20"/>
              </w:rPr>
            </w:pPr>
            <w:r w:rsidRPr="00977123">
              <w:rPr>
                <w:rFonts w:ascii="Arial" w:hAnsi="Arial" w:cs="Arial"/>
                <w:sz w:val="20"/>
              </w:rPr>
              <w:t>9.1.3.2</w:t>
            </w:r>
          </w:p>
        </w:tc>
        <w:tc>
          <w:tcPr>
            <w:tcW w:w="2084" w:type="dxa"/>
          </w:tcPr>
          <w:p w14:paraId="3A7D4826" w14:textId="77777777" w:rsidR="00447748" w:rsidRPr="00977123" w:rsidRDefault="00447748" w:rsidP="00447748">
            <w:pPr>
              <w:spacing w:before="40" w:after="40"/>
              <w:rPr>
                <w:rFonts w:ascii="Arial" w:hAnsi="Arial" w:cs="Arial"/>
                <w:sz w:val="20"/>
              </w:rPr>
            </w:pPr>
            <w:r w:rsidRPr="00977123">
              <w:rPr>
                <w:rFonts w:ascii="Arial" w:hAnsi="Arial" w:cs="Arial"/>
                <w:sz w:val="20"/>
              </w:rPr>
              <w:t>PIMS Controls</w:t>
            </w:r>
          </w:p>
        </w:tc>
        <w:tc>
          <w:tcPr>
            <w:tcW w:w="1528" w:type="dxa"/>
          </w:tcPr>
          <w:p w14:paraId="7345A2EF"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1888F74" w14:textId="77777777" w:rsidR="00447748" w:rsidRPr="00977123" w:rsidRDefault="00447748" w:rsidP="00447748">
            <w:pPr>
              <w:spacing w:before="40" w:after="40"/>
              <w:rPr>
                <w:rFonts w:ascii="Arial" w:hAnsi="Arial" w:cs="Arial"/>
                <w:sz w:val="20"/>
              </w:rPr>
            </w:pPr>
          </w:p>
        </w:tc>
        <w:tc>
          <w:tcPr>
            <w:tcW w:w="3920" w:type="dxa"/>
          </w:tcPr>
          <w:p w14:paraId="7EF42CE1" w14:textId="77777777" w:rsidR="00447748" w:rsidRPr="00977123" w:rsidRDefault="00447748" w:rsidP="00447748">
            <w:pPr>
              <w:spacing w:before="40" w:after="40"/>
              <w:rPr>
                <w:rFonts w:ascii="Arial" w:hAnsi="Arial" w:cs="Arial"/>
                <w:sz w:val="20"/>
              </w:rPr>
            </w:pPr>
          </w:p>
        </w:tc>
      </w:tr>
      <w:tr w:rsidR="00447748" w:rsidRPr="00977123" w14:paraId="7073E9CB" w14:textId="77777777" w:rsidTr="00447748">
        <w:tc>
          <w:tcPr>
            <w:tcW w:w="1120" w:type="dxa"/>
          </w:tcPr>
          <w:p w14:paraId="2ECE2A29" w14:textId="77777777" w:rsidR="00447748" w:rsidRPr="00977123" w:rsidRDefault="00447748" w:rsidP="00447748">
            <w:pPr>
              <w:spacing w:before="40" w:after="40"/>
              <w:rPr>
                <w:rFonts w:ascii="Arial" w:hAnsi="Arial" w:cs="Arial"/>
                <w:sz w:val="20"/>
              </w:rPr>
            </w:pPr>
            <w:r w:rsidRPr="00977123">
              <w:rPr>
                <w:rFonts w:ascii="Arial" w:hAnsi="Arial" w:cs="Arial"/>
                <w:sz w:val="20"/>
              </w:rPr>
              <w:t>9.1.4</w:t>
            </w:r>
          </w:p>
        </w:tc>
        <w:tc>
          <w:tcPr>
            <w:tcW w:w="1953" w:type="dxa"/>
          </w:tcPr>
          <w:p w14:paraId="363438A4" w14:textId="77777777" w:rsidR="00447748" w:rsidRPr="00977123" w:rsidRDefault="00447748" w:rsidP="00447748">
            <w:pPr>
              <w:spacing w:before="40" w:after="40"/>
              <w:rPr>
                <w:rFonts w:ascii="Arial" w:hAnsi="Arial" w:cs="Arial"/>
                <w:sz w:val="20"/>
              </w:rPr>
            </w:pPr>
            <w:r w:rsidRPr="00977123">
              <w:rPr>
                <w:rFonts w:ascii="Arial" w:hAnsi="Arial" w:cs="Arial"/>
                <w:sz w:val="20"/>
              </w:rPr>
              <w:t>Determining audit time</w:t>
            </w:r>
          </w:p>
        </w:tc>
        <w:tc>
          <w:tcPr>
            <w:tcW w:w="1339" w:type="dxa"/>
          </w:tcPr>
          <w:p w14:paraId="0C6DCBF0" w14:textId="77777777" w:rsidR="00447748" w:rsidRPr="00977123" w:rsidRDefault="00447748" w:rsidP="00447748">
            <w:pPr>
              <w:spacing w:before="40" w:after="40"/>
              <w:rPr>
                <w:rFonts w:ascii="Arial" w:hAnsi="Arial" w:cs="Arial"/>
                <w:sz w:val="20"/>
              </w:rPr>
            </w:pPr>
            <w:r w:rsidRPr="00977123">
              <w:rPr>
                <w:rFonts w:ascii="Arial" w:hAnsi="Arial" w:cs="Arial"/>
                <w:sz w:val="20"/>
              </w:rPr>
              <w:t>9.1.4</w:t>
            </w:r>
          </w:p>
        </w:tc>
        <w:tc>
          <w:tcPr>
            <w:tcW w:w="2084" w:type="dxa"/>
          </w:tcPr>
          <w:p w14:paraId="6B35804A" w14:textId="77777777" w:rsidR="00447748" w:rsidRPr="00977123" w:rsidRDefault="00447748" w:rsidP="00447748">
            <w:pPr>
              <w:spacing w:before="40" w:after="40"/>
              <w:rPr>
                <w:rFonts w:ascii="Arial" w:hAnsi="Arial" w:cs="Arial"/>
                <w:sz w:val="20"/>
              </w:rPr>
            </w:pPr>
            <w:r w:rsidRPr="00977123">
              <w:rPr>
                <w:rFonts w:ascii="Arial" w:hAnsi="Arial" w:cs="Arial"/>
                <w:sz w:val="20"/>
              </w:rPr>
              <w:t>Determining audit time</w:t>
            </w:r>
          </w:p>
        </w:tc>
        <w:tc>
          <w:tcPr>
            <w:tcW w:w="1528" w:type="dxa"/>
          </w:tcPr>
          <w:p w14:paraId="7E87895F" w14:textId="77777777" w:rsidR="00447748" w:rsidRPr="00977123" w:rsidRDefault="00447748" w:rsidP="00447748">
            <w:pPr>
              <w:spacing w:before="40" w:after="40"/>
              <w:rPr>
                <w:rFonts w:ascii="Arial" w:hAnsi="Arial" w:cs="Arial"/>
                <w:sz w:val="20"/>
              </w:rPr>
            </w:pPr>
            <w:r w:rsidRPr="00977123">
              <w:rPr>
                <w:rFonts w:ascii="Arial" w:hAnsi="Arial" w:cs="Arial"/>
                <w:sz w:val="20"/>
              </w:rPr>
              <w:t>New/Structural</w:t>
            </w:r>
          </w:p>
        </w:tc>
        <w:tc>
          <w:tcPr>
            <w:tcW w:w="3444" w:type="dxa"/>
          </w:tcPr>
          <w:p w14:paraId="30ADF055" w14:textId="77777777" w:rsidR="00447748" w:rsidRPr="00977123" w:rsidRDefault="00447748" w:rsidP="00447748">
            <w:pPr>
              <w:spacing w:before="40" w:after="40"/>
              <w:rPr>
                <w:rFonts w:ascii="Arial" w:hAnsi="Arial" w:cs="Arial"/>
                <w:sz w:val="20"/>
              </w:rPr>
            </w:pPr>
          </w:p>
        </w:tc>
        <w:tc>
          <w:tcPr>
            <w:tcW w:w="3920" w:type="dxa"/>
          </w:tcPr>
          <w:p w14:paraId="1BE9B93C" w14:textId="77777777" w:rsidR="00447748" w:rsidRPr="00977123" w:rsidRDefault="00447748" w:rsidP="00447748">
            <w:pPr>
              <w:spacing w:before="40" w:after="40"/>
              <w:rPr>
                <w:rFonts w:ascii="Arial" w:hAnsi="Arial" w:cs="Arial"/>
                <w:sz w:val="20"/>
              </w:rPr>
            </w:pPr>
          </w:p>
        </w:tc>
      </w:tr>
      <w:tr w:rsidR="00447748" w:rsidRPr="00977123" w14:paraId="6DB29719" w14:textId="77777777" w:rsidTr="00447748">
        <w:tc>
          <w:tcPr>
            <w:tcW w:w="1120" w:type="dxa"/>
          </w:tcPr>
          <w:p w14:paraId="29DCF706" w14:textId="77777777" w:rsidR="00447748" w:rsidRPr="00977123" w:rsidRDefault="00447748" w:rsidP="00447748">
            <w:pPr>
              <w:spacing w:before="40" w:after="40"/>
              <w:rPr>
                <w:rFonts w:ascii="Arial" w:hAnsi="Arial" w:cs="Arial"/>
                <w:sz w:val="20"/>
              </w:rPr>
            </w:pPr>
          </w:p>
        </w:tc>
        <w:tc>
          <w:tcPr>
            <w:tcW w:w="1953" w:type="dxa"/>
          </w:tcPr>
          <w:p w14:paraId="1CFD78C6" w14:textId="77777777" w:rsidR="00447748" w:rsidRPr="00977123" w:rsidRDefault="00447748" w:rsidP="00447748">
            <w:pPr>
              <w:spacing w:before="40" w:after="40"/>
              <w:rPr>
                <w:rFonts w:ascii="Arial" w:hAnsi="Arial" w:cs="Arial"/>
                <w:sz w:val="20"/>
              </w:rPr>
            </w:pPr>
          </w:p>
        </w:tc>
        <w:tc>
          <w:tcPr>
            <w:tcW w:w="1339" w:type="dxa"/>
          </w:tcPr>
          <w:p w14:paraId="430F045E" w14:textId="77777777" w:rsidR="00447748" w:rsidRPr="00977123" w:rsidRDefault="00447748" w:rsidP="00447748">
            <w:pPr>
              <w:spacing w:before="40" w:after="40"/>
              <w:rPr>
                <w:rFonts w:ascii="Arial" w:hAnsi="Arial" w:cs="Arial"/>
                <w:sz w:val="20"/>
              </w:rPr>
            </w:pPr>
            <w:r w:rsidRPr="00977123">
              <w:rPr>
                <w:rFonts w:ascii="Arial" w:hAnsi="Arial" w:cs="Arial"/>
                <w:sz w:val="20"/>
              </w:rPr>
              <w:t>9.1.4.2</w:t>
            </w:r>
          </w:p>
        </w:tc>
        <w:tc>
          <w:tcPr>
            <w:tcW w:w="2084" w:type="dxa"/>
          </w:tcPr>
          <w:p w14:paraId="32276C15" w14:textId="77777777" w:rsidR="00447748" w:rsidRPr="00977123" w:rsidRDefault="00447748" w:rsidP="00447748">
            <w:pPr>
              <w:spacing w:before="40" w:after="40"/>
              <w:rPr>
                <w:rFonts w:ascii="Arial" w:hAnsi="Arial" w:cs="Arial"/>
                <w:sz w:val="20"/>
              </w:rPr>
            </w:pPr>
            <w:r w:rsidRPr="00977123">
              <w:rPr>
                <w:rFonts w:ascii="Arial" w:hAnsi="Arial" w:cs="Arial"/>
                <w:sz w:val="20"/>
              </w:rPr>
              <w:t>Audit time</w:t>
            </w:r>
          </w:p>
        </w:tc>
        <w:tc>
          <w:tcPr>
            <w:tcW w:w="1528" w:type="dxa"/>
          </w:tcPr>
          <w:p w14:paraId="2D6A249E" w14:textId="77777777" w:rsidR="00447748" w:rsidRPr="00977123" w:rsidRDefault="00447748" w:rsidP="00447748">
            <w:pPr>
              <w:spacing w:before="40" w:after="40"/>
              <w:rPr>
                <w:rFonts w:ascii="Arial" w:hAnsi="Arial" w:cs="Arial"/>
                <w:sz w:val="20"/>
              </w:rPr>
            </w:pPr>
            <w:r w:rsidRPr="00977123">
              <w:rPr>
                <w:rFonts w:ascii="Arial" w:hAnsi="Arial" w:cs="Arial"/>
                <w:sz w:val="20"/>
              </w:rPr>
              <w:t>New/Structural</w:t>
            </w:r>
          </w:p>
        </w:tc>
        <w:tc>
          <w:tcPr>
            <w:tcW w:w="3444" w:type="dxa"/>
          </w:tcPr>
          <w:p w14:paraId="5C0B83B5" w14:textId="77777777" w:rsidR="00447748" w:rsidRPr="00977123" w:rsidRDefault="00447748" w:rsidP="00447748">
            <w:pPr>
              <w:spacing w:before="40" w:after="40"/>
              <w:rPr>
                <w:rFonts w:ascii="Arial" w:hAnsi="Arial" w:cs="Arial"/>
                <w:sz w:val="20"/>
              </w:rPr>
            </w:pPr>
          </w:p>
        </w:tc>
        <w:tc>
          <w:tcPr>
            <w:tcW w:w="3920" w:type="dxa"/>
          </w:tcPr>
          <w:p w14:paraId="40C8AD71" w14:textId="77777777" w:rsidR="00447748" w:rsidRPr="00977123" w:rsidRDefault="00447748" w:rsidP="00447748">
            <w:pPr>
              <w:spacing w:before="40" w:after="40"/>
              <w:rPr>
                <w:rFonts w:ascii="Arial" w:hAnsi="Arial" w:cs="Arial"/>
                <w:sz w:val="20"/>
              </w:rPr>
            </w:pPr>
          </w:p>
        </w:tc>
      </w:tr>
      <w:tr w:rsidR="00447748" w:rsidRPr="00977123" w14:paraId="128D7525" w14:textId="77777777" w:rsidTr="00447748">
        <w:tc>
          <w:tcPr>
            <w:tcW w:w="1120" w:type="dxa"/>
          </w:tcPr>
          <w:p w14:paraId="775B8C1F" w14:textId="77777777" w:rsidR="00447748" w:rsidRPr="00977123" w:rsidRDefault="00447748" w:rsidP="00447748">
            <w:pPr>
              <w:spacing w:before="40" w:after="40"/>
              <w:rPr>
                <w:rFonts w:ascii="Arial" w:hAnsi="Arial" w:cs="Arial"/>
                <w:sz w:val="20"/>
              </w:rPr>
            </w:pPr>
            <w:r w:rsidRPr="00977123">
              <w:rPr>
                <w:rFonts w:ascii="Arial" w:hAnsi="Arial" w:cs="Arial"/>
                <w:sz w:val="20"/>
              </w:rPr>
              <w:t>9.1.5</w:t>
            </w:r>
          </w:p>
        </w:tc>
        <w:tc>
          <w:tcPr>
            <w:tcW w:w="1953" w:type="dxa"/>
          </w:tcPr>
          <w:p w14:paraId="0E1B6CCA" w14:textId="77777777" w:rsidR="00447748" w:rsidRPr="00977123" w:rsidRDefault="00447748" w:rsidP="00447748">
            <w:pPr>
              <w:spacing w:before="40" w:after="40"/>
              <w:rPr>
                <w:rFonts w:ascii="Arial" w:hAnsi="Arial" w:cs="Arial"/>
                <w:sz w:val="20"/>
              </w:rPr>
            </w:pPr>
            <w:r w:rsidRPr="00977123">
              <w:rPr>
                <w:rFonts w:ascii="Arial" w:hAnsi="Arial" w:cs="Arial"/>
                <w:sz w:val="20"/>
              </w:rPr>
              <w:t>Multi-site sampling</w:t>
            </w:r>
          </w:p>
        </w:tc>
        <w:tc>
          <w:tcPr>
            <w:tcW w:w="1339" w:type="dxa"/>
          </w:tcPr>
          <w:p w14:paraId="4D2927AC" w14:textId="77777777" w:rsidR="00447748" w:rsidRPr="00977123" w:rsidRDefault="00447748" w:rsidP="00447748">
            <w:pPr>
              <w:spacing w:before="40" w:after="40"/>
              <w:rPr>
                <w:rFonts w:ascii="Arial" w:hAnsi="Arial" w:cs="Arial"/>
                <w:sz w:val="20"/>
              </w:rPr>
            </w:pPr>
          </w:p>
        </w:tc>
        <w:tc>
          <w:tcPr>
            <w:tcW w:w="2084" w:type="dxa"/>
          </w:tcPr>
          <w:p w14:paraId="3EE3C45B" w14:textId="77777777" w:rsidR="00447748" w:rsidRPr="00977123" w:rsidRDefault="00447748" w:rsidP="00447748">
            <w:pPr>
              <w:spacing w:before="40" w:after="40"/>
              <w:rPr>
                <w:rFonts w:ascii="Arial" w:hAnsi="Arial" w:cs="Arial"/>
                <w:sz w:val="20"/>
              </w:rPr>
            </w:pPr>
          </w:p>
        </w:tc>
        <w:tc>
          <w:tcPr>
            <w:tcW w:w="1528" w:type="dxa"/>
          </w:tcPr>
          <w:p w14:paraId="42F0ACDA" w14:textId="77777777" w:rsidR="00447748" w:rsidRPr="00977123" w:rsidRDefault="00447748" w:rsidP="00447748">
            <w:pPr>
              <w:spacing w:before="40" w:after="40"/>
              <w:rPr>
                <w:rFonts w:ascii="Arial" w:hAnsi="Arial" w:cs="Arial"/>
                <w:sz w:val="20"/>
              </w:rPr>
            </w:pPr>
            <w:r w:rsidRPr="00977123">
              <w:rPr>
                <w:rFonts w:ascii="Arial" w:hAnsi="Arial" w:cs="Arial"/>
                <w:sz w:val="20"/>
              </w:rPr>
              <w:t>Structural</w:t>
            </w:r>
          </w:p>
        </w:tc>
        <w:tc>
          <w:tcPr>
            <w:tcW w:w="3444" w:type="dxa"/>
          </w:tcPr>
          <w:p w14:paraId="26240036" w14:textId="77777777" w:rsidR="00447748" w:rsidRPr="00977123" w:rsidRDefault="00447748" w:rsidP="00447748">
            <w:pPr>
              <w:spacing w:before="40" w:after="40"/>
              <w:rPr>
                <w:rFonts w:ascii="Arial" w:hAnsi="Arial" w:cs="Arial"/>
                <w:sz w:val="20"/>
              </w:rPr>
            </w:pPr>
          </w:p>
        </w:tc>
        <w:tc>
          <w:tcPr>
            <w:tcW w:w="3920" w:type="dxa"/>
          </w:tcPr>
          <w:p w14:paraId="4E28E95D" w14:textId="77777777" w:rsidR="00447748" w:rsidRPr="00977123" w:rsidRDefault="00447748" w:rsidP="00447748">
            <w:pPr>
              <w:spacing w:before="40" w:after="40"/>
              <w:rPr>
                <w:rFonts w:ascii="Arial" w:hAnsi="Arial" w:cs="Arial"/>
                <w:sz w:val="20"/>
              </w:rPr>
            </w:pPr>
          </w:p>
        </w:tc>
      </w:tr>
      <w:tr w:rsidR="00447748" w:rsidRPr="00977123" w14:paraId="15739709" w14:textId="77777777" w:rsidTr="00447748">
        <w:tc>
          <w:tcPr>
            <w:tcW w:w="1120" w:type="dxa"/>
          </w:tcPr>
          <w:p w14:paraId="57D3D68B" w14:textId="77777777" w:rsidR="00447748" w:rsidRPr="00977123" w:rsidRDefault="00447748" w:rsidP="00447748">
            <w:pPr>
              <w:spacing w:before="40" w:after="40"/>
              <w:rPr>
                <w:rFonts w:ascii="Arial" w:hAnsi="Arial" w:cs="Arial"/>
                <w:sz w:val="20"/>
              </w:rPr>
            </w:pPr>
            <w:r w:rsidRPr="00977123">
              <w:rPr>
                <w:rFonts w:ascii="Arial" w:hAnsi="Arial" w:cs="Arial"/>
                <w:sz w:val="20"/>
              </w:rPr>
              <w:t>9.1.6</w:t>
            </w:r>
          </w:p>
        </w:tc>
        <w:tc>
          <w:tcPr>
            <w:tcW w:w="1953" w:type="dxa"/>
          </w:tcPr>
          <w:p w14:paraId="74DA84FC" w14:textId="77777777" w:rsidR="00447748" w:rsidRPr="00977123" w:rsidRDefault="00447748" w:rsidP="00447748">
            <w:pPr>
              <w:spacing w:before="40" w:after="40"/>
              <w:rPr>
                <w:rFonts w:ascii="Arial" w:hAnsi="Arial" w:cs="Arial"/>
                <w:sz w:val="20"/>
              </w:rPr>
            </w:pPr>
            <w:r w:rsidRPr="00977123">
              <w:rPr>
                <w:rFonts w:ascii="Arial" w:hAnsi="Arial" w:cs="Arial"/>
                <w:sz w:val="20"/>
              </w:rPr>
              <w:t>Multiple management systems</w:t>
            </w:r>
          </w:p>
        </w:tc>
        <w:tc>
          <w:tcPr>
            <w:tcW w:w="1339" w:type="dxa"/>
          </w:tcPr>
          <w:p w14:paraId="7E2CA65D" w14:textId="77777777" w:rsidR="00447748" w:rsidRPr="00977123" w:rsidRDefault="00447748" w:rsidP="00447748">
            <w:pPr>
              <w:spacing w:before="40" w:after="40"/>
              <w:rPr>
                <w:rFonts w:ascii="Arial" w:hAnsi="Arial" w:cs="Arial"/>
                <w:sz w:val="20"/>
              </w:rPr>
            </w:pPr>
          </w:p>
        </w:tc>
        <w:tc>
          <w:tcPr>
            <w:tcW w:w="2084" w:type="dxa"/>
          </w:tcPr>
          <w:p w14:paraId="11F73081" w14:textId="77777777" w:rsidR="00447748" w:rsidRPr="00977123" w:rsidRDefault="00447748" w:rsidP="00447748">
            <w:pPr>
              <w:spacing w:before="40" w:after="40"/>
              <w:rPr>
                <w:rFonts w:ascii="Arial" w:hAnsi="Arial" w:cs="Arial"/>
                <w:sz w:val="20"/>
              </w:rPr>
            </w:pPr>
          </w:p>
        </w:tc>
        <w:tc>
          <w:tcPr>
            <w:tcW w:w="1528" w:type="dxa"/>
          </w:tcPr>
          <w:p w14:paraId="530C7BEF" w14:textId="77777777" w:rsidR="00447748" w:rsidRPr="00977123" w:rsidRDefault="00447748" w:rsidP="00447748">
            <w:pPr>
              <w:spacing w:before="40" w:after="40"/>
              <w:rPr>
                <w:rFonts w:ascii="Arial" w:hAnsi="Arial" w:cs="Arial"/>
                <w:sz w:val="20"/>
              </w:rPr>
            </w:pPr>
          </w:p>
        </w:tc>
        <w:tc>
          <w:tcPr>
            <w:tcW w:w="3444" w:type="dxa"/>
          </w:tcPr>
          <w:p w14:paraId="20FB6D12" w14:textId="77777777" w:rsidR="00447748" w:rsidRPr="00977123" w:rsidRDefault="00447748" w:rsidP="00447748">
            <w:pPr>
              <w:spacing w:before="40" w:after="40"/>
              <w:rPr>
                <w:rFonts w:ascii="Arial" w:hAnsi="Arial" w:cs="Arial"/>
                <w:sz w:val="20"/>
              </w:rPr>
            </w:pPr>
          </w:p>
        </w:tc>
        <w:tc>
          <w:tcPr>
            <w:tcW w:w="3920" w:type="dxa"/>
          </w:tcPr>
          <w:p w14:paraId="68941EEF" w14:textId="77777777" w:rsidR="00447748" w:rsidRPr="00977123" w:rsidRDefault="00447748" w:rsidP="00447748">
            <w:pPr>
              <w:spacing w:before="40" w:after="40"/>
              <w:rPr>
                <w:rFonts w:ascii="Arial" w:hAnsi="Arial" w:cs="Arial"/>
                <w:sz w:val="20"/>
              </w:rPr>
            </w:pPr>
          </w:p>
        </w:tc>
      </w:tr>
      <w:tr w:rsidR="00447748" w:rsidRPr="00977123" w14:paraId="65BA7C27" w14:textId="77777777" w:rsidTr="00447748">
        <w:tc>
          <w:tcPr>
            <w:tcW w:w="1120" w:type="dxa"/>
          </w:tcPr>
          <w:p w14:paraId="0E75F071" w14:textId="77777777" w:rsidR="00447748" w:rsidRPr="00977123" w:rsidRDefault="00447748" w:rsidP="00447748">
            <w:pPr>
              <w:spacing w:before="40" w:after="40"/>
              <w:rPr>
                <w:rFonts w:ascii="Arial" w:hAnsi="Arial" w:cs="Arial"/>
                <w:sz w:val="20"/>
              </w:rPr>
            </w:pPr>
            <w:r w:rsidRPr="00977123">
              <w:rPr>
                <w:rFonts w:ascii="Arial" w:hAnsi="Arial" w:cs="Arial"/>
                <w:sz w:val="20"/>
              </w:rPr>
              <w:t>9.2</w:t>
            </w:r>
          </w:p>
        </w:tc>
        <w:tc>
          <w:tcPr>
            <w:tcW w:w="1953" w:type="dxa"/>
          </w:tcPr>
          <w:p w14:paraId="5D95CD0E" w14:textId="77777777" w:rsidR="00447748" w:rsidRPr="00977123" w:rsidRDefault="00447748" w:rsidP="00447748">
            <w:pPr>
              <w:spacing w:before="40" w:after="40"/>
              <w:rPr>
                <w:rFonts w:ascii="Arial" w:hAnsi="Arial" w:cs="Arial"/>
                <w:sz w:val="20"/>
              </w:rPr>
            </w:pPr>
            <w:r w:rsidRPr="00977123">
              <w:rPr>
                <w:rFonts w:ascii="Arial" w:hAnsi="Arial" w:cs="Arial"/>
                <w:sz w:val="20"/>
              </w:rPr>
              <w:t>Planning Audits</w:t>
            </w:r>
          </w:p>
        </w:tc>
        <w:tc>
          <w:tcPr>
            <w:tcW w:w="1339" w:type="dxa"/>
          </w:tcPr>
          <w:p w14:paraId="56E88028" w14:textId="77777777" w:rsidR="00447748" w:rsidRPr="00977123" w:rsidRDefault="00447748" w:rsidP="00447748">
            <w:pPr>
              <w:spacing w:before="40" w:after="40"/>
              <w:rPr>
                <w:rFonts w:ascii="Arial" w:hAnsi="Arial" w:cs="Arial"/>
                <w:sz w:val="20"/>
              </w:rPr>
            </w:pPr>
            <w:r w:rsidRPr="00977123">
              <w:rPr>
                <w:rFonts w:ascii="Arial" w:hAnsi="Arial" w:cs="Arial"/>
                <w:sz w:val="20"/>
              </w:rPr>
              <w:t>9.2</w:t>
            </w:r>
          </w:p>
        </w:tc>
        <w:tc>
          <w:tcPr>
            <w:tcW w:w="2084" w:type="dxa"/>
          </w:tcPr>
          <w:p w14:paraId="308951DA" w14:textId="77777777" w:rsidR="00447748" w:rsidRPr="00977123" w:rsidRDefault="00447748" w:rsidP="00447748">
            <w:pPr>
              <w:spacing w:before="40" w:after="40"/>
              <w:rPr>
                <w:rFonts w:ascii="Arial" w:hAnsi="Arial" w:cs="Arial"/>
                <w:sz w:val="20"/>
              </w:rPr>
            </w:pPr>
            <w:r w:rsidRPr="00977123">
              <w:rPr>
                <w:rFonts w:ascii="Arial" w:hAnsi="Arial" w:cs="Arial"/>
                <w:sz w:val="20"/>
              </w:rPr>
              <w:t>Planning Audits</w:t>
            </w:r>
          </w:p>
        </w:tc>
        <w:tc>
          <w:tcPr>
            <w:tcW w:w="1528" w:type="dxa"/>
          </w:tcPr>
          <w:p w14:paraId="1F15F170" w14:textId="77777777" w:rsidR="00447748" w:rsidRPr="00977123" w:rsidRDefault="00447748" w:rsidP="00447748">
            <w:pPr>
              <w:spacing w:before="40" w:after="40"/>
              <w:rPr>
                <w:rFonts w:ascii="Arial" w:hAnsi="Arial" w:cs="Arial"/>
                <w:sz w:val="20"/>
              </w:rPr>
            </w:pPr>
          </w:p>
        </w:tc>
        <w:tc>
          <w:tcPr>
            <w:tcW w:w="3444" w:type="dxa"/>
          </w:tcPr>
          <w:p w14:paraId="27DC15FA" w14:textId="77777777" w:rsidR="00447748" w:rsidRPr="00977123" w:rsidRDefault="00447748" w:rsidP="00447748">
            <w:pPr>
              <w:spacing w:before="40" w:after="40"/>
              <w:rPr>
                <w:rFonts w:ascii="Arial" w:hAnsi="Arial" w:cs="Arial"/>
                <w:sz w:val="20"/>
              </w:rPr>
            </w:pPr>
          </w:p>
        </w:tc>
        <w:tc>
          <w:tcPr>
            <w:tcW w:w="3920" w:type="dxa"/>
          </w:tcPr>
          <w:p w14:paraId="4143EBD1" w14:textId="77777777" w:rsidR="00447748" w:rsidRPr="00977123" w:rsidRDefault="00447748" w:rsidP="00447748">
            <w:pPr>
              <w:spacing w:before="40" w:after="40"/>
              <w:rPr>
                <w:rFonts w:ascii="Arial" w:hAnsi="Arial" w:cs="Arial"/>
                <w:sz w:val="20"/>
              </w:rPr>
            </w:pPr>
          </w:p>
        </w:tc>
      </w:tr>
      <w:tr w:rsidR="00447748" w:rsidRPr="00977123" w14:paraId="38D81EDB" w14:textId="77777777" w:rsidTr="00447748">
        <w:tc>
          <w:tcPr>
            <w:tcW w:w="1120" w:type="dxa"/>
          </w:tcPr>
          <w:p w14:paraId="3E39CC18" w14:textId="77777777" w:rsidR="00447748" w:rsidRPr="00977123" w:rsidRDefault="00447748" w:rsidP="00447748">
            <w:pPr>
              <w:spacing w:before="40" w:after="40"/>
              <w:rPr>
                <w:rFonts w:ascii="Arial" w:hAnsi="Arial" w:cs="Arial"/>
                <w:sz w:val="20"/>
              </w:rPr>
            </w:pPr>
            <w:r w:rsidRPr="00977123">
              <w:rPr>
                <w:rFonts w:ascii="Arial" w:hAnsi="Arial" w:cs="Arial"/>
                <w:sz w:val="20"/>
              </w:rPr>
              <w:t>9.2.1</w:t>
            </w:r>
          </w:p>
        </w:tc>
        <w:tc>
          <w:tcPr>
            <w:tcW w:w="1953" w:type="dxa"/>
          </w:tcPr>
          <w:p w14:paraId="4A578C16" w14:textId="77777777" w:rsidR="00447748" w:rsidRPr="00977123" w:rsidRDefault="00447748" w:rsidP="00447748">
            <w:pPr>
              <w:spacing w:before="40" w:after="40"/>
              <w:rPr>
                <w:rFonts w:ascii="Arial" w:hAnsi="Arial" w:cs="Arial"/>
                <w:sz w:val="20"/>
              </w:rPr>
            </w:pPr>
            <w:r w:rsidRPr="00977123">
              <w:rPr>
                <w:rFonts w:ascii="Arial" w:hAnsi="Arial" w:cs="Arial"/>
                <w:sz w:val="20"/>
              </w:rPr>
              <w:t>Determining audit objectives, scope and criteria</w:t>
            </w:r>
          </w:p>
        </w:tc>
        <w:tc>
          <w:tcPr>
            <w:tcW w:w="1339" w:type="dxa"/>
          </w:tcPr>
          <w:p w14:paraId="1BA5F9E4" w14:textId="77777777" w:rsidR="00447748" w:rsidRPr="00977123" w:rsidRDefault="00447748" w:rsidP="00447748">
            <w:pPr>
              <w:spacing w:before="40" w:after="40"/>
              <w:rPr>
                <w:rFonts w:ascii="Arial" w:hAnsi="Arial" w:cs="Arial"/>
                <w:sz w:val="20"/>
              </w:rPr>
            </w:pPr>
            <w:r w:rsidRPr="00977123">
              <w:rPr>
                <w:rFonts w:ascii="Arial" w:hAnsi="Arial" w:cs="Arial"/>
                <w:sz w:val="20"/>
              </w:rPr>
              <w:t>9.2.1</w:t>
            </w:r>
          </w:p>
        </w:tc>
        <w:tc>
          <w:tcPr>
            <w:tcW w:w="2084" w:type="dxa"/>
          </w:tcPr>
          <w:p w14:paraId="497067C2" w14:textId="77777777" w:rsidR="00447748" w:rsidRPr="00977123" w:rsidRDefault="00447748" w:rsidP="00447748">
            <w:pPr>
              <w:spacing w:before="40" w:after="40"/>
              <w:rPr>
                <w:rFonts w:ascii="Arial" w:hAnsi="Arial" w:cs="Arial"/>
                <w:sz w:val="20"/>
              </w:rPr>
            </w:pPr>
            <w:r w:rsidRPr="00977123">
              <w:rPr>
                <w:rFonts w:ascii="Arial" w:hAnsi="Arial" w:cs="Arial"/>
                <w:sz w:val="20"/>
              </w:rPr>
              <w:t>Determining audit objectives, scope and criteria</w:t>
            </w:r>
          </w:p>
        </w:tc>
        <w:tc>
          <w:tcPr>
            <w:tcW w:w="1528" w:type="dxa"/>
          </w:tcPr>
          <w:p w14:paraId="784965B3" w14:textId="77777777" w:rsidR="00447748" w:rsidRPr="00977123" w:rsidRDefault="00447748" w:rsidP="00447748">
            <w:pPr>
              <w:spacing w:before="40" w:after="40"/>
              <w:rPr>
                <w:rFonts w:ascii="Arial" w:hAnsi="Arial" w:cs="Arial"/>
                <w:sz w:val="20"/>
              </w:rPr>
            </w:pPr>
          </w:p>
        </w:tc>
        <w:tc>
          <w:tcPr>
            <w:tcW w:w="3444" w:type="dxa"/>
          </w:tcPr>
          <w:p w14:paraId="32CF7745" w14:textId="77777777" w:rsidR="00447748" w:rsidRPr="00977123" w:rsidRDefault="00447748" w:rsidP="00447748">
            <w:pPr>
              <w:spacing w:before="40" w:after="40"/>
              <w:rPr>
                <w:rFonts w:ascii="Arial" w:hAnsi="Arial" w:cs="Arial"/>
                <w:sz w:val="20"/>
              </w:rPr>
            </w:pPr>
          </w:p>
        </w:tc>
        <w:tc>
          <w:tcPr>
            <w:tcW w:w="3920" w:type="dxa"/>
          </w:tcPr>
          <w:p w14:paraId="5C1F53A1" w14:textId="77777777" w:rsidR="00447748" w:rsidRPr="00977123" w:rsidRDefault="00447748" w:rsidP="00447748">
            <w:pPr>
              <w:spacing w:before="40" w:after="40"/>
              <w:rPr>
                <w:rFonts w:ascii="Arial" w:hAnsi="Arial" w:cs="Arial"/>
                <w:sz w:val="20"/>
              </w:rPr>
            </w:pPr>
          </w:p>
        </w:tc>
      </w:tr>
      <w:tr w:rsidR="00447748" w:rsidRPr="00977123" w14:paraId="2850FAED" w14:textId="77777777" w:rsidTr="00447748">
        <w:tc>
          <w:tcPr>
            <w:tcW w:w="1120" w:type="dxa"/>
          </w:tcPr>
          <w:p w14:paraId="56248974" w14:textId="77777777" w:rsidR="00447748" w:rsidRPr="00977123" w:rsidRDefault="00447748" w:rsidP="00447748">
            <w:pPr>
              <w:spacing w:before="40" w:after="40"/>
              <w:rPr>
                <w:rFonts w:ascii="Arial" w:hAnsi="Arial" w:cs="Arial"/>
                <w:sz w:val="20"/>
              </w:rPr>
            </w:pPr>
          </w:p>
        </w:tc>
        <w:tc>
          <w:tcPr>
            <w:tcW w:w="1953" w:type="dxa"/>
          </w:tcPr>
          <w:p w14:paraId="52BA156F" w14:textId="77777777" w:rsidR="00447748" w:rsidRPr="00977123" w:rsidRDefault="00447748" w:rsidP="00447748">
            <w:pPr>
              <w:spacing w:before="40" w:after="40"/>
              <w:rPr>
                <w:rFonts w:ascii="Arial" w:hAnsi="Arial" w:cs="Arial"/>
                <w:sz w:val="20"/>
              </w:rPr>
            </w:pPr>
          </w:p>
        </w:tc>
        <w:tc>
          <w:tcPr>
            <w:tcW w:w="1339" w:type="dxa"/>
          </w:tcPr>
          <w:p w14:paraId="47D52B8D" w14:textId="77777777" w:rsidR="00447748" w:rsidRPr="00977123" w:rsidRDefault="00447748" w:rsidP="00447748">
            <w:pPr>
              <w:spacing w:before="40" w:after="40"/>
              <w:rPr>
                <w:rFonts w:ascii="Arial" w:hAnsi="Arial" w:cs="Arial"/>
                <w:sz w:val="20"/>
              </w:rPr>
            </w:pPr>
            <w:r w:rsidRPr="00977123">
              <w:rPr>
                <w:rFonts w:ascii="Arial" w:hAnsi="Arial" w:cs="Arial"/>
                <w:sz w:val="20"/>
              </w:rPr>
              <w:t>9.2.1.1</w:t>
            </w:r>
          </w:p>
        </w:tc>
        <w:tc>
          <w:tcPr>
            <w:tcW w:w="2084" w:type="dxa"/>
          </w:tcPr>
          <w:p w14:paraId="57F48D19"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5BD5DFDB"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36F9C45A" w14:textId="77777777" w:rsidR="00447748" w:rsidRPr="00977123" w:rsidRDefault="00447748" w:rsidP="00447748">
            <w:pPr>
              <w:spacing w:before="40" w:after="40"/>
              <w:rPr>
                <w:rFonts w:ascii="Arial" w:hAnsi="Arial" w:cs="Arial"/>
                <w:sz w:val="20"/>
              </w:rPr>
            </w:pPr>
          </w:p>
        </w:tc>
        <w:tc>
          <w:tcPr>
            <w:tcW w:w="3920" w:type="dxa"/>
          </w:tcPr>
          <w:p w14:paraId="26EE8AD6" w14:textId="77777777" w:rsidR="00447748" w:rsidRPr="00977123" w:rsidRDefault="00447748" w:rsidP="00447748">
            <w:pPr>
              <w:spacing w:before="40" w:after="40"/>
              <w:rPr>
                <w:rFonts w:ascii="Arial" w:hAnsi="Arial" w:cs="Arial"/>
                <w:sz w:val="20"/>
              </w:rPr>
            </w:pPr>
          </w:p>
        </w:tc>
      </w:tr>
      <w:tr w:rsidR="00447748" w:rsidRPr="00977123" w14:paraId="448423E1" w14:textId="77777777" w:rsidTr="00447748">
        <w:tc>
          <w:tcPr>
            <w:tcW w:w="1120" w:type="dxa"/>
          </w:tcPr>
          <w:p w14:paraId="45B71F01" w14:textId="77777777" w:rsidR="00447748" w:rsidRPr="00977123" w:rsidRDefault="00447748" w:rsidP="00447748">
            <w:pPr>
              <w:spacing w:before="40" w:after="40"/>
              <w:rPr>
                <w:rFonts w:ascii="Arial" w:hAnsi="Arial" w:cs="Arial"/>
                <w:sz w:val="20"/>
              </w:rPr>
            </w:pPr>
          </w:p>
        </w:tc>
        <w:tc>
          <w:tcPr>
            <w:tcW w:w="1953" w:type="dxa"/>
          </w:tcPr>
          <w:p w14:paraId="1D2D3917" w14:textId="77777777" w:rsidR="00447748" w:rsidRPr="00977123" w:rsidRDefault="00447748" w:rsidP="00447748">
            <w:pPr>
              <w:spacing w:before="40" w:after="40"/>
              <w:rPr>
                <w:rFonts w:ascii="Arial" w:hAnsi="Arial" w:cs="Arial"/>
                <w:sz w:val="20"/>
              </w:rPr>
            </w:pPr>
          </w:p>
        </w:tc>
        <w:tc>
          <w:tcPr>
            <w:tcW w:w="1339" w:type="dxa"/>
          </w:tcPr>
          <w:p w14:paraId="6AF3E505" w14:textId="77777777" w:rsidR="00447748" w:rsidRPr="00977123" w:rsidRDefault="00447748" w:rsidP="00447748">
            <w:pPr>
              <w:spacing w:before="40" w:after="40"/>
              <w:rPr>
                <w:rFonts w:ascii="Arial" w:hAnsi="Arial" w:cs="Arial"/>
                <w:sz w:val="20"/>
              </w:rPr>
            </w:pPr>
            <w:r w:rsidRPr="00977123">
              <w:rPr>
                <w:rFonts w:ascii="Arial" w:hAnsi="Arial" w:cs="Arial"/>
                <w:sz w:val="20"/>
              </w:rPr>
              <w:t>9.2.1.2</w:t>
            </w:r>
          </w:p>
        </w:tc>
        <w:tc>
          <w:tcPr>
            <w:tcW w:w="2084" w:type="dxa"/>
          </w:tcPr>
          <w:p w14:paraId="29A5DD77" w14:textId="77777777" w:rsidR="00447748" w:rsidRPr="00977123" w:rsidRDefault="00447748" w:rsidP="00447748">
            <w:pPr>
              <w:spacing w:before="40" w:after="40"/>
              <w:rPr>
                <w:rFonts w:ascii="Arial" w:hAnsi="Arial" w:cs="Arial"/>
                <w:sz w:val="20"/>
              </w:rPr>
            </w:pPr>
            <w:r w:rsidRPr="00977123">
              <w:rPr>
                <w:rFonts w:ascii="Arial" w:hAnsi="Arial" w:cs="Arial"/>
                <w:sz w:val="20"/>
              </w:rPr>
              <w:t>Determining PIMS audit scope</w:t>
            </w:r>
          </w:p>
        </w:tc>
        <w:tc>
          <w:tcPr>
            <w:tcW w:w="1528" w:type="dxa"/>
          </w:tcPr>
          <w:p w14:paraId="5B2DE064"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A064515" w14:textId="77777777" w:rsidR="00447748" w:rsidRPr="00977123" w:rsidRDefault="00447748" w:rsidP="00447748">
            <w:pPr>
              <w:spacing w:before="40" w:after="40"/>
              <w:rPr>
                <w:rFonts w:ascii="Arial" w:hAnsi="Arial" w:cs="Arial"/>
                <w:sz w:val="20"/>
              </w:rPr>
            </w:pPr>
          </w:p>
        </w:tc>
        <w:tc>
          <w:tcPr>
            <w:tcW w:w="3920" w:type="dxa"/>
          </w:tcPr>
          <w:p w14:paraId="2D94E78F" w14:textId="77777777" w:rsidR="00447748" w:rsidRPr="00977123" w:rsidRDefault="00447748" w:rsidP="00447748">
            <w:pPr>
              <w:spacing w:before="40" w:after="40"/>
              <w:rPr>
                <w:rFonts w:ascii="Arial" w:hAnsi="Arial" w:cs="Arial"/>
                <w:sz w:val="20"/>
              </w:rPr>
            </w:pPr>
          </w:p>
        </w:tc>
      </w:tr>
      <w:tr w:rsidR="00447748" w:rsidRPr="00977123" w14:paraId="3E0C83C5" w14:textId="77777777" w:rsidTr="00447748">
        <w:tc>
          <w:tcPr>
            <w:tcW w:w="1120" w:type="dxa"/>
          </w:tcPr>
          <w:p w14:paraId="1C613ACB" w14:textId="77777777" w:rsidR="00447748" w:rsidRPr="00977123" w:rsidRDefault="00447748" w:rsidP="00447748">
            <w:pPr>
              <w:spacing w:before="40" w:after="40"/>
              <w:rPr>
                <w:rFonts w:ascii="Arial" w:hAnsi="Arial" w:cs="Arial"/>
                <w:sz w:val="20"/>
              </w:rPr>
            </w:pPr>
          </w:p>
        </w:tc>
        <w:tc>
          <w:tcPr>
            <w:tcW w:w="1953" w:type="dxa"/>
          </w:tcPr>
          <w:p w14:paraId="59193F3B" w14:textId="77777777" w:rsidR="00447748" w:rsidRPr="00977123" w:rsidRDefault="00447748" w:rsidP="00447748">
            <w:pPr>
              <w:spacing w:before="40" w:after="40"/>
              <w:rPr>
                <w:rFonts w:ascii="Arial" w:hAnsi="Arial" w:cs="Arial"/>
                <w:sz w:val="20"/>
              </w:rPr>
            </w:pPr>
          </w:p>
        </w:tc>
        <w:tc>
          <w:tcPr>
            <w:tcW w:w="1339" w:type="dxa"/>
          </w:tcPr>
          <w:p w14:paraId="389BB132" w14:textId="77777777" w:rsidR="00447748" w:rsidRPr="00977123" w:rsidRDefault="00447748" w:rsidP="00447748">
            <w:pPr>
              <w:spacing w:before="40" w:after="40"/>
              <w:rPr>
                <w:rFonts w:ascii="Arial" w:hAnsi="Arial" w:cs="Arial"/>
                <w:sz w:val="20"/>
              </w:rPr>
            </w:pPr>
            <w:r w:rsidRPr="00977123">
              <w:rPr>
                <w:rFonts w:ascii="Arial" w:hAnsi="Arial" w:cs="Arial"/>
                <w:sz w:val="20"/>
              </w:rPr>
              <w:t>9.2.1.3</w:t>
            </w:r>
          </w:p>
        </w:tc>
        <w:tc>
          <w:tcPr>
            <w:tcW w:w="2084" w:type="dxa"/>
          </w:tcPr>
          <w:p w14:paraId="47E9A12E" w14:textId="77777777" w:rsidR="00447748" w:rsidRPr="00977123" w:rsidRDefault="00447748" w:rsidP="00447748">
            <w:pPr>
              <w:spacing w:before="40" w:after="40"/>
              <w:rPr>
                <w:rFonts w:ascii="Arial" w:hAnsi="Arial" w:cs="Arial"/>
                <w:sz w:val="20"/>
              </w:rPr>
            </w:pPr>
            <w:r w:rsidRPr="00977123">
              <w:rPr>
                <w:rFonts w:ascii="Arial" w:hAnsi="Arial" w:cs="Arial"/>
                <w:sz w:val="20"/>
              </w:rPr>
              <w:t>Audit objectives</w:t>
            </w:r>
          </w:p>
        </w:tc>
        <w:tc>
          <w:tcPr>
            <w:tcW w:w="1528" w:type="dxa"/>
          </w:tcPr>
          <w:p w14:paraId="68D94FA1" w14:textId="77777777" w:rsidR="00447748" w:rsidRPr="00977123" w:rsidRDefault="00447748" w:rsidP="00447748">
            <w:pPr>
              <w:spacing w:before="40" w:after="40"/>
              <w:rPr>
                <w:rFonts w:ascii="Arial" w:hAnsi="Arial" w:cs="Arial"/>
                <w:sz w:val="20"/>
              </w:rPr>
            </w:pPr>
            <w:r w:rsidRPr="00977123">
              <w:rPr>
                <w:rFonts w:ascii="Arial" w:hAnsi="Arial" w:cs="Arial"/>
                <w:sz w:val="20"/>
              </w:rPr>
              <w:t>New</w:t>
            </w:r>
          </w:p>
        </w:tc>
        <w:tc>
          <w:tcPr>
            <w:tcW w:w="3444" w:type="dxa"/>
          </w:tcPr>
          <w:p w14:paraId="73D0BF3B" w14:textId="77777777" w:rsidR="00447748" w:rsidRPr="00977123" w:rsidRDefault="00447748" w:rsidP="00447748">
            <w:pPr>
              <w:spacing w:before="40" w:after="40"/>
              <w:rPr>
                <w:rFonts w:ascii="Arial" w:hAnsi="Arial" w:cs="Arial"/>
                <w:sz w:val="20"/>
              </w:rPr>
            </w:pPr>
          </w:p>
        </w:tc>
        <w:tc>
          <w:tcPr>
            <w:tcW w:w="3920" w:type="dxa"/>
          </w:tcPr>
          <w:p w14:paraId="2A454248" w14:textId="77777777" w:rsidR="00447748" w:rsidRPr="00977123" w:rsidRDefault="00447748" w:rsidP="00447748">
            <w:pPr>
              <w:spacing w:before="40" w:after="40"/>
              <w:rPr>
                <w:rFonts w:ascii="Arial" w:hAnsi="Arial" w:cs="Arial"/>
                <w:sz w:val="20"/>
              </w:rPr>
            </w:pPr>
          </w:p>
        </w:tc>
      </w:tr>
      <w:tr w:rsidR="00447748" w:rsidRPr="00977123" w14:paraId="723C7F29" w14:textId="77777777" w:rsidTr="00447748">
        <w:tc>
          <w:tcPr>
            <w:tcW w:w="1120" w:type="dxa"/>
          </w:tcPr>
          <w:p w14:paraId="0127FE94" w14:textId="77777777" w:rsidR="00447748" w:rsidRPr="00977123" w:rsidRDefault="00447748" w:rsidP="00447748">
            <w:pPr>
              <w:spacing w:before="40" w:after="40"/>
              <w:rPr>
                <w:rFonts w:ascii="Arial" w:hAnsi="Arial" w:cs="Arial"/>
                <w:sz w:val="20"/>
              </w:rPr>
            </w:pPr>
            <w:r w:rsidRPr="00977123">
              <w:rPr>
                <w:rFonts w:ascii="Arial" w:hAnsi="Arial" w:cs="Arial"/>
                <w:sz w:val="20"/>
              </w:rPr>
              <w:t>9.2.2</w:t>
            </w:r>
          </w:p>
        </w:tc>
        <w:tc>
          <w:tcPr>
            <w:tcW w:w="1953" w:type="dxa"/>
          </w:tcPr>
          <w:p w14:paraId="765E175B" w14:textId="77777777" w:rsidR="00447748" w:rsidRPr="00977123" w:rsidRDefault="00447748" w:rsidP="00447748">
            <w:pPr>
              <w:spacing w:before="40" w:after="40"/>
              <w:rPr>
                <w:rFonts w:ascii="Arial" w:hAnsi="Arial" w:cs="Arial"/>
                <w:sz w:val="20"/>
              </w:rPr>
            </w:pPr>
            <w:r w:rsidRPr="00977123">
              <w:rPr>
                <w:rFonts w:ascii="Arial" w:hAnsi="Arial" w:cs="Arial"/>
                <w:sz w:val="20"/>
              </w:rPr>
              <w:t>Audit team selection and assignments</w:t>
            </w:r>
          </w:p>
        </w:tc>
        <w:tc>
          <w:tcPr>
            <w:tcW w:w="1339" w:type="dxa"/>
          </w:tcPr>
          <w:p w14:paraId="12B2E29E" w14:textId="77777777" w:rsidR="00447748" w:rsidRPr="00977123" w:rsidRDefault="00447748" w:rsidP="00447748">
            <w:pPr>
              <w:spacing w:before="40" w:after="40"/>
              <w:rPr>
                <w:rFonts w:ascii="Arial" w:hAnsi="Arial" w:cs="Arial"/>
                <w:sz w:val="20"/>
              </w:rPr>
            </w:pPr>
            <w:r w:rsidRPr="00977123">
              <w:rPr>
                <w:rFonts w:ascii="Arial" w:hAnsi="Arial" w:cs="Arial"/>
                <w:sz w:val="20"/>
              </w:rPr>
              <w:t>9.2.2</w:t>
            </w:r>
          </w:p>
        </w:tc>
        <w:tc>
          <w:tcPr>
            <w:tcW w:w="2084" w:type="dxa"/>
          </w:tcPr>
          <w:p w14:paraId="73AC7D45" w14:textId="77777777" w:rsidR="00447748" w:rsidRPr="00977123" w:rsidRDefault="00447748" w:rsidP="00447748">
            <w:pPr>
              <w:spacing w:before="40" w:after="40"/>
              <w:rPr>
                <w:rFonts w:ascii="Arial" w:hAnsi="Arial" w:cs="Arial"/>
                <w:sz w:val="20"/>
              </w:rPr>
            </w:pPr>
            <w:r w:rsidRPr="00977123">
              <w:rPr>
                <w:rFonts w:ascii="Arial" w:hAnsi="Arial" w:cs="Arial"/>
                <w:sz w:val="20"/>
              </w:rPr>
              <w:t>Audit team selection and assignments</w:t>
            </w:r>
          </w:p>
        </w:tc>
        <w:tc>
          <w:tcPr>
            <w:tcW w:w="1528" w:type="dxa"/>
          </w:tcPr>
          <w:p w14:paraId="3B4EB0E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4E5A366" w14:textId="77777777" w:rsidR="00447748" w:rsidRPr="00977123" w:rsidRDefault="00447748" w:rsidP="00447748">
            <w:pPr>
              <w:spacing w:before="40" w:after="40"/>
              <w:rPr>
                <w:rFonts w:ascii="Arial" w:hAnsi="Arial" w:cs="Arial"/>
                <w:sz w:val="20"/>
              </w:rPr>
            </w:pPr>
          </w:p>
        </w:tc>
        <w:tc>
          <w:tcPr>
            <w:tcW w:w="3920" w:type="dxa"/>
          </w:tcPr>
          <w:p w14:paraId="08BA6835" w14:textId="77777777" w:rsidR="00447748" w:rsidRPr="00977123" w:rsidRDefault="00447748" w:rsidP="00447748">
            <w:pPr>
              <w:spacing w:before="40" w:after="40"/>
              <w:rPr>
                <w:rFonts w:ascii="Arial" w:hAnsi="Arial" w:cs="Arial"/>
                <w:sz w:val="20"/>
              </w:rPr>
            </w:pPr>
          </w:p>
        </w:tc>
      </w:tr>
      <w:tr w:rsidR="00447748" w:rsidRPr="00977123" w14:paraId="1D13A02B" w14:textId="77777777" w:rsidTr="00447748">
        <w:tc>
          <w:tcPr>
            <w:tcW w:w="1120" w:type="dxa"/>
          </w:tcPr>
          <w:p w14:paraId="15E733CB" w14:textId="77777777" w:rsidR="00447748" w:rsidRPr="00977123" w:rsidRDefault="00447748" w:rsidP="00447748">
            <w:pPr>
              <w:spacing w:before="40" w:after="40"/>
              <w:rPr>
                <w:rFonts w:ascii="Arial" w:hAnsi="Arial" w:cs="Arial"/>
                <w:sz w:val="20"/>
              </w:rPr>
            </w:pPr>
            <w:r w:rsidRPr="00977123">
              <w:rPr>
                <w:rFonts w:ascii="Arial" w:hAnsi="Arial" w:cs="Arial"/>
                <w:sz w:val="20"/>
              </w:rPr>
              <w:t>9.2.3</w:t>
            </w:r>
          </w:p>
        </w:tc>
        <w:tc>
          <w:tcPr>
            <w:tcW w:w="1953" w:type="dxa"/>
          </w:tcPr>
          <w:p w14:paraId="61BABBCD" w14:textId="77777777" w:rsidR="00447748" w:rsidRPr="00977123" w:rsidRDefault="00447748" w:rsidP="00447748">
            <w:pPr>
              <w:spacing w:before="40" w:after="40"/>
              <w:rPr>
                <w:rFonts w:ascii="Arial" w:hAnsi="Arial" w:cs="Arial"/>
                <w:sz w:val="20"/>
              </w:rPr>
            </w:pPr>
            <w:r w:rsidRPr="00977123">
              <w:rPr>
                <w:rFonts w:ascii="Arial" w:hAnsi="Arial" w:cs="Arial"/>
                <w:sz w:val="20"/>
              </w:rPr>
              <w:t>Audit plan</w:t>
            </w:r>
          </w:p>
        </w:tc>
        <w:tc>
          <w:tcPr>
            <w:tcW w:w="1339" w:type="dxa"/>
          </w:tcPr>
          <w:p w14:paraId="53C38522" w14:textId="77777777" w:rsidR="00447748" w:rsidRPr="00977123" w:rsidRDefault="00447748" w:rsidP="00447748">
            <w:pPr>
              <w:spacing w:before="40" w:after="40"/>
              <w:rPr>
                <w:rFonts w:ascii="Arial" w:hAnsi="Arial" w:cs="Arial"/>
                <w:sz w:val="20"/>
              </w:rPr>
            </w:pPr>
            <w:r w:rsidRPr="00977123">
              <w:rPr>
                <w:rFonts w:ascii="Arial" w:hAnsi="Arial" w:cs="Arial"/>
                <w:sz w:val="20"/>
              </w:rPr>
              <w:t>9.2.3</w:t>
            </w:r>
          </w:p>
        </w:tc>
        <w:tc>
          <w:tcPr>
            <w:tcW w:w="2084" w:type="dxa"/>
          </w:tcPr>
          <w:p w14:paraId="0ED74524" w14:textId="77777777" w:rsidR="00447748" w:rsidRPr="00977123" w:rsidRDefault="00447748" w:rsidP="00447748">
            <w:pPr>
              <w:spacing w:before="40" w:after="40"/>
              <w:rPr>
                <w:rFonts w:ascii="Arial" w:hAnsi="Arial" w:cs="Arial"/>
                <w:sz w:val="20"/>
              </w:rPr>
            </w:pPr>
            <w:r w:rsidRPr="00977123">
              <w:rPr>
                <w:rFonts w:ascii="Arial" w:hAnsi="Arial" w:cs="Arial"/>
                <w:sz w:val="20"/>
              </w:rPr>
              <w:t>Audit plan</w:t>
            </w:r>
          </w:p>
        </w:tc>
        <w:tc>
          <w:tcPr>
            <w:tcW w:w="1528" w:type="dxa"/>
          </w:tcPr>
          <w:p w14:paraId="73843D1B" w14:textId="77777777" w:rsidR="00447748" w:rsidRPr="00977123" w:rsidRDefault="00447748" w:rsidP="00447748">
            <w:pPr>
              <w:spacing w:before="40" w:after="40"/>
              <w:rPr>
                <w:rFonts w:ascii="Arial" w:hAnsi="Arial" w:cs="Arial"/>
                <w:sz w:val="20"/>
              </w:rPr>
            </w:pPr>
          </w:p>
        </w:tc>
        <w:tc>
          <w:tcPr>
            <w:tcW w:w="3444" w:type="dxa"/>
          </w:tcPr>
          <w:p w14:paraId="33293C81" w14:textId="77777777" w:rsidR="00447748" w:rsidRPr="00977123" w:rsidRDefault="00447748" w:rsidP="00447748">
            <w:pPr>
              <w:spacing w:before="40" w:after="40"/>
              <w:rPr>
                <w:rFonts w:ascii="Arial" w:hAnsi="Arial" w:cs="Arial"/>
                <w:sz w:val="20"/>
              </w:rPr>
            </w:pPr>
          </w:p>
        </w:tc>
        <w:tc>
          <w:tcPr>
            <w:tcW w:w="3920" w:type="dxa"/>
          </w:tcPr>
          <w:p w14:paraId="5002F8E7" w14:textId="77777777" w:rsidR="00447748" w:rsidRPr="00977123" w:rsidRDefault="00447748" w:rsidP="00447748">
            <w:pPr>
              <w:spacing w:before="40" w:after="40"/>
              <w:rPr>
                <w:rFonts w:ascii="Arial" w:hAnsi="Arial" w:cs="Arial"/>
                <w:sz w:val="20"/>
              </w:rPr>
            </w:pPr>
          </w:p>
        </w:tc>
      </w:tr>
      <w:tr w:rsidR="00447748" w:rsidRPr="00977123" w14:paraId="6BBC1E4E" w14:textId="77777777" w:rsidTr="00447748">
        <w:tc>
          <w:tcPr>
            <w:tcW w:w="1120" w:type="dxa"/>
          </w:tcPr>
          <w:p w14:paraId="14F45AD4" w14:textId="77777777" w:rsidR="00447748" w:rsidRPr="00977123" w:rsidRDefault="00447748" w:rsidP="00447748">
            <w:pPr>
              <w:spacing w:before="40" w:after="40"/>
              <w:rPr>
                <w:rFonts w:ascii="Arial" w:hAnsi="Arial" w:cs="Arial"/>
                <w:sz w:val="20"/>
              </w:rPr>
            </w:pPr>
          </w:p>
        </w:tc>
        <w:tc>
          <w:tcPr>
            <w:tcW w:w="1953" w:type="dxa"/>
          </w:tcPr>
          <w:p w14:paraId="7D4D3C3F" w14:textId="77777777" w:rsidR="00447748" w:rsidRPr="00977123" w:rsidRDefault="00447748" w:rsidP="00447748">
            <w:pPr>
              <w:spacing w:before="40" w:after="40"/>
              <w:rPr>
                <w:rFonts w:ascii="Arial" w:hAnsi="Arial" w:cs="Arial"/>
                <w:sz w:val="20"/>
              </w:rPr>
            </w:pPr>
          </w:p>
        </w:tc>
        <w:tc>
          <w:tcPr>
            <w:tcW w:w="1339" w:type="dxa"/>
          </w:tcPr>
          <w:p w14:paraId="170D36CC" w14:textId="77777777" w:rsidR="00447748" w:rsidRPr="00977123" w:rsidRDefault="00447748" w:rsidP="00447748">
            <w:pPr>
              <w:spacing w:before="40" w:after="40"/>
              <w:rPr>
                <w:rFonts w:ascii="Arial" w:hAnsi="Arial" w:cs="Arial"/>
                <w:sz w:val="20"/>
              </w:rPr>
            </w:pPr>
            <w:r w:rsidRPr="00977123">
              <w:rPr>
                <w:rFonts w:ascii="Arial" w:hAnsi="Arial" w:cs="Arial"/>
                <w:sz w:val="20"/>
              </w:rPr>
              <w:t>9.2.3.1</w:t>
            </w:r>
          </w:p>
        </w:tc>
        <w:tc>
          <w:tcPr>
            <w:tcW w:w="2084" w:type="dxa"/>
          </w:tcPr>
          <w:p w14:paraId="70FBF7F7"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0D649FFE"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685A7E0E" w14:textId="77777777" w:rsidR="00447748" w:rsidRPr="00977123" w:rsidRDefault="00447748" w:rsidP="00447748">
            <w:pPr>
              <w:spacing w:before="40" w:after="40"/>
              <w:rPr>
                <w:rFonts w:ascii="Arial" w:hAnsi="Arial" w:cs="Arial"/>
                <w:sz w:val="20"/>
              </w:rPr>
            </w:pPr>
          </w:p>
        </w:tc>
        <w:tc>
          <w:tcPr>
            <w:tcW w:w="3920" w:type="dxa"/>
          </w:tcPr>
          <w:p w14:paraId="72A2D46C" w14:textId="77777777" w:rsidR="00447748" w:rsidRPr="00977123" w:rsidRDefault="00447748" w:rsidP="00447748">
            <w:pPr>
              <w:spacing w:before="40" w:after="40"/>
              <w:rPr>
                <w:rFonts w:ascii="Arial" w:hAnsi="Arial" w:cs="Arial"/>
                <w:sz w:val="20"/>
              </w:rPr>
            </w:pPr>
          </w:p>
        </w:tc>
      </w:tr>
      <w:tr w:rsidR="00447748" w:rsidRPr="00977123" w14:paraId="5C8FC7D2" w14:textId="77777777" w:rsidTr="00447748">
        <w:tc>
          <w:tcPr>
            <w:tcW w:w="1120" w:type="dxa"/>
          </w:tcPr>
          <w:p w14:paraId="2AE385E8" w14:textId="77777777" w:rsidR="00447748" w:rsidRPr="00977123" w:rsidRDefault="00447748" w:rsidP="00447748">
            <w:pPr>
              <w:spacing w:before="40" w:after="40"/>
              <w:rPr>
                <w:rFonts w:ascii="Arial" w:hAnsi="Arial" w:cs="Arial"/>
                <w:sz w:val="20"/>
              </w:rPr>
            </w:pPr>
            <w:r w:rsidRPr="00977123">
              <w:rPr>
                <w:rFonts w:ascii="Arial" w:hAnsi="Arial" w:cs="Arial"/>
                <w:sz w:val="20"/>
              </w:rPr>
              <w:t>9.2.3</w:t>
            </w:r>
          </w:p>
        </w:tc>
        <w:tc>
          <w:tcPr>
            <w:tcW w:w="1953" w:type="dxa"/>
          </w:tcPr>
          <w:p w14:paraId="7594DA96"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339" w:type="dxa"/>
          </w:tcPr>
          <w:p w14:paraId="6A92AD5E" w14:textId="77777777" w:rsidR="00447748" w:rsidRPr="00977123" w:rsidRDefault="00447748" w:rsidP="00447748">
            <w:pPr>
              <w:spacing w:before="40" w:after="40"/>
              <w:rPr>
                <w:rFonts w:ascii="Arial" w:hAnsi="Arial" w:cs="Arial"/>
                <w:sz w:val="20"/>
              </w:rPr>
            </w:pPr>
            <w:r w:rsidRPr="00977123">
              <w:rPr>
                <w:rFonts w:ascii="Arial" w:hAnsi="Arial" w:cs="Arial"/>
                <w:sz w:val="20"/>
              </w:rPr>
              <w:t>9.2.3.2</w:t>
            </w:r>
          </w:p>
        </w:tc>
        <w:tc>
          <w:tcPr>
            <w:tcW w:w="2084" w:type="dxa"/>
          </w:tcPr>
          <w:p w14:paraId="1811D92D" w14:textId="77777777" w:rsidR="00447748" w:rsidRPr="00977123" w:rsidRDefault="00447748" w:rsidP="00447748">
            <w:pPr>
              <w:spacing w:before="40" w:after="40"/>
              <w:rPr>
                <w:rFonts w:ascii="Arial" w:hAnsi="Arial" w:cs="Arial"/>
                <w:sz w:val="20"/>
              </w:rPr>
            </w:pPr>
            <w:r w:rsidRPr="00977123">
              <w:rPr>
                <w:rFonts w:ascii="Arial" w:hAnsi="Arial" w:cs="Arial"/>
                <w:sz w:val="20"/>
              </w:rPr>
              <w:t xml:space="preserve">General </w:t>
            </w:r>
            <w:r w:rsidRPr="00977123">
              <w:rPr>
                <w:rFonts w:ascii="Arial" w:hAnsi="Arial" w:cs="Arial"/>
                <w:sz w:val="20"/>
              </w:rPr>
              <w:lastRenderedPageBreak/>
              <w:t>considerations</w:t>
            </w:r>
          </w:p>
        </w:tc>
        <w:tc>
          <w:tcPr>
            <w:tcW w:w="1528" w:type="dxa"/>
          </w:tcPr>
          <w:p w14:paraId="7FC547A5" w14:textId="77777777" w:rsidR="00447748" w:rsidRPr="00977123" w:rsidRDefault="00447748" w:rsidP="00447748">
            <w:pPr>
              <w:spacing w:before="40" w:after="40"/>
              <w:rPr>
                <w:rFonts w:ascii="Arial" w:hAnsi="Arial" w:cs="Arial"/>
                <w:sz w:val="20"/>
              </w:rPr>
            </w:pPr>
            <w:r w:rsidRPr="00977123">
              <w:rPr>
                <w:rFonts w:ascii="Arial" w:hAnsi="Arial" w:cs="Arial"/>
                <w:sz w:val="20"/>
              </w:rPr>
              <w:lastRenderedPageBreak/>
              <w:t>Minor</w:t>
            </w:r>
          </w:p>
        </w:tc>
        <w:tc>
          <w:tcPr>
            <w:tcW w:w="3444" w:type="dxa"/>
          </w:tcPr>
          <w:p w14:paraId="4E5A7CE7" w14:textId="77777777" w:rsidR="00447748" w:rsidRPr="00977123" w:rsidRDefault="00447748" w:rsidP="00447748">
            <w:pPr>
              <w:spacing w:before="40" w:after="40"/>
              <w:rPr>
                <w:rFonts w:ascii="Arial" w:hAnsi="Arial" w:cs="Arial"/>
                <w:sz w:val="20"/>
              </w:rPr>
            </w:pPr>
          </w:p>
        </w:tc>
        <w:tc>
          <w:tcPr>
            <w:tcW w:w="3920" w:type="dxa"/>
          </w:tcPr>
          <w:p w14:paraId="00767C6B" w14:textId="77777777" w:rsidR="00447748" w:rsidRPr="00977123" w:rsidRDefault="00447748" w:rsidP="00447748">
            <w:pPr>
              <w:spacing w:before="40" w:after="40"/>
              <w:rPr>
                <w:rFonts w:ascii="Arial" w:hAnsi="Arial" w:cs="Arial"/>
                <w:sz w:val="20"/>
              </w:rPr>
            </w:pPr>
          </w:p>
        </w:tc>
      </w:tr>
      <w:tr w:rsidR="00447748" w:rsidRPr="00977123" w14:paraId="48506B72" w14:textId="77777777" w:rsidTr="00447748">
        <w:tc>
          <w:tcPr>
            <w:tcW w:w="1120" w:type="dxa"/>
          </w:tcPr>
          <w:p w14:paraId="12F1B0EA" w14:textId="77777777" w:rsidR="00447748" w:rsidRPr="00977123" w:rsidRDefault="00447748" w:rsidP="00447748">
            <w:pPr>
              <w:spacing w:before="40" w:after="40"/>
              <w:rPr>
                <w:rFonts w:ascii="Arial" w:hAnsi="Arial" w:cs="Arial"/>
                <w:sz w:val="20"/>
              </w:rPr>
            </w:pPr>
            <w:r w:rsidRPr="00977123">
              <w:rPr>
                <w:rFonts w:ascii="Arial" w:hAnsi="Arial" w:cs="Arial"/>
                <w:sz w:val="20"/>
              </w:rPr>
              <w:t>9.3</w:t>
            </w:r>
          </w:p>
        </w:tc>
        <w:tc>
          <w:tcPr>
            <w:tcW w:w="1953" w:type="dxa"/>
          </w:tcPr>
          <w:p w14:paraId="5D1CB5FB" w14:textId="77777777" w:rsidR="00447748" w:rsidRPr="00977123" w:rsidRDefault="00447748" w:rsidP="00447748">
            <w:pPr>
              <w:spacing w:before="40" w:after="40"/>
              <w:rPr>
                <w:rFonts w:ascii="Arial" w:hAnsi="Arial" w:cs="Arial"/>
                <w:sz w:val="20"/>
              </w:rPr>
            </w:pPr>
            <w:r w:rsidRPr="00977123">
              <w:rPr>
                <w:rFonts w:ascii="Arial" w:hAnsi="Arial" w:cs="Arial"/>
                <w:sz w:val="20"/>
              </w:rPr>
              <w:t>Initial certification</w:t>
            </w:r>
          </w:p>
        </w:tc>
        <w:tc>
          <w:tcPr>
            <w:tcW w:w="1339" w:type="dxa"/>
          </w:tcPr>
          <w:p w14:paraId="317E4822" w14:textId="77777777" w:rsidR="00447748" w:rsidRPr="00977123" w:rsidRDefault="00447748" w:rsidP="00447748">
            <w:pPr>
              <w:spacing w:before="40" w:after="40"/>
              <w:rPr>
                <w:rFonts w:ascii="Arial" w:hAnsi="Arial" w:cs="Arial"/>
                <w:sz w:val="20"/>
              </w:rPr>
            </w:pPr>
            <w:r w:rsidRPr="00977123">
              <w:rPr>
                <w:rFonts w:ascii="Arial" w:hAnsi="Arial" w:cs="Arial"/>
                <w:sz w:val="20"/>
              </w:rPr>
              <w:t>9.3</w:t>
            </w:r>
          </w:p>
        </w:tc>
        <w:tc>
          <w:tcPr>
            <w:tcW w:w="2084" w:type="dxa"/>
          </w:tcPr>
          <w:p w14:paraId="54A2140C" w14:textId="77777777" w:rsidR="00447748" w:rsidRPr="00977123" w:rsidRDefault="00447748" w:rsidP="00447748">
            <w:pPr>
              <w:spacing w:before="40" w:after="40"/>
              <w:rPr>
                <w:rFonts w:ascii="Arial" w:hAnsi="Arial" w:cs="Arial"/>
                <w:sz w:val="20"/>
              </w:rPr>
            </w:pPr>
            <w:r w:rsidRPr="00977123">
              <w:rPr>
                <w:rFonts w:ascii="Arial" w:hAnsi="Arial" w:cs="Arial"/>
                <w:sz w:val="20"/>
              </w:rPr>
              <w:t>Initial certification</w:t>
            </w:r>
          </w:p>
        </w:tc>
        <w:tc>
          <w:tcPr>
            <w:tcW w:w="1528" w:type="dxa"/>
          </w:tcPr>
          <w:p w14:paraId="68E7E613" w14:textId="77777777" w:rsidR="00447748" w:rsidRPr="00977123" w:rsidRDefault="00447748" w:rsidP="00447748">
            <w:pPr>
              <w:spacing w:before="40" w:after="40"/>
              <w:rPr>
                <w:rFonts w:ascii="Arial" w:hAnsi="Arial" w:cs="Arial"/>
                <w:sz w:val="20"/>
              </w:rPr>
            </w:pPr>
          </w:p>
        </w:tc>
        <w:tc>
          <w:tcPr>
            <w:tcW w:w="3444" w:type="dxa"/>
          </w:tcPr>
          <w:p w14:paraId="23725F50" w14:textId="77777777" w:rsidR="00447748" w:rsidRPr="00977123" w:rsidRDefault="00447748" w:rsidP="00447748">
            <w:pPr>
              <w:spacing w:before="40" w:after="40"/>
              <w:rPr>
                <w:rFonts w:ascii="Arial" w:hAnsi="Arial" w:cs="Arial"/>
                <w:sz w:val="20"/>
              </w:rPr>
            </w:pPr>
          </w:p>
        </w:tc>
        <w:tc>
          <w:tcPr>
            <w:tcW w:w="3920" w:type="dxa"/>
          </w:tcPr>
          <w:p w14:paraId="75BF55ED" w14:textId="77777777" w:rsidR="00447748" w:rsidRPr="00977123" w:rsidRDefault="00447748" w:rsidP="00447748">
            <w:pPr>
              <w:spacing w:before="40" w:after="40"/>
              <w:rPr>
                <w:rFonts w:ascii="Arial" w:hAnsi="Arial" w:cs="Arial"/>
                <w:sz w:val="20"/>
              </w:rPr>
            </w:pPr>
          </w:p>
        </w:tc>
      </w:tr>
      <w:tr w:rsidR="00447748" w:rsidRPr="00977123" w14:paraId="61A9BA32" w14:textId="77777777" w:rsidTr="00447748">
        <w:tc>
          <w:tcPr>
            <w:tcW w:w="1120" w:type="dxa"/>
          </w:tcPr>
          <w:p w14:paraId="5036C21D" w14:textId="77777777" w:rsidR="00447748" w:rsidRPr="00977123" w:rsidRDefault="00447748" w:rsidP="00447748">
            <w:pPr>
              <w:spacing w:before="40" w:after="40"/>
              <w:rPr>
                <w:rFonts w:ascii="Arial" w:hAnsi="Arial" w:cs="Arial"/>
                <w:sz w:val="20"/>
              </w:rPr>
            </w:pPr>
          </w:p>
        </w:tc>
        <w:tc>
          <w:tcPr>
            <w:tcW w:w="1953" w:type="dxa"/>
          </w:tcPr>
          <w:p w14:paraId="5FC1BA3C" w14:textId="77777777" w:rsidR="00447748" w:rsidRPr="00977123" w:rsidRDefault="00447748" w:rsidP="00447748">
            <w:pPr>
              <w:spacing w:before="40" w:after="40"/>
              <w:rPr>
                <w:rFonts w:ascii="Arial" w:hAnsi="Arial" w:cs="Arial"/>
                <w:sz w:val="20"/>
              </w:rPr>
            </w:pPr>
          </w:p>
        </w:tc>
        <w:tc>
          <w:tcPr>
            <w:tcW w:w="1339" w:type="dxa"/>
          </w:tcPr>
          <w:p w14:paraId="261278A0" w14:textId="77777777" w:rsidR="00447748" w:rsidRPr="00977123" w:rsidRDefault="00447748" w:rsidP="00447748">
            <w:pPr>
              <w:spacing w:before="40" w:after="40"/>
              <w:rPr>
                <w:rFonts w:ascii="Arial" w:hAnsi="Arial" w:cs="Arial"/>
                <w:sz w:val="20"/>
              </w:rPr>
            </w:pPr>
            <w:r w:rsidRPr="00977123">
              <w:rPr>
                <w:rFonts w:ascii="Arial" w:hAnsi="Arial" w:cs="Arial"/>
                <w:sz w:val="20"/>
              </w:rPr>
              <w:t>9.3.1</w:t>
            </w:r>
          </w:p>
        </w:tc>
        <w:tc>
          <w:tcPr>
            <w:tcW w:w="2084" w:type="dxa"/>
          </w:tcPr>
          <w:p w14:paraId="2DAA4A06"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78E68EFC"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40084C56" w14:textId="77777777" w:rsidR="00447748" w:rsidRPr="00977123" w:rsidRDefault="00447748" w:rsidP="00447748">
            <w:pPr>
              <w:spacing w:before="40" w:after="40"/>
              <w:rPr>
                <w:rFonts w:ascii="Arial" w:hAnsi="Arial" w:cs="Arial"/>
                <w:sz w:val="20"/>
              </w:rPr>
            </w:pPr>
          </w:p>
        </w:tc>
        <w:tc>
          <w:tcPr>
            <w:tcW w:w="3920" w:type="dxa"/>
          </w:tcPr>
          <w:p w14:paraId="19656393" w14:textId="77777777" w:rsidR="00447748" w:rsidRPr="00977123" w:rsidRDefault="00447748" w:rsidP="00447748">
            <w:pPr>
              <w:spacing w:before="40" w:after="40"/>
              <w:rPr>
                <w:rFonts w:ascii="Arial" w:hAnsi="Arial" w:cs="Arial"/>
                <w:sz w:val="20"/>
              </w:rPr>
            </w:pPr>
          </w:p>
        </w:tc>
      </w:tr>
      <w:tr w:rsidR="00447748" w:rsidRPr="00977123" w14:paraId="2E5A1E7D" w14:textId="77777777" w:rsidTr="00447748">
        <w:tc>
          <w:tcPr>
            <w:tcW w:w="1120" w:type="dxa"/>
          </w:tcPr>
          <w:p w14:paraId="4758E80E" w14:textId="77777777" w:rsidR="00447748" w:rsidRPr="00977123" w:rsidRDefault="00447748" w:rsidP="00447748">
            <w:pPr>
              <w:spacing w:before="40" w:after="40"/>
              <w:rPr>
                <w:rFonts w:ascii="Arial" w:hAnsi="Arial" w:cs="Arial"/>
                <w:sz w:val="20"/>
              </w:rPr>
            </w:pPr>
          </w:p>
        </w:tc>
        <w:tc>
          <w:tcPr>
            <w:tcW w:w="1953" w:type="dxa"/>
          </w:tcPr>
          <w:p w14:paraId="38CB3D66" w14:textId="77777777" w:rsidR="00447748" w:rsidRPr="00977123" w:rsidRDefault="00447748" w:rsidP="00447748">
            <w:pPr>
              <w:spacing w:before="40" w:after="40"/>
              <w:rPr>
                <w:rFonts w:ascii="Arial" w:hAnsi="Arial" w:cs="Arial"/>
                <w:sz w:val="20"/>
              </w:rPr>
            </w:pPr>
          </w:p>
        </w:tc>
        <w:tc>
          <w:tcPr>
            <w:tcW w:w="1339" w:type="dxa"/>
          </w:tcPr>
          <w:p w14:paraId="67FF4380" w14:textId="77777777" w:rsidR="00447748" w:rsidRPr="00977123" w:rsidRDefault="00447748" w:rsidP="00447748">
            <w:pPr>
              <w:spacing w:before="40" w:after="40"/>
              <w:rPr>
                <w:rFonts w:ascii="Arial" w:hAnsi="Arial" w:cs="Arial"/>
                <w:sz w:val="20"/>
              </w:rPr>
            </w:pPr>
            <w:r w:rsidRPr="00977123">
              <w:rPr>
                <w:rFonts w:ascii="Arial" w:hAnsi="Arial" w:cs="Arial"/>
                <w:sz w:val="20"/>
              </w:rPr>
              <w:t>9.3.2</w:t>
            </w:r>
          </w:p>
        </w:tc>
        <w:tc>
          <w:tcPr>
            <w:tcW w:w="2084" w:type="dxa"/>
          </w:tcPr>
          <w:p w14:paraId="46CD7059" w14:textId="77777777" w:rsidR="00447748" w:rsidRPr="00977123" w:rsidRDefault="00447748" w:rsidP="00447748">
            <w:pPr>
              <w:spacing w:before="40" w:after="40"/>
              <w:rPr>
                <w:rFonts w:ascii="Arial" w:hAnsi="Arial" w:cs="Arial"/>
                <w:sz w:val="20"/>
              </w:rPr>
            </w:pPr>
            <w:r w:rsidRPr="00977123">
              <w:rPr>
                <w:rFonts w:ascii="Arial" w:hAnsi="Arial" w:cs="Arial"/>
                <w:sz w:val="20"/>
              </w:rPr>
              <w:t>Initial certification audit</w:t>
            </w:r>
          </w:p>
        </w:tc>
        <w:tc>
          <w:tcPr>
            <w:tcW w:w="1528" w:type="dxa"/>
          </w:tcPr>
          <w:p w14:paraId="525BE0EB" w14:textId="77777777" w:rsidR="00447748" w:rsidRPr="00977123" w:rsidRDefault="00447748" w:rsidP="00447748">
            <w:pPr>
              <w:spacing w:before="40" w:after="40"/>
              <w:rPr>
                <w:rFonts w:ascii="Arial" w:hAnsi="Arial" w:cs="Arial"/>
                <w:sz w:val="20"/>
              </w:rPr>
            </w:pPr>
          </w:p>
        </w:tc>
        <w:tc>
          <w:tcPr>
            <w:tcW w:w="3444" w:type="dxa"/>
          </w:tcPr>
          <w:p w14:paraId="29D0885D" w14:textId="77777777" w:rsidR="00447748" w:rsidRPr="00977123" w:rsidRDefault="00447748" w:rsidP="00447748">
            <w:pPr>
              <w:spacing w:before="40" w:after="40"/>
              <w:rPr>
                <w:rFonts w:ascii="Arial" w:hAnsi="Arial" w:cs="Arial"/>
                <w:sz w:val="20"/>
              </w:rPr>
            </w:pPr>
          </w:p>
        </w:tc>
        <w:tc>
          <w:tcPr>
            <w:tcW w:w="3920" w:type="dxa"/>
          </w:tcPr>
          <w:p w14:paraId="400C2E54" w14:textId="77777777" w:rsidR="00447748" w:rsidRPr="00977123" w:rsidRDefault="00447748" w:rsidP="00447748">
            <w:pPr>
              <w:spacing w:before="40" w:after="40"/>
              <w:rPr>
                <w:rFonts w:ascii="Arial" w:hAnsi="Arial" w:cs="Arial"/>
                <w:sz w:val="20"/>
              </w:rPr>
            </w:pPr>
          </w:p>
        </w:tc>
      </w:tr>
      <w:tr w:rsidR="00447748" w:rsidRPr="00977123" w14:paraId="08462220" w14:textId="77777777" w:rsidTr="00447748">
        <w:tc>
          <w:tcPr>
            <w:tcW w:w="1120" w:type="dxa"/>
          </w:tcPr>
          <w:p w14:paraId="5250704F" w14:textId="77777777" w:rsidR="00447748" w:rsidRPr="00977123" w:rsidRDefault="00447748" w:rsidP="00447748">
            <w:pPr>
              <w:spacing w:before="40" w:after="40"/>
              <w:rPr>
                <w:rFonts w:ascii="Arial" w:hAnsi="Arial" w:cs="Arial"/>
                <w:sz w:val="20"/>
              </w:rPr>
            </w:pPr>
          </w:p>
        </w:tc>
        <w:tc>
          <w:tcPr>
            <w:tcW w:w="1953" w:type="dxa"/>
          </w:tcPr>
          <w:p w14:paraId="72F16ACD" w14:textId="77777777" w:rsidR="00447748" w:rsidRPr="00977123" w:rsidRDefault="00447748" w:rsidP="00447748">
            <w:pPr>
              <w:spacing w:before="40" w:after="40"/>
              <w:rPr>
                <w:rFonts w:ascii="Arial" w:hAnsi="Arial" w:cs="Arial"/>
                <w:sz w:val="20"/>
              </w:rPr>
            </w:pPr>
          </w:p>
        </w:tc>
        <w:tc>
          <w:tcPr>
            <w:tcW w:w="1339" w:type="dxa"/>
          </w:tcPr>
          <w:p w14:paraId="329B2E17" w14:textId="77777777" w:rsidR="00447748" w:rsidRPr="00977123" w:rsidRDefault="00447748" w:rsidP="00447748">
            <w:pPr>
              <w:spacing w:before="40" w:after="40"/>
              <w:rPr>
                <w:rFonts w:ascii="Arial" w:hAnsi="Arial" w:cs="Arial"/>
                <w:sz w:val="20"/>
              </w:rPr>
            </w:pPr>
            <w:r w:rsidRPr="00977123">
              <w:rPr>
                <w:rFonts w:ascii="Arial" w:hAnsi="Arial" w:cs="Arial"/>
                <w:sz w:val="20"/>
              </w:rPr>
              <w:t>9.3.2.1</w:t>
            </w:r>
          </w:p>
        </w:tc>
        <w:tc>
          <w:tcPr>
            <w:tcW w:w="2084" w:type="dxa"/>
          </w:tcPr>
          <w:p w14:paraId="0643E653" w14:textId="77777777" w:rsidR="00447748" w:rsidRPr="00977123" w:rsidRDefault="00447748" w:rsidP="00447748">
            <w:pPr>
              <w:spacing w:before="40" w:after="40"/>
              <w:rPr>
                <w:rFonts w:ascii="Arial" w:hAnsi="Arial" w:cs="Arial"/>
                <w:sz w:val="20"/>
              </w:rPr>
            </w:pPr>
            <w:r w:rsidRPr="00977123">
              <w:rPr>
                <w:rFonts w:ascii="Arial" w:hAnsi="Arial" w:cs="Arial"/>
                <w:sz w:val="20"/>
              </w:rPr>
              <w:t>Stage 1</w:t>
            </w:r>
          </w:p>
        </w:tc>
        <w:tc>
          <w:tcPr>
            <w:tcW w:w="1528" w:type="dxa"/>
          </w:tcPr>
          <w:p w14:paraId="75E7B9F1"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5D550CE" w14:textId="77777777" w:rsidR="00447748" w:rsidRPr="00977123" w:rsidRDefault="00447748" w:rsidP="00447748">
            <w:pPr>
              <w:spacing w:before="40" w:after="40"/>
              <w:rPr>
                <w:rFonts w:ascii="Arial" w:hAnsi="Arial" w:cs="Arial"/>
                <w:sz w:val="20"/>
              </w:rPr>
            </w:pPr>
          </w:p>
        </w:tc>
        <w:tc>
          <w:tcPr>
            <w:tcW w:w="3920" w:type="dxa"/>
          </w:tcPr>
          <w:p w14:paraId="7389CB38" w14:textId="77777777" w:rsidR="00447748" w:rsidRPr="00977123" w:rsidRDefault="00447748" w:rsidP="00447748">
            <w:pPr>
              <w:spacing w:before="40" w:after="40"/>
              <w:rPr>
                <w:rFonts w:ascii="Arial" w:hAnsi="Arial" w:cs="Arial"/>
                <w:sz w:val="20"/>
              </w:rPr>
            </w:pPr>
          </w:p>
        </w:tc>
      </w:tr>
      <w:tr w:rsidR="00447748" w:rsidRPr="00977123" w14:paraId="3F329B34" w14:textId="77777777" w:rsidTr="00447748">
        <w:tc>
          <w:tcPr>
            <w:tcW w:w="1120" w:type="dxa"/>
          </w:tcPr>
          <w:p w14:paraId="0597E5FE" w14:textId="77777777" w:rsidR="00447748" w:rsidRPr="00977123" w:rsidRDefault="00447748" w:rsidP="00447748">
            <w:pPr>
              <w:spacing w:before="40" w:after="40"/>
              <w:rPr>
                <w:rFonts w:ascii="Arial" w:hAnsi="Arial" w:cs="Arial"/>
                <w:sz w:val="20"/>
              </w:rPr>
            </w:pPr>
          </w:p>
        </w:tc>
        <w:tc>
          <w:tcPr>
            <w:tcW w:w="1953" w:type="dxa"/>
          </w:tcPr>
          <w:p w14:paraId="2F5EF5E0" w14:textId="77777777" w:rsidR="00447748" w:rsidRPr="00977123" w:rsidRDefault="00447748" w:rsidP="00447748">
            <w:pPr>
              <w:spacing w:before="40" w:after="40"/>
              <w:rPr>
                <w:rFonts w:ascii="Arial" w:hAnsi="Arial" w:cs="Arial"/>
                <w:sz w:val="20"/>
              </w:rPr>
            </w:pPr>
          </w:p>
        </w:tc>
        <w:tc>
          <w:tcPr>
            <w:tcW w:w="1339" w:type="dxa"/>
          </w:tcPr>
          <w:p w14:paraId="690B597B" w14:textId="77777777" w:rsidR="00447748" w:rsidRPr="00977123" w:rsidRDefault="00447748" w:rsidP="00447748">
            <w:pPr>
              <w:spacing w:before="40" w:after="40"/>
              <w:rPr>
                <w:rFonts w:ascii="Arial" w:hAnsi="Arial" w:cs="Arial"/>
                <w:sz w:val="20"/>
              </w:rPr>
            </w:pPr>
            <w:r w:rsidRPr="00977123">
              <w:rPr>
                <w:rFonts w:ascii="Arial" w:hAnsi="Arial" w:cs="Arial"/>
                <w:sz w:val="20"/>
              </w:rPr>
              <w:t>9.3.2.2</w:t>
            </w:r>
          </w:p>
        </w:tc>
        <w:tc>
          <w:tcPr>
            <w:tcW w:w="2084" w:type="dxa"/>
          </w:tcPr>
          <w:p w14:paraId="7374ABFB" w14:textId="77777777" w:rsidR="00447748" w:rsidRPr="00977123" w:rsidRDefault="00447748" w:rsidP="00447748">
            <w:pPr>
              <w:spacing w:before="40" w:after="40"/>
              <w:rPr>
                <w:rFonts w:ascii="Arial" w:hAnsi="Arial" w:cs="Arial"/>
                <w:sz w:val="20"/>
              </w:rPr>
            </w:pPr>
            <w:r w:rsidRPr="00977123">
              <w:rPr>
                <w:rFonts w:ascii="Arial" w:hAnsi="Arial" w:cs="Arial"/>
                <w:sz w:val="20"/>
              </w:rPr>
              <w:t>Stage 2</w:t>
            </w:r>
          </w:p>
        </w:tc>
        <w:tc>
          <w:tcPr>
            <w:tcW w:w="1528" w:type="dxa"/>
          </w:tcPr>
          <w:p w14:paraId="5DF6B664"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CBFFE0E" w14:textId="77777777" w:rsidR="00447748" w:rsidRPr="00977123" w:rsidRDefault="00447748" w:rsidP="00447748">
            <w:pPr>
              <w:spacing w:before="40" w:after="40"/>
              <w:rPr>
                <w:rFonts w:ascii="Arial" w:hAnsi="Arial" w:cs="Arial"/>
                <w:sz w:val="20"/>
              </w:rPr>
            </w:pPr>
          </w:p>
        </w:tc>
        <w:tc>
          <w:tcPr>
            <w:tcW w:w="3920" w:type="dxa"/>
          </w:tcPr>
          <w:p w14:paraId="4C825639" w14:textId="77777777" w:rsidR="00447748" w:rsidRPr="00977123" w:rsidRDefault="00447748" w:rsidP="00447748">
            <w:pPr>
              <w:spacing w:before="40" w:after="40"/>
              <w:rPr>
                <w:rFonts w:ascii="Arial" w:hAnsi="Arial" w:cs="Arial"/>
                <w:sz w:val="20"/>
              </w:rPr>
            </w:pPr>
          </w:p>
        </w:tc>
      </w:tr>
      <w:tr w:rsidR="00447748" w:rsidRPr="00977123" w14:paraId="0925264A" w14:textId="77777777" w:rsidTr="00447748">
        <w:tc>
          <w:tcPr>
            <w:tcW w:w="1120" w:type="dxa"/>
          </w:tcPr>
          <w:p w14:paraId="1378F335" w14:textId="77777777" w:rsidR="00447748" w:rsidRPr="00977123" w:rsidRDefault="00447748" w:rsidP="00447748">
            <w:pPr>
              <w:spacing w:before="40" w:after="40"/>
              <w:rPr>
                <w:rFonts w:ascii="Arial" w:hAnsi="Arial" w:cs="Arial"/>
                <w:sz w:val="20"/>
              </w:rPr>
            </w:pPr>
            <w:r w:rsidRPr="00977123">
              <w:rPr>
                <w:rFonts w:ascii="Arial" w:hAnsi="Arial" w:cs="Arial"/>
                <w:sz w:val="20"/>
              </w:rPr>
              <w:t>9.4</w:t>
            </w:r>
          </w:p>
        </w:tc>
        <w:tc>
          <w:tcPr>
            <w:tcW w:w="1953" w:type="dxa"/>
          </w:tcPr>
          <w:p w14:paraId="2216FF83" w14:textId="77777777" w:rsidR="00447748" w:rsidRPr="00977123" w:rsidRDefault="00447748" w:rsidP="00447748">
            <w:pPr>
              <w:spacing w:before="40" w:after="40"/>
              <w:rPr>
                <w:rFonts w:ascii="Arial" w:hAnsi="Arial" w:cs="Arial"/>
                <w:sz w:val="20"/>
              </w:rPr>
            </w:pPr>
            <w:r w:rsidRPr="00977123">
              <w:rPr>
                <w:rFonts w:ascii="Arial" w:hAnsi="Arial" w:cs="Arial"/>
                <w:sz w:val="20"/>
              </w:rPr>
              <w:t>Conducting audits</w:t>
            </w:r>
          </w:p>
        </w:tc>
        <w:tc>
          <w:tcPr>
            <w:tcW w:w="1339" w:type="dxa"/>
          </w:tcPr>
          <w:p w14:paraId="67551476" w14:textId="77777777" w:rsidR="00447748" w:rsidRPr="00977123" w:rsidRDefault="00447748" w:rsidP="00447748">
            <w:pPr>
              <w:spacing w:before="40" w:after="40"/>
              <w:rPr>
                <w:rFonts w:ascii="Arial" w:hAnsi="Arial" w:cs="Arial"/>
                <w:sz w:val="20"/>
              </w:rPr>
            </w:pPr>
            <w:r w:rsidRPr="00977123">
              <w:rPr>
                <w:rFonts w:ascii="Arial" w:hAnsi="Arial" w:cs="Arial"/>
                <w:sz w:val="20"/>
              </w:rPr>
              <w:t>9.4</w:t>
            </w:r>
          </w:p>
        </w:tc>
        <w:tc>
          <w:tcPr>
            <w:tcW w:w="2084" w:type="dxa"/>
          </w:tcPr>
          <w:p w14:paraId="45FEE4D5" w14:textId="77777777" w:rsidR="00447748" w:rsidRPr="00977123" w:rsidRDefault="00447748" w:rsidP="00447748">
            <w:pPr>
              <w:spacing w:before="40" w:after="40"/>
              <w:rPr>
                <w:rFonts w:ascii="Arial" w:hAnsi="Arial" w:cs="Arial"/>
                <w:sz w:val="20"/>
              </w:rPr>
            </w:pPr>
            <w:r w:rsidRPr="00977123">
              <w:rPr>
                <w:rFonts w:ascii="Arial" w:hAnsi="Arial" w:cs="Arial"/>
                <w:sz w:val="20"/>
              </w:rPr>
              <w:t>Conducting audits</w:t>
            </w:r>
          </w:p>
        </w:tc>
        <w:tc>
          <w:tcPr>
            <w:tcW w:w="1528" w:type="dxa"/>
          </w:tcPr>
          <w:p w14:paraId="5E9DA3C8" w14:textId="77777777" w:rsidR="00447748" w:rsidRPr="00977123" w:rsidRDefault="00447748" w:rsidP="00447748">
            <w:pPr>
              <w:spacing w:before="40" w:after="40"/>
              <w:rPr>
                <w:rFonts w:ascii="Arial" w:hAnsi="Arial" w:cs="Arial"/>
                <w:sz w:val="20"/>
              </w:rPr>
            </w:pPr>
          </w:p>
        </w:tc>
        <w:tc>
          <w:tcPr>
            <w:tcW w:w="3444" w:type="dxa"/>
          </w:tcPr>
          <w:p w14:paraId="60A118C7" w14:textId="77777777" w:rsidR="00447748" w:rsidRPr="00977123" w:rsidRDefault="00447748" w:rsidP="00447748">
            <w:pPr>
              <w:spacing w:before="40" w:after="40"/>
              <w:rPr>
                <w:rFonts w:ascii="Arial" w:hAnsi="Arial" w:cs="Arial"/>
                <w:sz w:val="20"/>
              </w:rPr>
            </w:pPr>
          </w:p>
        </w:tc>
        <w:tc>
          <w:tcPr>
            <w:tcW w:w="3920" w:type="dxa"/>
          </w:tcPr>
          <w:p w14:paraId="1F40846E" w14:textId="77777777" w:rsidR="00447748" w:rsidRPr="00977123" w:rsidRDefault="00447748" w:rsidP="00447748">
            <w:pPr>
              <w:spacing w:before="40" w:after="40"/>
              <w:rPr>
                <w:rFonts w:ascii="Arial" w:hAnsi="Arial" w:cs="Arial"/>
                <w:sz w:val="20"/>
              </w:rPr>
            </w:pPr>
          </w:p>
        </w:tc>
      </w:tr>
      <w:tr w:rsidR="00447748" w:rsidRPr="00977123" w14:paraId="565A14A8" w14:textId="77777777" w:rsidTr="00447748">
        <w:tc>
          <w:tcPr>
            <w:tcW w:w="1120" w:type="dxa"/>
          </w:tcPr>
          <w:p w14:paraId="713A8C71" w14:textId="77777777" w:rsidR="00447748" w:rsidRPr="00977123" w:rsidRDefault="00447748" w:rsidP="00447748">
            <w:pPr>
              <w:spacing w:before="40" w:after="40"/>
              <w:rPr>
                <w:rFonts w:ascii="Arial" w:hAnsi="Arial" w:cs="Arial"/>
                <w:sz w:val="20"/>
              </w:rPr>
            </w:pPr>
            <w:r w:rsidRPr="00977123">
              <w:rPr>
                <w:rFonts w:ascii="Arial" w:hAnsi="Arial" w:cs="Arial"/>
                <w:sz w:val="20"/>
              </w:rPr>
              <w:t>9.4.1</w:t>
            </w:r>
          </w:p>
        </w:tc>
        <w:tc>
          <w:tcPr>
            <w:tcW w:w="1953" w:type="dxa"/>
          </w:tcPr>
          <w:p w14:paraId="6E2AC7A7"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339" w:type="dxa"/>
          </w:tcPr>
          <w:p w14:paraId="7A3A5491" w14:textId="77777777" w:rsidR="00447748" w:rsidRPr="00977123" w:rsidRDefault="00447748" w:rsidP="00447748">
            <w:pPr>
              <w:spacing w:before="40" w:after="40"/>
              <w:rPr>
                <w:rFonts w:ascii="Arial" w:hAnsi="Arial" w:cs="Arial"/>
                <w:sz w:val="20"/>
              </w:rPr>
            </w:pPr>
            <w:r w:rsidRPr="00977123">
              <w:rPr>
                <w:rFonts w:ascii="Arial" w:hAnsi="Arial" w:cs="Arial"/>
                <w:sz w:val="20"/>
              </w:rPr>
              <w:t>9.4.1</w:t>
            </w:r>
          </w:p>
        </w:tc>
        <w:tc>
          <w:tcPr>
            <w:tcW w:w="2084" w:type="dxa"/>
          </w:tcPr>
          <w:p w14:paraId="2ACB251B"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4E5B3BF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D189E05" w14:textId="77777777" w:rsidR="00447748" w:rsidRPr="00977123" w:rsidRDefault="00447748" w:rsidP="00447748">
            <w:pPr>
              <w:spacing w:before="40" w:after="40"/>
              <w:rPr>
                <w:rFonts w:ascii="Arial" w:hAnsi="Arial" w:cs="Arial"/>
                <w:sz w:val="20"/>
              </w:rPr>
            </w:pPr>
          </w:p>
        </w:tc>
        <w:tc>
          <w:tcPr>
            <w:tcW w:w="3920" w:type="dxa"/>
          </w:tcPr>
          <w:p w14:paraId="5472E222" w14:textId="77777777" w:rsidR="00447748" w:rsidRPr="00977123" w:rsidRDefault="00447748" w:rsidP="00447748">
            <w:pPr>
              <w:spacing w:before="40" w:after="40"/>
              <w:rPr>
                <w:rFonts w:ascii="Arial" w:hAnsi="Arial" w:cs="Arial"/>
                <w:sz w:val="20"/>
              </w:rPr>
            </w:pPr>
          </w:p>
        </w:tc>
      </w:tr>
      <w:tr w:rsidR="00447748" w:rsidRPr="00977123" w14:paraId="1246A070" w14:textId="77777777" w:rsidTr="00447748">
        <w:tc>
          <w:tcPr>
            <w:tcW w:w="1120" w:type="dxa"/>
          </w:tcPr>
          <w:p w14:paraId="58D756DC" w14:textId="77777777" w:rsidR="00447748" w:rsidRPr="00977123" w:rsidRDefault="00447748" w:rsidP="00447748">
            <w:pPr>
              <w:spacing w:before="40" w:after="40"/>
              <w:rPr>
                <w:rFonts w:ascii="Arial" w:hAnsi="Arial" w:cs="Arial"/>
                <w:sz w:val="20"/>
              </w:rPr>
            </w:pPr>
            <w:r w:rsidRPr="00977123">
              <w:rPr>
                <w:rFonts w:ascii="Arial" w:hAnsi="Arial" w:cs="Arial"/>
                <w:sz w:val="20"/>
              </w:rPr>
              <w:t>9.4.2</w:t>
            </w:r>
          </w:p>
        </w:tc>
        <w:tc>
          <w:tcPr>
            <w:tcW w:w="1953" w:type="dxa"/>
          </w:tcPr>
          <w:p w14:paraId="582C09FE" w14:textId="77777777" w:rsidR="00447748" w:rsidRPr="00977123" w:rsidRDefault="00447748" w:rsidP="00447748">
            <w:pPr>
              <w:spacing w:before="40" w:after="40"/>
              <w:rPr>
                <w:rFonts w:ascii="Arial" w:hAnsi="Arial" w:cs="Arial"/>
                <w:sz w:val="20"/>
              </w:rPr>
            </w:pPr>
            <w:r w:rsidRPr="00977123">
              <w:rPr>
                <w:rFonts w:ascii="Arial" w:hAnsi="Arial" w:cs="Arial"/>
                <w:sz w:val="20"/>
              </w:rPr>
              <w:t>Specific elements of the ISMS audit</w:t>
            </w:r>
          </w:p>
        </w:tc>
        <w:tc>
          <w:tcPr>
            <w:tcW w:w="1339" w:type="dxa"/>
          </w:tcPr>
          <w:p w14:paraId="2C882779" w14:textId="77777777" w:rsidR="00447748" w:rsidRPr="00977123" w:rsidRDefault="00447748" w:rsidP="00447748">
            <w:pPr>
              <w:spacing w:before="40" w:after="40"/>
              <w:rPr>
                <w:rFonts w:ascii="Arial" w:hAnsi="Arial" w:cs="Arial"/>
                <w:sz w:val="20"/>
              </w:rPr>
            </w:pPr>
            <w:r w:rsidRPr="00977123">
              <w:rPr>
                <w:rFonts w:ascii="Arial" w:hAnsi="Arial" w:cs="Arial"/>
                <w:sz w:val="20"/>
              </w:rPr>
              <w:t>9.4.2</w:t>
            </w:r>
          </w:p>
        </w:tc>
        <w:tc>
          <w:tcPr>
            <w:tcW w:w="2084" w:type="dxa"/>
          </w:tcPr>
          <w:p w14:paraId="7E5F0A65" w14:textId="77777777" w:rsidR="00447748" w:rsidRPr="00977123" w:rsidRDefault="00447748" w:rsidP="00447748">
            <w:pPr>
              <w:spacing w:before="40" w:after="40"/>
              <w:rPr>
                <w:rFonts w:ascii="Arial" w:hAnsi="Arial" w:cs="Arial"/>
                <w:sz w:val="20"/>
              </w:rPr>
            </w:pPr>
            <w:r w:rsidRPr="00977123">
              <w:rPr>
                <w:rFonts w:ascii="Arial" w:hAnsi="Arial" w:cs="Arial"/>
                <w:sz w:val="20"/>
              </w:rPr>
              <w:t>Specific elements of the PIMS audit</w:t>
            </w:r>
          </w:p>
        </w:tc>
        <w:tc>
          <w:tcPr>
            <w:tcW w:w="1528" w:type="dxa"/>
          </w:tcPr>
          <w:p w14:paraId="1F1EC2CC"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7A23DA8E" w14:textId="77777777" w:rsidR="00447748" w:rsidRPr="00977123" w:rsidRDefault="00447748" w:rsidP="00447748">
            <w:pPr>
              <w:spacing w:before="40" w:after="40"/>
              <w:rPr>
                <w:rFonts w:ascii="Arial" w:hAnsi="Arial" w:cs="Arial"/>
                <w:sz w:val="20"/>
              </w:rPr>
            </w:pPr>
          </w:p>
        </w:tc>
        <w:tc>
          <w:tcPr>
            <w:tcW w:w="3920" w:type="dxa"/>
          </w:tcPr>
          <w:p w14:paraId="4C84809B" w14:textId="77777777" w:rsidR="00447748" w:rsidRPr="00977123" w:rsidRDefault="00447748" w:rsidP="00447748">
            <w:pPr>
              <w:spacing w:before="40" w:after="40"/>
              <w:rPr>
                <w:rFonts w:ascii="Arial" w:hAnsi="Arial" w:cs="Arial"/>
                <w:sz w:val="20"/>
              </w:rPr>
            </w:pPr>
          </w:p>
        </w:tc>
      </w:tr>
      <w:tr w:rsidR="00447748" w:rsidRPr="00977123" w14:paraId="3027372B" w14:textId="77777777" w:rsidTr="00447748">
        <w:tc>
          <w:tcPr>
            <w:tcW w:w="1120" w:type="dxa"/>
          </w:tcPr>
          <w:p w14:paraId="3A85B245" w14:textId="77777777" w:rsidR="00447748" w:rsidRPr="00977123" w:rsidRDefault="00447748" w:rsidP="00447748">
            <w:pPr>
              <w:spacing w:before="40" w:after="40"/>
              <w:rPr>
                <w:rFonts w:ascii="Arial" w:hAnsi="Arial" w:cs="Arial"/>
                <w:sz w:val="20"/>
              </w:rPr>
            </w:pPr>
            <w:r w:rsidRPr="00977123">
              <w:rPr>
                <w:rFonts w:ascii="Arial" w:hAnsi="Arial" w:cs="Arial"/>
                <w:sz w:val="20"/>
              </w:rPr>
              <w:t>9.4.3</w:t>
            </w:r>
          </w:p>
        </w:tc>
        <w:tc>
          <w:tcPr>
            <w:tcW w:w="1953" w:type="dxa"/>
          </w:tcPr>
          <w:p w14:paraId="3614C2C8" w14:textId="77777777" w:rsidR="00447748" w:rsidRPr="00977123" w:rsidRDefault="00447748" w:rsidP="00447748">
            <w:pPr>
              <w:spacing w:before="40" w:after="40"/>
              <w:rPr>
                <w:rFonts w:ascii="Arial" w:hAnsi="Arial" w:cs="Arial"/>
                <w:sz w:val="20"/>
              </w:rPr>
            </w:pPr>
            <w:r w:rsidRPr="00977123">
              <w:rPr>
                <w:rFonts w:ascii="Arial" w:hAnsi="Arial" w:cs="Arial"/>
                <w:sz w:val="20"/>
              </w:rPr>
              <w:t>Audit report</w:t>
            </w:r>
          </w:p>
        </w:tc>
        <w:tc>
          <w:tcPr>
            <w:tcW w:w="1339" w:type="dxa"/>
          </w:tcPr>
          <w:p w14:paraId="55813198" w14:textId="77777777" w:rsidR="00447748" w:rsidRPr="00977123" w:rsidRDefault="00447748" w:rsidP="00447748">
            <w:pPr>
              <w:spacing w:before="40" w:after="40"/>
              <w:rPr>
                <w:rFonts w:ascii="Arial" w:hAnsi="Arial" w:cs="Arial"/>
                <w:sz w:val="20"/>
              </w:rPr>
            </w:pPr>
            <w:r w:rsidRPr="00977123">
              <w:rPr>
                <w:rFonts w:ascii="Arial" w:hAnsi="Arial" w:cs="Arial"/>
                <w:sz w:val="20"/>
              </w:rPr>
              <w:t>9.4.3</w:t>
            </w:r>
          </w:p>
        </w:tc>
        <w:tc>
          <w:tcPr>
            <w:tcW w:w="2084" w:type="dxa"/>
          </w:tcPr>
          <w:p w14:paraId="5858843C" w14:textId="77777777" w:rsidR="00447748" w:rsidRPr="00977123" w:rsidRDefault="00447748" w:rsidP="00447748">
            <w:pPr>
              <w:spacing w:before="40" w:after="40"/>
              <w:rPr>
                <w:rFonts w:ascii="Arial" w:hAnsi="Arial" w:cs="Arial"/>
                <w:sz w:val="20"/>
              </w:rPr>
            </w:pPr>
            <w:r w:rsidRPr="00977123">
              <w:rPr>
                <w:rFonts w:ascii="Arial" w:hAnsi="Arial" w:cs="Arial"/>
                <w:sz w:val="20"/>
              </w:rPr>
              <w:t>Audit report</w:t>
            </w:r>
          </w:p>
        </w:tc>
        <w:tc>
          <w:tcPr>
            <w:tcW w:w="1528" w:type="dxa"/>
          </w:tcPr>
          <w:p w14:paraId="56D5E0D7" w14:textId="77777777" w:rsidR="00447748" w:rsidRPr="00977123" w:rsidRDefault="00447748" w:rsidP="00447748">
            <w:pPr>
              <w:spacing w:before="40" w:after="40"/>
              <w:rPr>
                <w:rFonts w:ascii="Arial" w:hAnsi="Arial" w:cs="Arial"/>
                <w:sz w:val="20"/>
              </w:rPr>
            </w:pPr>
          </w:p>
        </w:tc>
        <w:tc>
          <w:tcPr>
            <w:tcW w:w="3444" w:type="dxa"/>
          </w:tcPr>
          <w:p w14:paraId="661F7949" w14:textId="77777777" w:rsidR="00447748" w:rsidRPr="00977123" w:rsidRDefault="00447748" w:rsidP="00447748">
            <w:pPr>
              <w:spacing w:before="40" w:after="40"/>
              <w:rPr>
                <w:rFonts w:ascii="Arial" w:hAnsi="Arial" w:cs="Arial"/>
                <w:sz w:val="20"/>
              </w:rPr>
            </w:pPr>
          </w:p>
        </w:tc>
        <w:tc>
          <w:tcPr>
            <w:tcW w:w="3920" w:type="dxa"/>
          </w:tcPr>
          <w:p w14:paraId="607CD5E9" w14:textId="77777777" w:rsidR="00447748" w:rsidRPr="00977123" w:rsidRDefault="00447748" w:rsidP="00447748">
            <w:pPr>
              <w:spacing w:before="40" w:after="40"/>
              <w:rPr>
                <w:rFonts w:ascii="Arial" w:hAnsi="Arial" w:cs="Arial"/>
                <w:sz w:val="20"/>
              </w:rPr>
            </w:pPr>
          </w:p>
        </w:tc>
      </w:tr>
      <w:tr w:rsidR="00447748" w:rsidRPr="00977123" w14:paraId="087012AE" w14:textId="77777777" w:rsidTr="00447748">
        <w:tc>
          <w:tcPr>
            <w:tcW w:w="1120" w:type="dxa"/>
          </w:tcPr>
          <w:p w14:paraId="6B7C3932" w14:textId="77777777" w:rsidR="00447748" w:rsidRPr="00977123" w:rsidRDefault="00447748" w:rsidP="00447748">
            <w:pPr>
              <w:spacing w:before="40" w:after="40"/>
              <w:rPr>
                <w:rFonts w:ascii="Arial" w:hAnsi="Arial" w:cs="Arial"/>
                <w:sz w:val="20"/>
              </w:rPr>
            </w:pPr>
          </w:p>
        </w:tc>
        <w:tc>
          <w:tcPr>
            <w:tcW w:w="1953" w:type="dxa"/>
          </w:tcPr>
          <w:p w14:paraId="17AB256F" w14:textId="77777777" w:rsidR="00447748" w:rsidRPr="00977123" w:rsidRDefault="00447748" w:rsidP="00447748">
            <w:pPr>
              <w:spacing w:before="40" w:after="40"/>
              <w:rPr>
                <w:rFonts w:ascii="Arial" w:hAnsi="Arial" w:cs="Arial"/>
                <w:sz w:val="20"/>
              </w:rPr>
            </w:pPr>
          </w:p>
        </w:tc>
        <w:tc>
          <w:tcPr>
            <w:tcW w:w="1339" w:type="dxa"/>
          </w:tcPr>
          <w:p w14:paraId="1BC7C6F4" w14:textId="77777777" w:rsidR="00447748" w:rsidRPr="00977123" w:rsidRDefault="00447748" w:rsidP="00447748">
            <w:pPr>
              <w:spacing w:before="40" w:after="40"/>
              <w:rPr>
                <w:rFonts w:ascii="Arial" w:hAnsi="Arial" w:cs="Arial"/>
                <w:sz w:val="20"/>
              </w:rPr>
            </w:pPr>
            <w:r w:rsidRPr="00977123">
              <w:rPr>
                <w:rFonts w:ascii="Arial" w:hAnsi="Arial" w:cs="Arial"/>
                <w:sz w:val="20"/>
              </w:rPr>
              <w:t>9.4.3.1</w:t>
            </w:r>
          </w:p>
        </w:tc>
        <w:tc>
          <w:tcPr>
            <w:tcW w:w="2084" w:type="dxa"/>
          </w:tcPr>
          <w:p w14:paraId="5A2837E2" w14:textId="77777777" w:rsidR="00447748" w:rsidRPr="00977123" w:rsidRDefault="00447748" w:rsidP="00447748">
            <w:pPr>
              <w:spacing w:before="40" w:after="40"/>
              <w:rPr>
                <w:rFonts w:ascii="Arial" w:hAnsi="Arial" w:cs="Arial"/>
                <w:sz w:val="20"/>
              </w:rPr>
            </w:pPr>
          </w:p>
        </w:tc>
        <w:tc>
          <w:tcPr>
            <w:tcW w:w="1528" w:type="dxa"/>
          </w:tcPr>
          <w:p w14:paraId="53F4D09C" w14:textId="77777777" w:rsidR="00447748" w:rsidRPr="00977123" w:rsidRDefault="00447748" w:rsidP="00447748">
            <w:pPr>
              <w:spacing w:before="40" w:after="40"/>
              <w:rPr>
                <w:rFonts w:ascii="Arial" w:hAnsi="Arial" w:cs="Arial"/>
                <w:sz w:val="20"/>
              </w:rPr>
            </w:pPr>
            <w:r w:rsidRPr="00977123">
              <w:rPr>
                <w:rFonts w:ascii="Arial" w:hAnsi="Arial" w:cs="Arial"/>
                <w:sz w:val="20"/>
              </w:rPr>
              <w:t>Major</w:t>
            </w:r>
          </w:p>
        </w:tc>
        <w:tc>
          <w:tcPr>
            <w:tcW w:w="3444" w:type="dxa"/>
          </w:tcPr>
          <w:p w14:paraId="71F3E602" w14:textId="77777777" w:rsidR="00447748" w:rsidRPr="00977123" w:rsidRDefault="00447748" w:rsidP="00447748">
            <w:pPr>
              <w:spacing w:before="40" w:after="40"/>
              <w:rPr>
                <w:rFonts w:ascii="Arial" w:hAnsi="Arial" w:cs="Arial"/>
                <w:sz w:val="20"/>
              </w:rPr>
            </w:pPr>
          </w:p>
        </w:tc>
        <w:tc>
          <w:tcPr>
            <w:tcW w:w="3920" w:type="dxa"/>
          </w:tcPr>
          <w:p w14:paraId="34CBC5CD" w14:textId="77777777" w:rsidR="00447748" w:rsidRPr="00977123" w:rsidRDefault="00447748" w:rsidP="00447748">
            <w:pPr>
              <w:spacing w:before="40" w:after="40"/>
              <w:rPr>
                <w:rFonts w:ascii="Arial" w:hAnsi="Arial" w:cs="Arial"/>
                <w:sz w:val="20"/>
              </w:rPr>
            </w:pPr>
          </w:p>
        </w:tc>
      </w:tr>
      <w:tr w:rsidR="00447748" w:rsidRPr="00977123" w14:paraId="309D32C5" w14:textId="77777777" w:rsidTr="00447748">
        <w:tc>
          <w:tcPr>
            <w:tcW w:w="1120" w:type="dxa"/>
          </w:tcPr>
          <w:p w14:paraId="4E896272" w14:textId="77777777" w:rsidR="00447748" w:rsidRPr="00977123" w:rsidRDefault="00447748" w:rsidP="00447748">
            <w:pPr>
              <w:spacing w:before="40" w:after="40"/>
              <w:rPr>
                <w:rFonts w:ascii="Arial" w:hAnsi="Arial" w:cs="Arial"/>
                <w:sz w:val="20"/>
              </w:rPr>
            </w:pPr>
          </w:p>
        </w:tc>
        <w:tc>
          <w:tcPr>
            <w:tcW w:w="1953" w:type="dxa"/>
          </w:tcPr>
          <w:p w14:paraId="079282F6" w14:textId="77777777" w:rsidR="00447748" w:rsidRPr="00977123" w:rsidRDefault="00447748" w:rsidP="00447748">
            <w:pPr>
              <w:spacing w:before="40" w:after="40"/>
              <w:rPr>
                <w:rFonts w:ascii="Arial" w:hAnsi="Arial" w:cs="Arial"/>
                <w:sz w:val="20"/>
              </w:rPr>
            </w:pPr>
          </w:p>
        </w:tc>
        <w:tc>
          <w:tcPr>
            <w:tcW w:w="1339" w:type="dxa"/>
          </w:tcPr>
          <w:p w14:paraId="1AB6DF27" w14:textId="77777777" w:rsidR="00447748" w:rsidRPr="00977123" w:rsidRDefault="00447748" w:rsidP="00447748">
            <w:pPr>
              <w:spacing w:before="40" w:after="40"/>
              <w:rPr>
                <w:rFonts w:ascii="Arial" w:hAnsi="Arial" w:cs="Arial"/>
                <w:sz w:val="20"/>
              </w:rPr>
            </w:pPr>
            <w:r w:rsidRPr="00977123">
              <w:rPr>
                <w:rFonts w:ascii="Arial" w:hAnsi="Arial" w:cs="Arial"/>
                <w:sz w:val="20"/>
              </w:rPr>
              <w:t>9.4.3.2</w:t>
            </w:r>
          </w:p>
        </w:tc>
        <w:tc>
          <w:tcPr>
            <w:tcW w:w="2084" w:type="dxa"/>
          </w:tcPr>
          <w:p w14:paraId="749B8F17" w14:textId="77777777" w:rsidR="00447748" w:rsidRPr="00977123" w:rsidRDefault="00447748" w:rsidP="00447748">
            <w:pPr>
              <w:spacing w:before="40" w:after="40"/>
              <w:rPr>
                <w:rFonts w:ascii="Arial" w:hAnsi="Arial" w:cs="Arial"/>
                <w:sz w:val="20"/>
              </w:rPr>
            </w:pPr>
          </w:p>
        </w:tc>
        <w:tc>
          <w:tcPr>
            <w:tcW w:w="1528" w:type="dxa"/>
          </w:tcPr>
          <w:p w14:paraId="0ECD60D7"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7808D8C4" w14:textId="77777777" w:rsidR="00447748" w:rsidRPr="00977123" w:rsidRDefault="00447748" w:rsidP="00447748">
            <w:pPr>
              <w:spacing w:before="40" w:after="40"/>
              <w:rPr>
                <w:rFonts w:ascii="Arial" w:hAnsi="Arial" w:cs="Arial"/>
                <w:sz w:val="20"/>
              </w:rPr>
            </w:pPr>
          </w:p>
        </w:tc>
        <w:tc>
          <w:tcPr>
            <w:tcW w:w="3920" w:type="dxa"/>
          </w:tcPr>
          <w:p w14:paraId="0670CE0B" w14:textId="77777777" w:rsidR="00447748" w:rsidRPr="00977123" w:rsidRDefault="00447748" w:rsidP="00447748">
            <w:pPr>
              <w:spacing w:before="40" w:after="40"/>
              <w:rPr>
                <w:rFonts w:ascii="Arial" w:hAnsi="Arial" w:cs="Arial"/>
                <w:sz w:val="20"/>
              </w:rPr>
            </w:pPr>
          </w:p>
        </w:tc>
      </w:tr>
      <w:tr w:rsidR="00447748" w:rsidRPr="00977123" w14:paraId="7C4886D3" w14:textId="77777777" w:rsidTr="00447748">
        <w:tc>
          <w:tcPr>
            <w:tcW w:w="1120" w:type="dxa"/>
          </w:tcPr>
          <w:p w14:paraId="19B180F1" w14:textId="77777777" w:rsidR="00447748" w:rsidRPr="00977123" w:rsidRDefault="00447748" w:rsidP="00447748">
            <w:pPr>
              <w:spacing w:before="40" w:after="40"/>
              <w:rPr>
                <w:rFonts w:ascii="Arial" w:hAnsi="Arial" w:cs="Arial"/>
                <w:sz w:val="20"/>
              </w:rPr>
            </w:pPr>
            <w:r w:rsidRPr="00977123">
              <w:rPr>
                <w:rFonts w:ascii="Arial" w:hAnsi="Arial" w:cs="Arial"/>
                <w:sz w:val="20"/>
              </w:rPr>
              <w:t>9.5</w:t>
            </w:r>
          </w:p>
        </w:tc>
        <w:tc>
          <w:tcPr>
            <w:tcW w:w="1953" w:type="dxa"/>
          </w:tcPr>
          <w:p w14:paraId="49AC5B11" w14:textId="77777777" w:rsidR="00447748" w:rsidRPr="00977123" w:rsidRDefault="00447748" w:rsidP="00447748">
            <w:pPr>
              <w:spacing w:before="40" w:after="40"/>
              <w:rPr>
                <w:rFonts w:ascii="Arial" w:hAnsi="Arial" w:cs="Arial"/>
                <w:sz w:val="20"/>
              </w:rPr>
            </w:pPr>
            <w:r w:rsidRPr="00977123">
              <w:rPr>
                <w:rFonts w:ascii="Arial" w:hAnsi="Arial" w:cs="Arial"/>
                <w:sz w:val="20"/>
              </w:rPr>
              <w:t>Certification decision</w:t>
            </w:r>
          </w:p>
        </w:tc>
        <w:tc>
          <w:tcPr>
            <w:tcW w:w="1339" w:type="dxa"/>
          </w:tcPr>
          <w:p w14:paraId="742E79E2" w14:textId="77777777" w:rsidR="00447748" w:rsidRPr="00977123" w:rsidRDefault="00447748" w:rsidP="00447748">
            <w:pPr>
              <w:spacing w:before="40" w:after="40"/>
              <w:rPr>
                <w:rFonts w:ascii="Arial" w:hAnsi="Arial" w:cs="Arial"/>
                <w:sz w:val="20"/>
              </w:rPr>
            </w:pPr>
            <w:r w:rsidRPr="00977123">
              <w:rPr>
                <w:rFonts w:ascii="Arial" w:hAnsi="Arial" w:cs="Arial"/>
                <w:sz w:val="20"/>
              </w:rPr>
              <w:t>9.5</w:t>
            </w:r>
          </w:p>
        </w:tc>
        <w:tc>
          <w:tcPr>
            <w:tcW w:w="2084" w:type="dxa"/>
          </w:tcPr>
          <w:p w14:paraId="3606C3B8" w14:textId="77777777" w:rsidR="00447748" w:rsidRPr="00977123" w:rsidRDefault="00447748" w:rsidP="00447748">
            <w:pPr>
              <w:spacing w:before="40" w:after="40"/>
              <w:rPr>
                <w:rFonts w:ascii="Arial" w:hAnsi="Arial" w:cs="Arial"/>
                <w:sz w:val="20"/>
              </w:rPr>
            </w:pPr>
            <w:r w:rsidRPr="00977123">
              <w:rPr>
                <w:rFonts w:ascii="Arial" w:hAnsi="Arial" w:cs="Arial"/>
                <w:sz w:val="20"/>
              </w:rPr>
              <w:t>Certification decision</w:t>
            </w:r>
          </w:p>
        </w:tc>
        <w:tc>
          <w:tcPr>
            <w:tcW w:w="1528" w:type="dxa"/>
          </w:tcPr>
          <w:p w14:paraId="3C8F43FC"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F2FE1BA" w14:textId="77777777" w:rsidR="00447748" w:rsidRPr="00977123" w:rsidRDefault="00447748" w:rsidP="00447748">
            <w:pPr>
              <w:spacing w:before="40" w:after="40"/>
              <w:rPr>
                <w:rFonts w:ascii="Arial" w:hAnsi="Arial" w:cs="Arial"/>
                <w:sz w:val="20"/>
              </w:rPr>
            </w:pPr>
          </w:p>
        </w:tc>
        <w:tc>
          <w:tcPr>
            <w:tcW w:w="3920" w:type="dxa"/>
          </w:tcPr>
          <w:p w14:paraId="4AF38BD7" w14:textId="77777777" w:rsidR="00447748" w:rsidRPr="00977123" w:rsidRDefault="00447748" w:rsidP="00447748">
            <w:pPr>
              <w:spacing w:before="40" w:after="40"/>
              <w:rPr>
                <w:rFonts w:ascii="Arial" w:hAnsi="Arial" w:cs="Arial"/>
                <w:sz w:val="20"/>
              </w:rPr>
            </w:pPr>
          </w:p>
        </w:tc>
      </w:tr>
      <w:tr w:rsidR="00447748" w:rsidRPr="00977123" w14:paraId="27ECD339" w14:textId="77777777" w:rsidTr="00447748">
        <w:tc>
          <w:tcPr>
            <w:tcW w:w="1120" w:type="dxa"/>
          </w:tcPr>
          <w:p w14:paraId="0569570C" w14:textId="77777777" w:rsidR="00447748" w:rsidRPr="00977123" w:rsidRDefault="00447748" w:rsidP="00447748">
            <w:pPr>
              <w:spacing w:before="40" w:after="40"/>
              <w:rPr>
                <w:rFonts w:ascii="Arial" w:hAnsi="Arial" w:cs="Arial"/>
                <w:sz w:val="20"/>
              </w:rPr>
            </w:pPr>
            <w:r w:rsidRPr="00977123">
              <w:rPr>
                <w:rFonts w:ascii="Arial" w:hAnsi="Arial" w:cs="Arial"/>
                <w:sz w:val="20"/>
              </w:rPr>
              <w:t>9.6</w:t>
            </w:r>
          </w:p>
        </w:tc>
        <w:tc>
          <w:tcPr>
            <w:tcW w:w="1953" w:type="dxa"/>
          </w:tcPr>
          <w:p w14:paraId="353D2DB8" w14:textId="77777777" w:rsidR="00447748" w:rsidRPr="00977123" w:rsidRDefault="00447748" w:rsidP="00447748">
            <w:pPr>
              <w:spacing w:before="40" w:after="40"/>
              <w:rPr>
                <w:rFonts w:ascii="Arial" w:hAnsi="Arial" w:cs="Arial"/>
                <w:sz w:val="20"/>
              </w:rPr>
            </w:pPr>
            <w:r w:rsidRPr="00977123">
              <w:rPr>
                <w:rFonts w:ascii="Arial" w:hAnsi="Arial" w:cs="Arial"/>
                <w:sz w:val="20"/>
              </w:rPr>
              <w:t>Maintaining certification</w:t>
            </w:r>
          </w:p>
        </w:tc>
        <w:tc>
          <w:tcPr>
            <w:tcW w:w="1339" w:type="dxa"/>
          </w:tcPr>
          <w:p w14:paraId="070FB4D4" w14:textId="77777777" w:rsidR="00447748" w:rsidRPr="00977123" w:rsidRDefault="00447748" w:rsidP="00447748">
            <w:pPr>
              <w:spacing w:before="40" w:after="40"/>
              <w:rPr>
                <w:rFonts w:ascii="Arial" w:hAnsi="Arial" w:cs="Arial"/>
                <w:sz w:val="20"/>
              </w:rPr>
            </w:pPr>
            <w:r w:rsidRPr="00977123">
              <w:rPr>
                <w:rFonts w:ascii="Arial" w:hAnsi="Arial" w:cs="Arial"/>
                <w:sz w:val="20"/>
              </w:rPr>
              <w:t>9.6</w:t>
            </w:r>
          </w:p>
        </w:tc>
        <w:tc>
          <w:tcPr>
            <w:tcW w:w="2084" w:type="dxa"/>
          </w:tcPr>
          <w:p w14:paraId="0098D959" w14:textId="77777777" w:rsidR="00447748" w:rsidRPr="00977123" w:rsidRDefault="00447748" w:rsidP="00447748">
            <w:pPr>
              <w:spacing w:before="40" w:after="40"/>
              <w:rPr>
                <w:rFonts w:ascii="Arial" w:hAnsi="Arial" w:cs="Arial"/>
                <w:sz w:val="20"/>
              </w:rPr>
            </w:pPr>
            <w:r w:rsidRPr="00977123">
              <w:rPr>
                <w:rFonts w:ascii="Arial" w:hAnsi="Arial" w:cs="Arial"/>
                <w:sz w:val="20"/>
              </w:rPr>
              <w:t>Maintaining certification</w:t>
            </w:r>
          </w:p>
        </w:tc>
        <w:tc>
          <w:tcPr>
            <w:tcW w:w="1528" w:type="dxa"/>
          </w:tcPr>
          <w:p w14:paraId="02D6E4E2" w14:textId="77777777" w:rsidR="00447748" w:rsidRPr="00977123" w:rsidRDefault="00447748" w:rsidP="00447748">
            <w:pPr>
              <w:spacing w:before="40" w:after="40"/>
              <w:rPr>
                <w:rFonts w:ascii="Arial" w:hAnsi="Arial" w:cs="Arial"/>
                <w:sz w:val="20"/>
              </w:rPr>
            </w:pPr>
          </w:p>
        </w:tc>
        <w:tc>
          <w:tcPr>
            <w:tcW w:w="3444" w:type="dxa"/>
          </w:tcPr>
          <w:p w14:paraId="09175267" w14:textId="77777777" w:rsidR="00447748" w:rsidRPr="00977123" w:rsidRDefault="00447748" w:rsidP="00447748">
            <w:pPr>
              <w:spacing w:before="40" w:after="40"/>
              <w:rPr>
                <w:rFonts w:ascii="Arial" w:hAnsi="Arial" w:cs="Arial"/>
                <w:sz w:val="20"/>
              </w:rPr>
            </w:pPr>
          </w:p>
        </w:tc>
        <w:tc>
          <w:tcPr>
            <w:tcW w:w="3920" w:type="dxa"/>
          </w:tcPr>
          <w:p w14:paraId="5EC0DD0B" w14:textId="77777777" w:rsidR="00447748" w:rsidRPr="00977123" w:rsidRDefault="00447748" w:rsidP="00447748">
            <w:pPr>
              <w:spacing w:before="40" w:after="40"/>
              <w:rPr>
                <w:rFonts w:ascii="Arial" w:hAnsi="Arial" w:cs="Arial"/>
                <w:sz w:val="20"/>
              </w:rPr>
            </w:pPr>
          </w:p>
        </w:tc>
      </w:tr>
      <w:tr w:rsidR="00447748" w:rsidRPr="00977123" w14:paraId="6B080453" w14:textId="77777777" w:rsidTr="00447748">
        <w:tc>
          <w:tcPr>
            <w:tcW w:w="1120" w:type="dxa"/>
          </w:tcPr>
          <w:p w14:paraId="4370057A" w14:textId="77777777" w:rsidR="00447748" w:rsidRPr="00977123" w:rsidRDefault="00447748" w:rsidP="00447748">
            <w:pPr>
              <w:spacing w:before="40" w:after="40"/>
              <w:rPr>
                <w:rFonts w:ascii="Arial" w:hAnsi="Arial" w:cs="Arial"/>
                <w:sz w:val="20"/>
              </w:rPr>
            </w:pPr>
            <w:r w:rsidRPr="00977123">
              <w:rPr>
                <w:rFonts w:ascii="Arial" w:hAnsi="Arial" w:cs="Arial"/>
                <w:sz w:val="20"/>
              </w:rPr>
              <w:t>9.6.1</w:t>
            </w:r>
          </w:p>
        </w:tc>
        <w:tc>
          <w:tcPr>
            <w:tcW w:w="1953" w:type="dxa"/>
          </w:tcPr>
          <w:p w14:paraId="3B8EF602"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339" w:type="dxa"/>
          </w:tcPr>
          <w:p w14:paraId="768078A6" w14:textId="77777777" w:rsidR="00447748" w:rsidRPr="00977123" w:rsidRDefault="00447748" w:rsidP="00447748">
            <w:pPr>
              <w:spacing w:before="40" w:after="40"/>
              <w:rPr>
                <w:rFonts w:ascii="Arial" w:hAnsi="Arial" w:cs="Arial"/>
                <w:sz w:val="20"/>
              </w:rPr>
            </w:pPr>
            <w:r w:rsidRPr="00977123">
              <w:rPr>
                <w:rFonts w:ascii="Arial" w:hAnsi="Arial" w:cs="Arial"/>
                <w:sz w:val="20"/>
              </w:rPr>
              <w:t>9.6.1</w:t>
            </w:r>
          </w:p>
        </w:tc>
        <w:tc>
          <w:tcPr>
            <w:tcW w:w="2084" w:type="dxa"/>
          </w:tcPr>
          <w:p w14:paraId="39A174E9" w14:textId="77777777" w:rsidR="00447748" w:rsidRPr="00977123" w:rsidRDefault="00447748" w:rsidP="00447748">
            <w:pPr>
              <w:spacing w:before="40" w:after="40"/>
              <w:rPr>
                <w:rFonts w:ascii="Arial" w:hAnsi="Arial" w:cs="Arial"/>
                <w:sz w:val="20"/>
              </w:rPr>
            </w:pPr>
            <w:r w:rsidRPr="00977123">
              <w:rPr>
                <w:rFonts w:ascii="Arial" w:hAnsi="Arial" w:cs="Arial"/>
                <w:sz w:val="20"/>
              </w:rPr>
              <w:t>General</w:t>
            </w:r>
          </w:p>
        </w:tc>
        <w:tc>
          <w:tcPr>
            <w:tcW w:w="1528" w:type="dxa"/>
          </w:tcPr>
          <w:p w14:paraId="020EEB2F"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1612A11" w14:textId="77777777" w:rsidR="00447748" w:rsidRPr="00977123" w:rsidRDefault="00447748" w:rsidP="00447748">
            <w:pPr>
              <w:spacing w:before="40" w:after="40"/>
              <w:rPr>
                <w:rFonts w:ascii="Arial" w:hAnsi="Arial" w:cs="Arial"/>
                <w:sz w:val="20"/>
              </w:rPr>
            </w:pPr>
          </w:p>
        </w:tc>
        <w:tc>
          <w:tcPr>
            <w:tcW w:w="3920" w:type="dxa"/>
          </w:tcPr>
          <w:p w14:paraId="5797864C" w14:textId="77777777" w:rsidR="00447748" w:rsidRPr="00977123" w:rsidRDefault="00447748" w:rsidP="00447748">
            <w:pPr>
              <w:spacing w:before="40" w:after="40"/>
              <w:rPr>
                <w:rFonts w:ascii="Arial" w:hAnsi="Arial" w:cs="Arial"/>
                <w:sz w:val="20"/>
              </w:rPr>
            </w:pPr>
          </w:p>
        </w:tc>
      </w:tr>
      <w:tr w:rsidR="00447748" w:rsidRPr="00977123" w14:paraId="435044CF" w14:textId="77777777" w:rsidTr="00447748">
        <w:tc>
          <w:tcPr>
            <w:tcW w:w="1120" w:type="dxa"/>
          </w:tcPr>
          <w:p w14:paraId="2D9AC184" w14:textId="77777777" w:rsidR="00447748" w:rsidRPr="00977123" w:rsidRDefault="00447748" w:rsidP="00447748">
            <w:pPr>
              <w:spacing w:before="40" w:after="40"/>
              <w:rPr>
                <w:rFonts w:ascii="Arial" w:hAnsi="Arial" w:cs="Arial"/>
                <w:sz w:val="20"/>
              </w:rPr>
            </w:pPr>
            <w:r w:rsidRPr="00977123">
              <w:rPr>
                <w:rFonts w:ascii="Arial" w:hAnsi="Arial" w:cs="Arial"/>
                <w:sz w:val="20"/>
              </w:rPr>
              <w:t>9.6.2</w:t>
            </w:r>
          </w:p>
        </w:tc>
        <w:tc>
          <w:tcPr>
            <w:tcW w:w="1953" w:type="dxa"/>
          </w:tcPr>
          <w:p w14:paraId="24FEA505" w14:textId="77777777" w:rsidR="00447748" w:rsidRPr="00977123" w:rsidRDefault="00447748" w:rsidP="00447748">
            <w:pPr>
              <w:spacing w:before="40" w:after="40"/>
              <w:rPr>
                <w:rFonts w:ascii="Arial" w:hAnsi="Arial" w:cs="Arial"/>
                <w:sz w:val="20"/>
              </w:rPr>
            </w:pPr>
            <w:r w:rsidRPr="00977123">
              <w:rPr>
                <w:rFonts w:ascii="Arial" w:hAnsi="Arial" w:cs="Arial"/>
                <w:sz w:val="20"/>
              </w:rPr>
              <w:t>Surveillance activities</w:t>
            </w:r>
          </w:p>
        </w:tc>
        <w:tc>
          <w:tcPr>
            <w:tcW w:w="1339" w:type="dxa"/>
          </w:tcPr>
          <w:p w14:paraId="580D6FE8" w14:textId="77777777" w:rsidR="00447748" w:rsidRPr="00977123" w:rsidRDefault="00447748" w:rsidP="00447748">
            <w:pPr>
              <w:spacing w:before="40" w:after="40"/>
              <w:rPr>
                <w:rFonts w:ascii="Arial" w:hAnsi="Arial" w:cs="Arial"/>
                <w:sz w:val="20"/>
              </w:rPr>
            </w:pPr>
            <w:r w:rsidRPr="00977123">
              <w:rPr>
                <w:rFonts w:ascii="Arial" w:hAnsi="Arial" w:cs="Arial"/>
                <w:sz w:val="20"/>
              </w:rPr>
              <w:t>9.6.2</w:t>
            </w:r>
          </w:p>
        </w:tc>
        <w:tc>
          <w:tcPr>
            <w:tcW w:w="2084" w:type="dxa"/>
          </w:tcPr>
          <w:p w14:paraId="168AEEE0" w14:textId="77777777" w:rsidR="00447748" w:rsidRPr="00977123" w:rsidRDefault="00447748" w:rsidP="00447748">
            <w:pPr>
              <w:spacing w:before="40" w:after="40"/>
              <w:rPr>
                <w:rFonts w:ascii="Arial" w:hAnsi="Arial" w:cs="Arial"/>
                <w:sz w:val="20"/>
              </w:rPr>
            </w:pPr>
            <w:r w:rsidRPr="00977123">
              <w:rPr>
                <w:rFonts w:ascii="Arial" w:hAnsi="Arial" w:cs="Arial"/>
                <w:sz w:val="20"/>
              </w:rPr>
              <w:t>Surveillance activities</w:t>
            </w:r>
          </w:p>
        </w:tc>
        <w:tc>
          <w:tcPr>
            <w:tcW w:w="1528" w:type="dxa"/>
          </w:tcPr>
          <w:p w14:paraId="6AFAC7D0" w14:textId="77777777" w:rsidR="00447748" w:rsidRPr="00977123" w:rsidRDefault="00447748" w:rsidP="00447748">
            <w:pPr>
              <w:spacing w:before="40" w:after="40"/>
              <w:rPr>
                <w:rFonts w:ascii="Arial" w:hAnsi="Arial" w:cs="Arial"/>
                <w:sz w:val="20"/>
              </w:rPr>
            </w:pPr>
          </w:p>
        </w:tc>
        <w:tc>
          <w:tcPr>
            <w:tcW w:w="3444" w:type="dxa"/>
          </w:tcPr>
          <w:p w14:paraId="31D0587F" w14:textId="77777777" w:rsidR="00447748" w:rsidRPr="00977123" w:rsidRDefault="00447748" w:rsidP="00447748">
            <w:pPr>
              <w:spacing w:before="40" w:after="40"/>
              <w:rPr>
                <w:rFonts w:ascii="Arial" w:hAnsi="Arial" w:cs="Arial"/>
                <w:sz w:val="20"/>
              </w:rPr>
            </w:pPr>
          </w:p>
        </w:tc>
        <w:tc>
          <w:tcPr>
            <w:tcW w:w="3920" w:type="dxa"/>
          </w:tcPr>
          <w:p w14:paraId="20DFC333" w14:textId="77777777" w:rsidR="00447748" w:rsidRPr="00977123" w:rsidRDefault="00447748" w:rsidP="00447748">
            <w:pPr>
              <w:spacing w:before="40" w:after="40"/>
              <w:rPr>
                <w:rFonts w:ascii="Arial" w:hAnsi="Arial" w:cs="Arial"/>
                <w:sz w:val="20"/>
              </w:rPr>
            </w:pPr>
          </w:p>
        </w:tc>
      </w:tr>
      <w:tr w:rsidR="00447748" w:rsidRPr="00977123" w14:paraId="13136339" w14:textId="77777777" w:rsidTr="00447748">
        <w:tc>
          <w:tcPr>
            <w:tcW w:w="1120" w:type="dxa"/>
          </w:tcPr>
          <w:p w14:paraId="796C8566" w14:textId="77777777" w:rsidR="00447748" w:rsidRPr="00977123" w:rsidRDefault="00447748" w:rsidP="00447748">
            <w:pPr>
              <w:spacing w:before="40" w:after="40"/>
              <w:rPr>
                <w:rFonts w:ascii="Arial" w:hAnsi="Arial" w:cs="Arial"/>
                <w:sz w:val="20"/>
              </w:rPr>
            </w:pPr>
          </w:p>
        </w:tc>
        <w:tc>
          <w:tcPr>
            <w:tcW w:w="1953" w:type="dxa"/>
          </w:tcPr>
          <w:p w14:paraId="53468FD7" w14:textId="77777777" w:rsidR="00447748" w:rsidRPr="00977123" w:rsidRDefault="00447748" w:rsidP="00447748">
            <w:pPr>
              <w:spacing w:before="40" w:after="40"/>
              <w:rPr>
                <w:rFonts w:ascii="Arial" w:hAnsi="Arial" w:cs="Arial"/>
                <w:sz w:val="20"/>
              </w:rPr>
            </w:pPr>
          </w:p>
        </w:tc>
        <w:tc>
          <w:tcPr>
            <w:tcW w:w="1339" w:type="dxa"/>
          </w:tcPr>
          <w:p w14:paraId="550919A0" w14:textId="77777777" w:rsidR="00447748" w:rsidRPr="00977123" w:rsidRDefault="00447748" w:rsidP="00447748">
            <w:pPr>
              <w:spacing w:before="40" w:after="40"/>
              <w:rPr>
                <w:rFonts w:ascii="Arial" w:hAnsi="Arial" w:cs="Arial"/>
                <w:sz w:val="20"/>
              </w:rPr>
            </w:pPr>
            <w:r w:rsidRPr="00977123">
              <w:rPr>
                <w:rFonts w:ascii="Arial" w:hAnsi="Arial" w:cs="Arial"/>
                <w:sz w:val="20"/>
              </w:rPr>
              <w:t>9.6.2.1</w:t>
            </w:r>
          </w:p>
        </w:tc>
        <w:tc>
          <w:tcPr>
            <w:tcW w:w="2084" w:type="dxa"/>
          </w:tcPr>
          <w:p w14:paraId="5928E5E4" w14:textId="77777777" w:rsidR="00447748" w:rsidRPr="00977123" w:rsidRDefault="00447748" w:rsidP="00447748">
            <w:pPr>
              <w:spacing w:before="40" w:after="40"/>
              <w:rPr>
                <w:rFonts w:ascii="Arial" w:hAnsi="Arial" w:cs="Arial"/>
                <w:sz w:val="20"/>
              </w:rPr>
            </w:pPr>
            <w:r w:rsidRPr="00977123">
              <w:rPr>
                <w:rFonts w:ascii="Arial" w:hAnsi="Arial" w:cs="Arial"/>
                <w:sz w:val="20"/>
              </w:rPr>
              <w:t>Surveillance</w:t>
            </w:r>
          </w:p>
        </w:tc>
        <w:tc>
          <w:tcPr>
            <w:tcW w:w="1528" w:type="dxa"/>
          </w:tcPr>
          <w:p w14:paraId="110842B5"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4F3DC4B" w14:textId="77777777" w:rsidR="00447748" w:rsidRPr="00977123" w:rsidRDefault="00447748" w:rsidP="00447748">
            <w:pPr>
              <w:spacing w:before="40" w:after="40"/>
              <w:rPr>
                <w:rFonts w:ascii="Arial" w:hAnsi="Arial" w:cs="Arial"/>
                <w:sz w:val="20"/>
              </w:rPr>
            </w:pPr>
          </w:p>
        </w:tc>
        <w:tc>
          <w:tcPr>
            <w:tcW w:w="3920" w:type="dxa"/>
          </w:tcPr>
          <w:p w14:paraId="1A56E81D" w14:textId="77777777" w:rsidR="00447748" w:rsidRPr="00977123" w:rsidRDefault="00447748" w:rsidP="00447748">
            <w:pPr>
              <w:spacing w:before="40" w:after="40"/>
              <w:rPr>
                <w:rFonts w:ascii="Arial" w:hAnsi="Arial" w:cs="Arial"/>
                <w:sz w:val="20"/>
              </w:rPr>
            </w:pPr>
          </w:p>
        </w:tc>
      </w:tr>
      <w:tr w:rsidR="00447748" w:rsidRPr="00977123" w14:paraId="1FCA5B46" w14:textId="77777777" w:rsidTr="00447748">
        <w:tc>
          <w:tcPr>
            <w:tcW w:w="1120" w:type="dxa"/>
          </w:tcPr>
          <w:p w14:paraId="69D24E82" w14:textId="77777777" w:rsidR="00447748" w:rsidRPr="00977123" w:rsidRDefault="00447748" w:rsidP="00447748">
            <w:pPr>
              <w:spacing w:before="40" w:after="40"/>
              <w:rPr>
                <w:rFonts w:ascii="Arial" w:hAnsi="Arial" w:cs="Arial"/>
                <w:sz w:val="20"/>
              </w:rPr>
            </w:pPr>
          </w:p>
        </w:tc>
        <w:tc>
          <w:tcPr>
            <w:tcW w:w="1953" w:type="dxa"/>
          </w:tcPr>
          <w:p w14:paraId="441AB209" w14:textId="77777777" w:rsidR="00447748" w:rsidRPr="00977123" w:rsidRDefault="00447748" w:rsidP="00447748">
            <w:pPr>
              <w:spacing w:before="40" w:after="40"/>
              <w:rPr>
                <w:rFonts w:ascii="Arial" w:hAnsi="Arial" w:cs="Arial"/>
                <w:sz w:val="20"/>
              </w:rPr>
            </w:pPr>
          </w:p>
        </w:tc>
        <w:tc>
          <w:tcPr>
            <w:tcW w:w="1339" w:type="dxa"/>
          </w:tcPr>
          <w:p w14:paraId="4F2CD0D2" w14:textId="77777777" w:rsidR="00447748" w:rsidRPr="00977123" w:rsidRDefault="00447748" w:rsidP="00447748">
            <w:pPr>
              <w:spacing w:before="40" w:after="40"/>
              <w:rPr>
                <w:rFonts w:ascii="Arial" w:hAnsi="Arial" w:cs="Arial"/>
                <w:sz w:val="20"/>
              </w:rPr>
            </w:pPr>
            <w:r w:rsidRPr="00977123">
              <w:rPr>
                <w:rFonts w:ascii="Arial" w:hAnsi="Arial" w:cs="Arial"/>
                <w:sz w:val="20"/>
              </w:rPr>
              <w:t>9.6.2.2</w:t>
            </w:r>
          </w:p>
        </w:tc>
        <w:tc>
          <w:tcPr>
            <w:tcW w:w="2084" w:type="dxa"/>
          </w:tcPr>
          <w:p w14:paraId="0553E20F" w14:textId="77777777" w:rsidR="00447748" w:rsidRPr="00977123" w:rsidRDefault="00447748" w:rsidP="00447748">
            <w:pPr>
              <w:spacing w:before="40" w:after="40"/>
              <w:rPr>
                <w:rFonts w:ascii="Arial" w:hAnsi="Arial" w:cs="Arial"/>
                <w:sz w:val="20"/>
              </w:rPr>
            </w:pPr>
          </w:p>
        </w:tc>
        <w:tc>
          <w:tcPr>
            <w:tcW w:w="1528" w:type="dxa"/>
          </w:tcPr>
          <w:p w14:paraId="7E13FDC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FFC0BE4" w14:textId="77777777" w:rsidR="00447748" w:rsidRPr="00977123" w:rsidRDefault="00447748" w:rsidP="00447748">
            <w:pPr>
              <w:spacing w:before="40" w:after="40"/>
              <w:rPr>
                <w:rFonts w:ascii="Arial" w:hAnsi="Arial" w:cs="Arial"/>
                <w:sz w:val="20"/>
              </w:rPr>
            </w:pPr>
          </w:p>
        </w:tc>
        <w:tc>
          <w:tcPr>
            <w:tcW w:w="3920" w:type="dxa"/>
          </w:tcPr>
          <w:p w14:paraId="63611E0A" w14:textId="77777777" w:rsidR="00447748" w:rsidRPr="00977123" w:rsidRDefault="00447748" w:rsidP="00447748">
            <w:pPr>
              <w:spacing w:before="40" w:after="40"/>
              <w:rPr>
                <w:rFonts w:ascii="Arial" w:hAnsi="Arial" w:cs="Arial"/>
                <w:sz w:val="20"/>
              </w:rPr>
            </w:pPr>
          </w:p>
        </w:tc>
      </w:tr>
      <w:tr w:rsidR="00447748" w:rsidRPr="00977123" w14:paraId="187CCE85" w14:textId="77777777" w:rsidTr="00447748">
        <w:tc>
          <w:tcPr>
            <w:tcW w:w="1120" w:type="dxa"/>
          </w:tcPr>
          <w:p w14:paraId="311C46A6" w14:textId="77777777" w:rsidR="00447748" w:rsidRPr="00977123" w:rsidRDefault="00447748" w:rsidP="00447748">
            <w:pPr>
              <w:spacing w:before="40" w:after="40"/>
              <w:rPr>
                <w:rFonts w:ascii="Arial" w:hAnsi="Arial" w:cs="Arial"/>
                <w:sz w:val="20"/>
              </w:rPr>
            </w:pPr>
          </w:p>
        </w:tc>
        <w:tc>
          <w:tcPr>
            <w:tcW w:w="1953" w:type="dxa"/>
          </w:tcPr>
          <w:p w14:paraId="24CF2D51" w14:textId="77777777" w:rsidR="00447748" w:rsidRPr="00977123" w:rsidRDefault="00447748" w:rsidP="00447748">
            <w:pPr>
              <w:spacing w:before="40" w:after="40"/>
              <w:rPr>
                <w:rFonts w:ascii="Arial" w:hAnsi="Arial" w:cs="Arial"/>
                <w:sz w:val="20"/>
              </w:rPr>
            </w:pPr>
          </w:p>
        </w:tc>
        <w:tc>
          <w:tcPr>
            <w:tcW w:w="1339" w:type="dxa"/>
          </w:tcPr>
          <w:p w14:paraId="3B0A3C31" w14:textId="77777777" w:rsidR="00447748" w:rsidRPr="00977123" w:rsidRDefault="00447748" w:rsidP="00447748">
            <w:pPr>
              <w:spacing w:before="40" w:after="40"/>
              <w:rPr>
                <w:rFonts w:ascii="Arial" w:hAnsi="Arial" w:cs="Arial"/>
                <w:sz w:val="20"/>
              </w:rPr>
            </w:pPr>
            <w:r w:rsidRPr="00977123">
              <w:rPr>
                <w:rFonts w:ascii="Arial" w:hAnsi="Arial" w:cs="Arial"/>
                <w:sz w:val="20"/>
              </w:rPr>
              <w:t>9.6.2.3</w:t>
            </w:r>
          </w:p>
        </w:tc>
        <w:tc>
          <w:tcPr>
            <w:tcW w:w="2084" w:type="dxa"/>
          </w:tcPr>
          <w:p w14:paraId="12B3ED62" w14:textId="77777777" w:rsidR="00447748" w:rsidRPr="00977123" w:rsidRDefault="00447748" w:rsidP="00447748">
            <w:pPr>
              <w:spacing w:before="40" w:after="40"/>
              <w:rPr>
                <w:rFonts w:ascii="Arial" w:hAnsi="Arial" w:cs="Arial"/>
                <w:sz w:val="20"/>
              </w:rPr>
            </w:pPr>
          </w:p>
        </w:tc>
        <w:tc>
          <w:tcPr>
            <w:tcW w:w="1528" w:type="dxa"/>
          </w:tcPr>
          <w:p w14:paraId="1BA68A51"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5F15045D" w14:textId="77777777" w:rsidR="00447748" w:rsidRPr="00977123" w:rsidRDefault="00447748" w:rsidP="00447748">
            <w:pPr>
              <w:spacing w:before="40" w:after="40"/>
              <w:rPr>
                <w:rFonts w:ascii="Arial" w:hAnsi="Arial" w:cs="Arial"/>
                <w:sz w:val="20"/>
              </w:rPr>
            </w:pPr>
          </w:p>
        </w:tc>
        <w:tc>
          <w:tcPr>
            <w:tcW w:w="3920" w:type="dxa"/>
          </w:tcPr>
          <w:p w14:paraId="445553CE" w14:textId="77777777" w:rsidR="00447748" w:rsidRPr="00977123" w:rsidRDefault="00447748" w:rsidP="00447748">
            <w:pPr>
              <w:spacing w:before="40" w:after="40"/>
              <w:rPr>
                <w:rFonts w:ascii="Arial" w:hAnsi="Arial" w:cs="Arial"/>
                <w:sz w:val="20"/>
              </w:rPr>
            </w:pPr>
          </w:p>
        </w:tc>
      </w:tr>
      <w:tr w:rsidR="00447748" w:rsidRPr="00977123" w14:paraId="0AA2225D" w14:textId="77777777" w:rsidTr="00447748">
        <w:tc>
          <w:tcPr>
            <w:tcW w:w="1120" w:type="dxa"/>
          </w:tcPr>
          <w:p w14:paraId="070B7F24" w14:textId="77777777" w:rsidR="00447748" w:rsidRPr="00977123" w:rsidRDefault="00447748" w:rsidP="00447748">
            <w:pPr>
              <w:spacing w:before="40" w:after="40"/>
              <w:rPr>
                <w:rFonts w:ascii="Arial" w:hAnsi="Arial" w:cs="Arial"/>
                <w:sz w:val="20"/>
              </w:rPr>
            </w:pPr>
          </w:p>
        </w:tc>
        <w:tc>
          <w:tcPr>
            <w:tcW w:w="1953" w:type="dxa"/>
          </w:tcPr>
          <w:p w14:paraId="5F192BBE" w14:textId="77777777" w:rsidR="00447748" w:rsidRPr="00977123" w:rsidRDefault="00447748" w:rsidP="00447748">
            <w:pPr>
              <w:spacing w:before="40" w:after="40"/>
              <w:rPr>
                <w:rFonts w:ascii="Arial" w:hAnsi="Arial" w:cs="Arial"/>
                <w:sz w:val="20"/>
              </w:rPr>
            </w:pPr>
          </w:p>
        </w:tc>
        <w:tc>
          <w:tcPr>
            <w:tcW w:w="1339" w:type="dxa"/>
          </w:tcPr>
          <w:p w14:paraId="63B0038B" w14:textId="77777777" w:rsidR="00447748" w:rsidRPr="00977123" w:rsidRDefault="00447748" w:rsidP="00447748">
            <w:pPr>
              <w:spacing w:before="40" w:after="40"/>
              <w:rPr>
                <w:rFonts w:ascii="Arial" w:hAnsi="Arial" w:cs="Arial"/>
                <w:sz w:val="20"/>
              </w:rPr>
            </w:pPr>
            <w:r w:rsidRPr="00977123">
              <w:rPr>
                <w:rFonts w:ascii="Arial" w:hAnsi="Arial" w:cs="Arial"/>
                <w:sz w:val="20"/>
              </w:rPr>
              <w:t>9.6.2.4</w:t>
            </w:r>
          </w:p>
        </w:tc>
        <w:tc>
          <w:tcPr>
            <w:tcW w:w="2084" w:type="dxa"/>
          </w:tcPr>
          <w:p w14:paraId="7284DE6F" w14:textId="77777777" w:rsidR="00447748" w:rsidRPr="00977123" w:rsidRDefault="00447748" w:rsidP="00447748">
            <w:pPr>
              <w:spacing w:before="40" w:after="40"/>
              <w:rPr>
                <w:rFonts w:ascii="Arial" w:hAnsi="Arial" w:cs="Arial"/>
                <w:sz w:val="20"/>
              </w:rPr>
            </w:pPr>
          </w:p>
        </w:tc>
        <w:tc>
          <w:tcPr>
            <w:tcW w:w="1528" w:type="dxa"/>
          </w:tcPr>
          <w:p w14:paraId="6E563A96"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7D128CD7" w14:textId="77777777" w:rsidR="00447748" w:rsidRPr="00977123" w:rsidRDefault="00447748" w:rsidP="00447748">
            <w:pPr>
              <w:spacing w:before="40" w:after="40"/>
              <w:rPr>
                <w:rFonts w:ascii="Arial" w:hAnsi="Arial" w:cs="Arial"/>
                <w:sz w:val="20"/>
              </w:rPr>
            </w:pPr>
          </w:p>
        </w:tc>
        <w:tc>
          <w:tcPr>
            <w:tcW w:w="3920" w:type="dxa"/>
          </w:tcPr>
          <w:p w14:paraId="4BB21A27" w14:textId="77777777" w:rsidR="00447748" w:rsidRPr="00977123" w:rsidRDefault="00447748" w:rsidP="00447748">
            <w:pPr>
              <w:spacing w:before="40" w:after="40"/>
              <w:rPr>
                <w:rFonts w:ascii="Arial" w:hAnsi="Arial" w:cs="Arial"/>
                <w:sz w:val="20"/>
              </w:rPr>
            </w:pPr>
          </w:p>
        </w:tc>
      </w:tr>
      <w:tr w:rsidR="00447748" w:rsidRPr="00977123" w14:paraId="171B5A22" w14:textId="77777777" w:rsidTr="00447748">
        <w:tc>
          <w:tcPr>
            <w:tcW w:w="1120" w:type="dxa"/>
          </w:tcPr>
          <w:p w14:paraId="090CF53F" w14:textId="77777777" w:rsidR="00447748" w:rsidRPr="00977123" w:rsidRDefault="00447748" w:rsidP="00447748">
            <w:pPr>
              <w:spacing w:before="40" w:after="40"/>
              <w:rPr>
                <w:rFonts w:ascii="Arial" w:hAnsi="Arial" w:cs="Arial"/>
                <w:sz w:val="20"/>
              </w:rPr>
            </w:pPr>
            <w:r w:rsidRPr="00977123">
              <w:rPr>
                <w:rFonts w:ascii="Arial" w:hAnsi="Arial" w:cs="Arial"/>
                <w:sz w:val="20"/>
              </w:rPr>
              <w:t>9.6.3</w:t>
            </w:r>
          </w:p>
        </w:tc>
        <w:tc>
          <w:tcPr>
            <w:tcW w:w="1953" w:type="dxa"/>
          </w:tcPr>
          <w:p w14:paraId="512932D9" w14:textId="77777777" w:rsidR="00447748" w:rsidRPr="00977123" w:rsidRDefault="00447748" w:rsidP="00447748">
            <w:pPr>
              <w:spacing w:before="40" w:after="40"/>
              <w:rPr>
                <w:rFonts w:ascii="Arial" w:hAnsi="Arial" w:cs="Arial"/>
                <w:sz w:val="20"/>
              </w:rPr>
            </w:pPr>
            <w:r w:rsidRPr="00977123">
              <w:rPr>
                <w:rFonts w:ascii="Arial" w:hAnsi="Arial" w:cs="Arial"/>
                <w:sz w:val="20"/>
              </w:rPr>
              <w:t>Re-certification</w:t>
            </w:r>
          </w:p>
        </w:tc>
        <w:tc>
          <w:tcPr>
            <w:tcW w:w="1339" w:type="dxa"/>
          </w:tcPr>
          <w:p w14:paraId="34909B2E" w14:textId="77777777" w:rsidR="00447748" w:rsidRPr="00977123" w:rsidRDefault="00447748" w:rsidP="00447748">
            <w:pPr>
              <w:spacing w:before="40" w:after="40"/>
              <w:rPr>
                <w:rFonts w:ascii="Arial" w:hAnsi="Arial" w:cs="Arial"/>
                <w:sz w:val="20"/>
              </w:rPr>
            </w:pPr>
          </w:p>
        </w:tc>
        <w:tc>
          <w:tcPr>
            <w:tcW w:w="2084" w:type="dxa"/>
          </w:tcPr>
          <w:p w14:paraId="2A9E0037" w14:textId="77777777" w:rsidR="00447748" w:rsidRPr="00977123" w:rsidRDefault="00447748" w:rsidP="00447748">
            <w:pPr>
              <w:spacing w:before="40" w:after="40"/>
              <w:rPr>
                <w:rFonts w:ascii="Arial" w:hAnsi="Arial" w:cs="Arial"/>
                <w:sz w:val="20"/>
              </w:rPr>
            </w:pPr>
          </w:p>
        </w:tc>
        <w:tc>
          <w:tcPr>
            <w:tcW w:w="1528" w:type="dxa"/>
          </w:tcPr>
          <w:p w14:paraId="0A7B02EB" w14:textId="77777777" w:rsidR="00447748" w:rsidRPr="00977123" w:rsidRDefault="00447748" w:rsidP="00447748">
            <w:pPr>
              <w:spacing w:before="40" w:after="40"/>
              <w:rPr>
                <w:rFonts w:ascii="Arial" w:hAnsi="Arial" w:cs="Arial"/>
                <w:sz w:val="20"/>
              </w:rPr>
            </w:pPr>
          </w:p>
        </w:tc>
        <w:tc>
          <w:tcPr>
            <w:tcW w:w="3444" w:type="dxa"/>
          </w:tcPr>
          <w:p w14:paraId="2C2BA90B" w14:textId="77777777" w:rsidR="00447748" w:rsidRPr="00977123" w:rsidRDefault="00447748" w:rsidP="00447748">
            <w:pPr>
              <w:spacing w:before="40" w:after="40"/>
              <w:rPr>
                <w:rFonts w:ascii="Arial" w:hAnsi="Arial" w:cs="Arial"/>
                <w:sz w:val="20"/>
              </w:rPr>
            </w:pPr>
          </w:p>
        </w:tc>
        <w:tc>
          <w:tcPr>
            <w:tcW w:w="3920" w:type="dxa"/>
          </w:tcPr>
          <w:p w14:paraId="2200E344" w14:textId="77777777" w:rsidR="00447748" w:rsidRPr="00977123" w:rsidRDefault="00447748" w:rsidP="00447748">
            <w:pPr>
              <w:spacing w:before="40" w:after="40"/>
              <w:rPr>
                <w:rFonts w:ascii="Arial" w:hAnsi="Arial" w:cs="Arial"/>
                <w:sz w:val="20"/>
              </w:rPr>
            </w:pPr>
          </w:p>
        </w:tc>
      </w:tr>
      <w:tr w:rsidR="00447748" w:rsidRPr="00977123" w14:paraId="7B175B55" w14:textId="77777777" w:rsidTr="00447748">
        <w:tc>
          <w:tcPr>
            <w:tcW w:w="1120" w:type="dxa"/>
          </w:tcPr>
          <w:p w14:paraId="0F5D8732" w14:textId="77777777" w:rsidR="00447748" w:rsidRPr="00977123" w:rsidRDefault="00447748" w:rsidP="00447748">
            <w:pPr>
              <w:spacing w:before="40" w:after="40"/>
              <w:rPr>
                <w:rFonts w:ascii="Arial" w:hAnsi="Arial" w:cs="Arial"/>
                <w:sz w:val="20"/>
              </w:rPr>
            </w:pPr>
            <w:r w:rsidRPr="00977123">
              <w:rPr>
                <w:rFonts w:ascii="Arial" w:hAnsi="Arial" w:cs="Arial"/>
                <w:sz w:val="20"/>
              </w:rPr>
              <w:t>9.6.4</w:t>
            </w:r>
          </w:p>
        </w:tc>
        <w:tc>
          <w:tcPr>
            <w:tcW w:w="1953" w:type="dxa"/>
          </w:tcPr>
          <w:p w14:paraId="12184F86" w14:textId="77777777" w:rsidR="00447748" w:rsidRPr="00977123" w:rsidRDefault="00447748" w:rsidP="00447748">
            <w:pPr>
              <w:spacing w:before="40" w:after="40"/>
              <w:rPr>
                <w:rFonts w:ascii="Arial" w:hAnsi="Arial" w:cs="Arial"/>
                <w:sz w:val="20"/>
              </w:rPr>
            </w:pPr>
            <w:r w:rsidRPr="00977123">
              <w:rPr>
                <w:rFonts w:ascii="Arial" w:hAnsi="Arial" w:cs="Arial"/>
                <w:sz w:val="20"/>
              </w:rPr>
              <w:t>Special audits</w:t>
            </w:r>
          </w:p>
        </w:tc>
        <w:tc>
          <w:tcPr>
            <w:tcW w:w="1339" w:type="dxa"/>
          </w:tcPr>
          <w:p w14:paraId="49AF90A9" w14:textId="77777777" w:rsidR="00447748" w:rsidRPr="00977123" w:rsidRDefault="00447748" w:rsidP="00447748">
            <w:pPr>
              <w:spacing w:before="40" w:after="40"/>
              <w:rPr>
                <w:rFonts w:ascii="Arial" w:hAnsi="Arial" w:cs="Arial"/>
                <w:sz w:val="20"/>
              </w:rPr>
            </w:pPr>
          </w:p>
        </w:tc>
        <w:tc>
          <w:tcPr>
            <w:tcW w:w="2084" w:type="dxa"/>
          </w:tcPr>
          <w:p w14:paraId="6F4D7A16" w14:textId="77777777" w:rsidR="00447748" w:rsidRPr="00977123" w:rsidRDefault="00447748" w:rsidP="00447748">
            <w:pPr>
              <w:spacing w:before="40" w:after="40"/>
              <w:rPr>
                <w:rFonts w:ascii="Arial" w:hAnsi="Arial" w:cs="Arial"/>
                <w:sz w:val="20"/>
              </w:rPr>
            </w:pPr>
          </w:p>
        </w:tc>
        <w:tc>
          <w:tcPr>
            <w:tcW w:w="1528" w:type="dxa"/>
          </w:tcPr>
          <w:p w14:paraId="0A517DE7" w14:textId="77777777" w:rsidR="00447748" w:rsidRPr="00977123" w:rsidRDefault="00447748" w:rsidP="00447748">
            <w:pPr>
              <w:spacing w:before="40" w:after="40"/>
              <w:rPr>
                <w:rFonts w:ascii="Arial" w:hAnsi="Arial" w:cs="Arial"/>
                <w:sz w:val="20"/>
              </w:rPr>
            </w:pPr>
          </w:p>
        </w:tc>
        <w:tc>
          <w:tcPr>
            <w:tcW w:w="3444" w:type="dxa"/>
          </w:tcPr>
          <w:p w14:paraId="7357CD93" w14:textId="77777777" w:rsidR="00447748" w:rsidRPr="00977123" w:rsidRDefault="00447748" w:rsidP="00447748">
            <w:pPr>
              <w:spacing w:before="40" w:after="40"/>
              <w:rPr>
                <w:rFonts w:ascii="Arial" w:hAnsi="Arial" w:cs="Arial"/>
                <w:sz w:val="20"/>
              </w:rPr>
            </w:pPr>
          </w:p>
        </w:tc>
        <w:tc>
          <w:tcPr>
            <w:tcW w:w="3920" w:type="dxa"/>
          </w:tcPr>
          <w:p w14:paraId="0A766542" w14:textId="77777777" w:rsidR="00447748" w:rsidRPr="00977123" w:rsidRDefault="00447748" w:rsidP="00447748">
            <w:pPr>
              <w:spacing w:before="40" w:after="40"/>
              <w:rPr>
                <w:rFonts w:ascii="Arial" w:hAnsi="Arial" w:cs="Arial"/>
                <w:sz w:val="20"/>
              </w:rPr>
            </w:pPr>
          </w:p>
        </w:tc>
      </w:tr>
      <w:tr w:rsidR="00447748" w:rsidRPr="00977123" w14:paraId="2AC0EABE" w14:textId="77777777" w:rsidTr="00447748">
        <w:tc>
          <w:tcPr>
            <w:tcW w:w="1120" w:type="dxa"/>
          </w:tcPr>
          <w:p w14:paraId="4A17BB39" w14:textId="77777777" w:rsidR="00447748" w:rsidRPr="00977123" w:rsidRDefault="00447748" w:rsidP="00447748">
            <w:pPr>
              <w:spacing w:before="40" w:after="40"/>
              <w:rPr>
                <w:rFonts w:ascii="Arial" w:hAnsi="Arial" w:cs="Arial"/>
                <w:sz w:val="20"/>
              </w:rPr>
            </w:pPr>
            <w:r w:rsidRPr="00977123">
              <w:rPr>
                <w:rFonts w:ascii="Arial" w:hAnsi="Arial" w:cs="Arial"/>
                <w:sz w:val="20"/>
              </w:rPr>
              <w:t>9.6.5</w:t>
            </w:r>
          </w:p>
        </w:tc>
        <w:tc>
          <w:tcPr>
            <w:tcW w:w="1953" w:type="dxa"/>
          </w:tcPr>
          <w:p w14:paraId="0B76508D" w14:textId="77777777" w:rsidR="00447748" w:rsidRPr="00977123" w:rsidRDefault="00447748" w:rsidP="00447748">
            <w:pPr>
              <w:spacing w:before="40" w:after="40"/>
              <w:rPr>
                <w:rFonts w:ascii="Arial" w:hAnsi="Arial" w:cs="Arial"/>
                <w:sz w:val="20"/>
              </w:rPr>
            </w:pPr>
            <w:r w:rsidRPr="00977123">
              <w:rPr>
                <w:rFonts w:ascii="Arial" w:hAnsi="Arial" w:cs="Arial"/>
                <w:sz w:val="20"/>
              </w:rPr>
              <w:t xml:space="preserve">Suspending, </w:t>
            </w:r>
            <w:r w:rsidRPr="00977123">
              <w:rPr>
                <w:rFonts w:ascii="Arial" w:hAnsi="Arial" w:cs="Arial"/>
                <w:sz w:val="20"/>
              </w:rPr>
              <w:lastRenderedPageBreak/>
              <w:t>withdrawing or reducing the scope of certification</w:t>
            </w:r>
          </w:p>
        </w:tc>
        <w:tc>
          <w:tcPr>
            <w:tcW w:w="1339" w:type="dxa"/>
          </w:tcPr>
          <w:p w14:paraId="54FCF8B4" w14:textId="77777777" w:rsidR="00447748" w:rsidRPr="00977123" w:rsidRDefault="00447748" w:rsidP="00447748">
            <w:pPr>
              <w:spacing w:before="40" w:after="40"/>
              <w:rPr>
                <w:rFonts w:ascii="Arial" w:hAnsi="Arial" w:cs="Arial"/>
                <w:sz w:val="20"/>
              </w:rPr>
            </w:pPr>
          </w:p>
        </w:tc>
        <w:tc>
          <w:tcPr>
            <w:tcW w:w="2084" w:type="dxa"/>
          </w:tcPr>
          <w:p w14:paraId="07DDF62C" w14:textId="77777777" w:rsidR="00447748" w:rsidRPr="00977123" w:rsidRDefault="00447748" w:rsidP="00447748">
            <w:pPr>
              <w:spacing w:before="40" w:after="40"/>
              <w:rPr>
                <w:rFonts w:ascii="Arial" w:hAnsi="Arial" w:cs="Arial"/>
                <w:sz w:val="20"/>
              </w:rPr>
            </w:pPr>
          </w:p>
        </w:tc>
        <w:tc>
          <w:tcPr>
            <w:tcW w:w="1528" w:type="dxa"/>
          </w:tcPr>
          <w:p w14:paraId="6939B539" w14:textId="77777777" w:rsidR="00447748" w:rsidRPr="00977123" w:rsidRDefault="00447748" w:rsidP="00447748">
            <w:pPr>
              <w:spacing w:before="40" w:after="40"/>
              <w:rPr>
                <w:rFonts w:ascii="Arial" w:hAnsi="Arial" w:cs="Arial"/>
                <w:sz w:val="20"/>
              </w:rPr>
            </w:pPr>
          </w:p>
        </w:tc>
        <w:tc>
          <w:tcPr>
            <w:tcW w:w="3444" w:type="dxa"/>
          </w:tcPr>
          <w:p w14:paraId="65EA313C" w14:textId="77777777" w:rsidR="00447748" w:rsidRPr="00977123" w:rsidRDefault="00447748" w:rsidP="00447748">
            <w:pPr>
              <w:spacing w:before="40" w:after="40"/>
              <w:rPr>
                <w:rFonts w:ascii="Arial" w:hAnsi="Arial" w:cs="Arial"/>
                <w:sz w:val="20"/>
              </w:rPr>
            </w:pPr>
          </w:p>
        </w:tc>
        <w:tc>
          <w:tcPr>
            <w:tcW w:w="3920" w:type="dxa"/>
          </w:tcPr>
          <w:p w14:paraId="646FA95B" w14:textId="77777777" w:rsidR="00447748" w:rsidRPr="00977123" w:rsidRDefault="00447748" w:rsidP="00447748">
            <w:pPr>
              <w:spacing w:before="40" w:after="40"/>
              <w:rPr>
                <w:rFonts w:ascii="Arial" w:hAnsi="Arial" w:cs="Arial"/>
                <w:sz w:val="20"/>
              </w:rPr>
            </w:pPr>
          </w:p>
        </w:tc>
      </w:tr>
      <w:tr w:rsidR="00447748" w:rsidRPr="00977123" w14:paraId="2DBAD25E" w14:textId="77777777" w:rsidTr="00447748">
        <w:tc>
          <w:tcPr>
            <w:tcW w:w="1120" w:type="dxa"/>
          </w:tcPr>
          <w:p w14:paraId="45FA36F7" w14:textId="77777777" w:rsidR="00447748" w:rsidRPr="00977123" w:rsidRDefault="00447748" w:rsidP="00447748">
            <w:pPr>
              <w:spacing w:before="40" w:after="40"/>
              <w:rPr>
                <w:rFonts w:ascii="Arial" w:hAnsi="Arial" w:cs="Arial"/>
                <w:sz w:val="20"/>
              </w:rPr>
            </w:pPr>
            <w:r w:rsidRPr="00977123">
              <w:rPr>
                <w:rFonts w:ascii="Arial" w:hAnsi="Arial" w:cs="Arial"/>
                <w:sz w:val="20"/>
              </w:rPr>
              <w:t>9.7</w:t>
            </w:r>
          </w:p>
        </w:tc>
        <w:tc>
          <w:tcPr>
            <w:tcW w:w="1953" w:type="dxa"/>
          </w:tcPr>
          <w:p w14:paraId="2B1B878F" w14:textId="77777777" w:rsidR="00447748" w:rsidRPr="00977123" w:rsidRDefault="00447748" w:rsidP="00447748">
            <w:pPr>
              <w:spacing w:before="40" w:after="40"/>
              <w:rPr>
                <w:rFonts w:ascii="Arial" w:hAnsi="Arial" w:cs="Arial"/>
                <w:sz w:val="20"/>
              </w:rPr>
            </w:pPr>
            <w:r w:rsidRPr="00977123">
              <w:rPr>
                <w:rFonts w:ascii="Arial" w:hAnsi="Arial" w:cs="Arial"/>
                <w:sz w:val="20"/>
              </w:rPr>
              <w:t>Appeals</w:t>
            </w:r>
          </w:p>
        </w:tc>
        <w:tc>
          <w:tcPr>
            <w:tcW w:w="1339" w:type="dxa"/>
          </w:tcPr>
          <w:p w14:paraId="5A2C4D04" w14:textId="77777777" w:rsidR="00447748" w:rsidRPr="00977123" w:rsidRDefault="00447748" w:rsidP="00447748">
            <w:pPr>
              <w:spacing w:before="40" w:after="40"/>
              <w:rPr>
                <w:rFonts w:ascii="Arial" w:hAnsi="Arial" w:cs="Arial"/>
                <w:sz w:val="20"/>
              </w:rPr>
            </w:pPr>
            <w:r w:rsidRPr="00977123">
              <w:rPr>
                <w:rFonts w:ascii="Arial" w:hAnsi="Arial" w:cs="Arial"/>
                <w:sz w:val="20"/>
              </w:rPr>
              <w:t>9.7</w:t>
            </w:r>
          </w:p>
        </w:tc>
        <w:tc>
          <w:tcPr>
            <w:tcW w:w="2084" w:type="dxa"/>
          </w:tcPr>
          <w:p w14:paraId="70938B03" w14:textId="77777777" w:rsidR="00447748" w:rsidRPr="00977123" w:rsidRDefault="00447748" w:rsidP="00447748">
            <w:pPr>
              <w:spacing w:before="40" w:after="40"/>
              <w:rPr>
                <w:rFonts w:ascii="Arial" w:hAnsi="Arial" w:cs="Arial"/>
                <w:sz w:val="20"/>
              </w:rPr>
            </w:pPr>
            <w:r w:rsidRPr="00977123">
              <w:rPr>
                <w:rFonts w:ascii="Arial" w:hAnsi="Arial" w:cs="Arial"/>
                <w:sz w:val="20"/>
              </w:rPr>
              <w:t>Appeals</w:t>
            </w:r>
          </w:p>
        </w:tc>
        <w:tc>
          <w:tcPr>
            <w:tcW w:w="1528" w:type="dxa"/>
          </w:tcPr>
          <w:p w14:paraId="6748D5E4"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704289EE" w14:textId="77777777" w:rsidR="00447748" w:rsidRPr="00977123" w:rsidRDefault="00447748" w:rsidP="00447748">
            <w:pPr>
              <w:spacing w:before="40" w:after="40"/>
              <w:rPr>
                <w:rFonts w:ascii="Arial" w:hAnsi="Arial" w:cs="Arial"/>
                <w:sz w:val="20"/>
              </w:rPr>
            </w:pPr>
          </w:p>
        </w:tc>
        <w:tc>
          <w:tcPr>
            <w:tcW w:w="3920" w:type="dxa"/>
          </w:tcPr>
          <w:p w14:paraId="43B26433" w14:textId="77777777" w:rsidR="00447748" w:rsidRPr="00977123" w:rsidRDefault="00447748" w:rsidP="00447748">
            <w:pPr>
              <w:spacing w:before="40" w:after="40"/>
              <w:rPr>
                <w:rFonts w:ascii="Arial" w:hAnsi="Arial" w:cs="Arial"/>
                <w:sz w:val="20"/>
              </w:rPr>
            </w:pPr>
          </w:p>
        </w:tc>
      </w:tr>
      <w:tr w:rsidR="00447748" w:rsidRPr="00977123" w14:paraId="175035EA" w14:textId="77777777" w:rsidTr="00447748">
        <w:tc>
          <w:tcPr>
            <w:tcW w:w="1120" w:type="dxa"/>
          </w:tcPr>
          <w:p w14:paraId="732531D1" w14:textId="77777777" w:rsidR="00447748" w:rsidRPr="00977123" w:rsidRDefault="00447748" w:rsidP="00447748">
            <w:pPr>
              <w:spacing w:before="40" w:after="40"/>
              <w:rPr>
                <w:rFonts w:ascii="Arial" w:hAnsi="Arial" w:cs="Arial"/>
                <w:sz w:val="20"/>
              </w:rPr>
            </w:pPr>
            <w:r w:rsidRPr="00977123">
              <w:rPr>
                <w:rFonts w:ascii="Arial" w:hAnsi="Arial" w:cs="Arial"/>
                <w:sz w:val="20"/>
              </w:rPr>
              <w:t>9.8</w:t>
            </w:r>
          </w:p>
        </w:tc>
        <w:tc>
          <w:tcPr>
            <w:tcW w:w="1953" w:type="dxa"/>
          </w:tcPr>
          <w:p w14:paraId="74F51EAD" w14:textId="77777777" w:rsidR="00447748" w:rsidRPr="00977123" w:rsidRDefault="00447748" w:rsidP="00447748">
            <w:pPr>
              <w:spacing w:before="40" w:after="40"/>
              <w:rPr>
                <w:rFonts w:ascii="Arial" w:hAnsi="Arial" w:cs="Arial"/>
                <w:sz w:val="20"/>
              </w:rPr>
            </w:pPr>
            <w:r w:rsidRPr="00977123">
              <w:rPr>
                <w:rFonts w:ascii="Arial" w:hAnsi="Arial" w:cs="Arial"/>
                <w:sz w:val="20"/>
              </w:rPr>
              <w:t>Complaints</w:t>
            </w:r>
          </w:p>
        </w:tc>
        <w:tc>
          <w:tcPr>
            <w:tcW w:w="1339" w:type="dxa"/>
          </w:tcPr>
          <w:p w14:paraId="7AA6C782" w14:textId="77777777" w:rsidR="00447748" w:rsidRPr="00977123" w:rsidRDefault="00447748" w:rsidP="00447748">
            <w:pPr>
              <w:spacing w:before="40" w:after="40"/>
              <w:rPr>
                <w:rFonts w:ascii="Arial" w:hAnsi="Arial" w:cs="Arial"/>
                <w:sz w:val="20"/>
              </w:rPr>
            </w:pPr>
            <w:r w:rsidRPr="00977123">
              <w:rPr>
                <w:rFonts w:ascii="Arial" w:hAnsi="Arial" w:cs="Arial"/>
                <w:sz w:val="20"/>
              </w:rPr>
              <w:t>9.8</w:t>
            </w:r>
          </w:p>
        </w:tc>
        <w:tc>
          <w:tcPr>
            <w:tcW w:w="2084" w:type="dxa"/>
          </w:tcPr>
          <w:p w14:paraId="6B40BF62" w14:textId="77777777" w:rsidR="00447748" w:rsidRPr="00977123" w:rsidRDefault="00447748" w:rsidP="00447748">
            <w:pPr>
              <w:spacing w:before="40" w:after="40"/>
              <w:rPr>
                <w:rFonts w:ascii="Arial" w:hAnsi="Arial" w:cs="Arial"/>
                <w:sz w:val="20"/>
              </w:rPr>
            </w:pPr>
            <w:r w:rsidRPr="00977123">
              <w:rPr>
                <w:rFonts w:ascii="Arial" w:hAnsi="Arial" w:cs="Arial"/>
                <w:sz w:val="20"/>
              </w:rPr>
              <w:t>Complaints</w:t>
            </w:r>
          </w:p>
        </w:tc>
        <w:tc>
          <w:tcPr>
            <w:tcW w:w="1528" w:type="dxa"/>
          </w:tcPr>
          <w:p w14:paraId="2DFB07DE"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12698D78" w14:textId="77777777" w:rsidR="00447748" w:rsidRPr="00977123" w:rsidRDefault="00447748" w:rsidP="00447748">
            <w:pPr>
              <w:spacing w:before="40" w:after="40"/>
              <w:rPr>
                <w:rFonts w:ascii="Arial" w:hAnsi="Arial" w:cs="Arial"/>
                <w:sz w:val="20"/>
              </w:rPr>
            </w:pPr>
          </w:p>
        </w:tc>
        <w:tc>
          <w:tcPr>
            <w:tcW w:w="3920" w:type="dxa"/>
          </w:tcPr>
          <w:p w14:paraId="7664E272" w14:textId="77777777" w:rsidR="00447748" w:rsidRPr="00977123" w:rsidRDefault="00447748" w:rsidP="00447748">
            <w:pPr>
              <w:spacing w:before="40" w:after="40"/>
              <w:rPr>
                <w:rFonts w:ascii="Arial" w:hAnsi="Arial" w:cs="Arial"/>
                <w:sz w:val="20"/>
              </w:rPr>
            </w:pPr>
          </w:p>
        </w:tc>
      </w:tr>
      <w:tr w:rsidR="00447748" w:rsidRPr="00977123" w14:paraId="49EBA09F" w14:textId="77777777" w:rsidTr="00447748">
        <w:tc>
          <w:tcPr>
            <w:tcW w:w="1120" w:type="dxa"/>
          </w:tcPr>
          <w:p w14:paraId="7B310747" w14:textId="77777777" w:rsidR="00447748" w:rsidRPr="00977123" w:rsidRDefault="00447748" w:rsidP="00447748">
            <w:pPr>
              <w:spacing w:before="40" w:after="40"/>
              <w:rPr>
                <w:rFonts w:ascii="Arial" w:hAnsi="Arial" w:cs="Arial"/>
                <w:sz w:val="20"/>
              </w:rPr>
            </w:pPr>
            <w:r w:rsidRPr="00977123">
              <w:rPr>
                <w:rFonts w:ascii="Arial" w:hAnsi="Arial" w:cs="Arial"/>
                <w:sz w:val="20"/>
              </w:rPr>
              <w:t>9.9</w:t>
            </w:r>
          </w:p>
        </w:tc>
        <w:tc>
          <w:tcPr>
            <w:tcW w:w="1953" w:type="dxa"/>
          </w:tcPr>
          <w:p w14:paraId="22F1349E" w14:textId="77777777" w:rsidR="00447748" w:rsidRPr="00977123" w:rsidRDefault="00447748" w:rsidP="00447748">
            <w:pPr>
              <w:spacing w:before="40" w:after="40"/>
              <w:rPr>
                <w:rFonts w:ascii="Arial" w:hAnsi="Arial" w:cs="Arial"/>
                <w:sz w:val="20"/>
              </w:rPr>
            </w:pPr>
            <w:r w:rsidRPr="00977123">
              <w:rPr>
                <w:rFonts w:ascii="Arial" w:hAnsi="Arial" w:cs="Arial"/>
                <w:sz w:val="20"/>
              </w:rPr>
              <w:t>Client records</w:t>
            </w:r>
          </w:p>
        </w:tc>
        <w:tc>
          <w:tcPr>
            <w:tcW w:w="1339" w:type="dxa"/>
          </w:tcPr>
          <w:p w14:paraId="1A7C54C3" w14:textId="77777777" w:rsidR="00447748" w:rsidRPr="00977123" w:rsidRDefault="00447748" w:rsidP="00447748">
            <w:pPr>
              <w:spacing w:before="40" w:after="40"/>
              <w:rPr>
                <w:rFonts w:ascii="Arial" w:hAnsi="Arial" w:cs="Arial"/>
                <w:sz w:val="20"/>
              </w:rPr>
            </w:pPr>
            <w:r w:rsidRPr="00977123">
              <w:rPr>
                <w:rFonts w:ascii="Arial" w:hAnsi="Arial" w:cs="Arial"/>
                <w:sz w:val="20"/>
              </w:rPr>
              <w:t>9.9</w:t>
            </w:r>
          </w:p>
        </w:tc>
        <w:tc>
          <w:tcPr>
            <w:tcW w:w="2084" w:type="dxa"/>
          </w:tcPr>
          <w:p w14:paraId="2ECC7BA2" w14:textId="77777777" w:rsidR="00447748" w:rsidRPr="00977123" w:rsidRDefault="00447748" w:rsidP="00447748">
            <w:pPr>
              <w:spacing w:before="40" w:after="40"/>
              <w:rPr>
                <w:rFonts w:ascii="Arial" w:hAnsi="Arial" w:cs="Arial"/>
                <w:sz w:val="20"/>
              </w:rPr>
            </w:pPr>
            <w:r w:rsidRPr="00977123">
              <w:rPr>
                <w:rFonts w:ascii="Arial" w:hAnsi="Arial" w:cs="Arial"/>
                <w:sz w:val="20"/>
              </w:rPr>
              <w:t>Client records</w:t>
            </w:r>
          </w:p>
        </w:tc>
        <w:tc>
          <w:tcPr>
            <w:tcW w:w="1528" w:type="dxa"/>
          </w:tcPr>
          <w:p w14:paraId="75AFB191"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703BFEF6" w14:textId="77777777" w:rsidR="00447748" w:rsidRPr="00977123" w:rsidRDefault="00447748" w:rsidP="00447748">
            <w:pPr>
              <w:spacing w:before="40" w:after="40"/>
              <w:rPr>
                <w:rFonts w:ascii="Arial" w:hAnsi="Arial" w:cs="Arial"/>
                <w:sz w:val="20"/>
              </w:rPr>
            </w:pPr>
          </w:p>
        </w:tc>
        <w:tc>
          <w:tcPr>
            <w:tcW w:w="3920" w:type="dxa"/>
          </w:tcPr>
          <w:p w14:paraId="48B103CD" w14:textId="77777777" w:rsidR="00447748" w:rsidRPr="00977123" w:rsidRDefault="00447748" w:rsidP="00447748">
            <w:pPr>
              <w:spacing w:before="40" w:after="40"/>
              <w:rPr>
                <w:rFonts w:ascii="Arial" w:hAnsi="Arial" w:cs="Arial"/>
                <w:sz w:val="20"/>
              </w:rPr>
            </w:pPr>
          </w:p>
        </w:tc>
      </w:tr>
      <w:tr w:rsidR="00447748" w:rsidRPr="00977123" w14:paraId="0D39E219" w14:textId="77777777" w:rsidTr="00447748">
        <w:tc>
          <w:tcPr>
            <w:tcW w:w="1120" w:type="dxa"/>
          </w:tcPr>
          <w:p w14:paraId="6F7DC2BC" w14:textId="77777777" w:rsidR="00447748" w:rsidRPr="00977123" w:rsidRDefault="00447748" w:rsidP="00447748">
            <w:pPr>
              <w:spacing w:before="40" w:after="40"/>
              <w:rPr>
                <w:rFonts w:ascii="Arial" w:hAnsi="Arial" w:cs="Arial"/>
                <w:sz w:val="20"/>
              </w:rPr>
            </w:pPr>
            <w:r w:rsidRPr="00977123">
              <w:rPr>
                <w:rFonts w:ascii="Arial" w:hAnsi="Arial" w:cs="Arial"/>
                <w:sz w:val="20"/>
              </w:rPr>
              <w:t>10.</w:t>
            </w:r>
          </w:p>
        </w:tc>
        <w:tc>
          <w:tcPr>
            <w:tcW w:w="1953" w:type="dxa"/>
          </w:tcPr>
          <w:p w14:paraId="46A4915F" w14:textId="77777777" w:rsidR="00447748" w:rsidRPr="00977123" w:rsidRDefault="00447748" w:rsidP="00447748">
            <w:pPr>
              <w:spacing w:before="40" w:after="40"/>
              <w:rPr>
                <w:rFonts w:ascii="Arial" w:hAnsi="Arial" w:cs="Arial"/>
                <w:sz w:val="20"/>
              </w:rPr>
            </w:pPr>
            <w:r w:rsidRPr="00977123">
              <w:rPr>
                <w:rFonts w:ascii="Arial" w:hAnsi="Arial" w:cs="Arial"/>
                <w:sz w:val="20"/>
              </w:rPr>
              <w:t>Management system requirements for certification bodies</w:t>
            </w:r>
          </w:p>
        </w:tc>
        <w:tc>
          <w:tcPr>
            <w:tcW w:w="1339" w:type="dxa"/>
          </w:tcPr>
          <w:p w14:paraId="3269B2B8" w14:textId="77777777" w:rsidR="00447748" w:rsidRPr="00977123" w:rsidRDefault="00447748" w:rsidP="00447748">
            <w:pPr>
              <w:spacing w:before="40" w:after="40"/>
              <w:rPr>
                <w:rFonts w:ascii="Arial" w:hAnsi="Arial" w:cs="Arial"/>
                <w:sz w:val="20"/>
              </w:rPr>
            </w:pPr>
            <w:r w:rsidRPr="00977123">
              <w:rPr>
                <w:rFonts w:ascii="Arial" w:hAnsi="Arial" w:cs="Arial"/>
                <w:sz w:val="20"/>
              </w:rPr>
              <w:t>10.</w:t>
            </w:r>
          </w:p>
        </w:tc>
        <w:tc>
          <w:tcPr>
            <w:tcW w:w="2084" w:type="dxa"/>
          </w:tcPr>
          <w:p w14:paraId="1BFA0214" w14:textId="77777777" w:rsidR="00447748" w:rsidRPr="00977123" w:rsidRDefault="00447748" w:rsidP="00447748">
            <w:pPr>
              <w:spacing w:before="40" w:after="40"/>
              <w:rPr>
                <w:rFonts w:ascii="Arial" w:hAnsi="Arial" w:cs="Arial"/>
                <w:sz w:val="20"/>
              </w:rPr>
            </w:pPr>
            <w:r w:rsidRPr="00977123">
              <w:rPr>
                <w:rFonts w:ascii="Arial" w:hAnsi="Arial" w:cs="Arial"/>
                <w:sz w:val="20"/>
              </w:rPr>
              <w:t>Management system requirements for certification bodies</w:t>
            </w:r>
          </w:p>
        </w:tc>
        <w:tc>
          <w:tcPr>
            <w:tcW w:w="1528" w:type="dxa"/>
          </w:tcPr>
          <w:p w14:paraId="612E8CCF" w14:textId="77777777" w:rsidR="00447748" w:rsidRPr="00977123" w:rsidRDefault="00447748" w:rsidP="00447748">
            <w:pPr>
              <w:spacing w:before="40" w:after="40"/>
              <w:rPr>
                <w:rFonts w:ascii="Arial" w:hAnsi="Arial" w:cs="Arial"/>
                <w:sz w:val="20"/>
              </w:rPr>
            </w:pPr>
          </w:p>
        </w:tc>
        <w:tc>
          <w:tcPr>
            <w:tcW w:w="3444" w:type="dxa"/>
          </w:tcPr>
          <w:p w14:paraId="51DCCF58" w14:textId="77777777" w:rsidR="00447748" w:rsidRPr="00977123" w:rsidRDefault="00447748" w:rsidP="00447748">
            <w:pPr>
              <w:spacing w:before="40" w:after="40"/>
              <w:rPr>
                <w:rFonts w:ascii="Arial" w:hAnsi="Arial" w:cs="Arial"/>
                <w:sz w:val="20"/>
              </w:rPr>
            </w:pPr>
          </w:p>
        </w:tc>
        <w:tc>
          <w:tcPr>
            <w:tcW w:w="3920" w:type="dxa"/>
          </w:tcPr>
          <w:p w14:paraId="1F0B3D42" w14:textId="77777777" w:rsidR="00447748" w:rsidRPr="00977123" w:rsidRDefault="00447748" w:rsidP="00447748">
            <w:pPr>
              <w:spacing w:before="40" w:after="40"/>
              <w:rPr>
                <w:rFonts w:ascii="Arial" w:hAnsi="Arial" w:cs="Arial"/>
                <w:sz w:val="20"/>
              </w:rPr>
            </w:pPr>
          </w:p>
        </w:tc>
      </w:tr>
      <w:tr w:rsidR="00447748" w:rsidRPr="00977123" w14:paraId="47DC7A94" w14:textId="77777777" w:rsidTr="00447748">
        <w:tc>
          <w:tcPr>
            <w:tcW w:w="1120" w:type="dxa"/>
          </w:tcPr>
          <w:p w14:paraId="00A399C0" w14:textId="77777777" w:rsidR="00447748" w:rsidRPr="00977123" w:rsidRDefault="00447748" w:rsidP="00447748">
            <w:pPr>
              <w:spacing w:before="40" w:after="40"/>
              <w:rPr>
                <w:rFonts w:ascii="Arial" w:hAnsi="Arial" w:cs="Arial"/>
                <w:sz w:val="20"/>
              </w:rPr>
            </w:pPr>
            <w:r w:rsidRPr="00977123">
              <w:rPr>
                <w:rFonts w:ascii="Arial" w:hAnsi="Arial" w:cs="Arial"/>
                <w:sz w:val="20"/>
              </w:rPr>
              <w:t>10.1</w:t>
            </w:r>
          </w:p>
        </w:tc>
        <w:tc>
          <w:tcPr>
            <w:tcW w:w="1953" w:type="dxa"/>
          </w:tcPr>
          <w:p w14:paraId="1F4E04DD" w14:textId="77777777" w:rsidR="00447748" w:rsidRPr="00977123" w:rsidRDefault="00447748" w:rsidP="00447748">
            <w:pPr>
              <w:spacing w:before="40" w:after="40"/>
              <w:rPr>
                <w:rFonts w:ascii="Arial" w:hAnsi="Arial" w:cs="Arial"/>
                <w:sz w:val="20"/>
              </w:rPr>
            </w:pPr>
            <w:r w:rsidRPr="00977123">
              <w:rPr>
                <w:rFonts w:ascii="Arial" w:hAnsi="Arial" w:cs="Arial"/>
                <w:sz w:val="20"/>
              </w:rPr>
              <w:t>Options</w:t>
            </w:r>
          </w:p>
        </w:tc>
        <w:tc>
          <w:tcPr>
            <w:tcW w:w="1339" w:type="dxa"/>
          </w:tcPr>
          <w:p w14:paraId="0F1D48EA" w14:textId="77777777" w:rsidR="00447748" w:rsidRPr="00977123" w:rsidRDefault="00447748" w:rsidP="00447748">
            <w:pPr>
              <w:spacing w:before="40" w:after="40"/>
              <w:rPr>
                <w:rFonts w:ascii="Arial" w:hAnsi="Arial" w:cs="Arial"/>
                <w:sz w:val="20"/>
              </w:rPr>
            </w:pPr>
            <w:r w:rsidRPr="00977123">
              <w:rPr>
                <w:rFonts w:ascii="Arial" w:hAnsi="Arial" w:cs="Arial"/>
                <w:sz w:val="20"/>
              </w:rPr>
              <w:t>10.1</w:t>
            </w:r>
          </w:p>
        </w:tc>
        <w:tc>
          <w:tcPr>
            <w:tcW w:w="2084" w:type="dxa"/>
          </w:tcPr>
          <w:p w14:paraId="7182E194" w14:textId="77777777" w:rsidR="00447748" w:rsidRPr="00977123" w:rsidRDefault="00447748" w:rsidP="00447748">
            <w:pPr>
              <w:spacing w:before="40" w:after="40"/>
              <w:rPr>
                <w:rFonts w:ascii="Arial" w:hAnsi="Arial" w:cs="Arial"/>
                <w:sz w:val="20"/>
              </w:rPr>
            </w:pPr>
            <w:r w:rsidRPr="00977123">
              <w:rPr>
                <w:rFonts w:ascii="Arial" w:hAnsi="Arial" w:cs="Arial"/>
                <w:sz w:val="20"/>
              </w:rPr>
              <w:t>Options</w:t>
            </w:r>
          </w:p>
        </w:tc>
        <w:tc>
          <w:tcPr>
            <w:tcW w:w="1528" w:type="dxa"/>
          </w:tcPr>
          <w:p w14:paraId="4514E589"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4DB69741" w14:textId="77777777" w:rsidR="00447748" w:rsidRPr="00977123" w:rsidRDefault="00447748" w:rsidP="00447748">
            <w:pPr>
              <w:spacing w:before="40" w:after="40"/>
              <w:rPr>
                <w:rFonts w:ascii="Arial" w:hAnsi="Arial" w:cs="Arial"/>
                <w:sz w:val="20"/>
              </w:rPr>
            </w:pPr>
          </w:p>
        </w:tc>
        <w:tc>
          <w:tcPr>
            <w:tcW w:w="3920" w:type="dxa"/>
          </w:tcPr>
          <w:p w14:paraId="70D57453" w14:textId="77777777" w:rsidR="00447748" w:rsidRPr="00977123" w:rsidRDefault="00447748" w:rsidP="00447748">
            <w:pPr>
              <w:spacing w:before="40" w:after="40"/>
              <w:rPr>
                <w:rFonts w:ascii="Arial" w:hAnsi="Arial" w:cs="Arial"/>
                <w:sz w:val="20"/>
              </w:rPr>
            </w:pPr>
          </w:p>
        </w:tc>
      </w:tr>
      <w:tr w:rsidR="00447748" w:rsidRPr="00977123" w14:paraId="749B4202" w14:textId="77777777" w:rsidTr="00447748">
        <w:tc>
          <w:tcPr>
            <w:tcW w:w="1120" w:type="dxa"/>
          </w:tcPr>
          <w:p w14:paraId="7057654A" w14:textId="77777777" w:rsidR="00447748" w:rsidRPr="00977123" w:rsidRDefault="00447748" w:rsidP="00447748">
            <w:pPr>
              <w:spacing w:before="40" w:after="40"/>
              <w:rPr>
                <w:rFonts w:ascii="Arial" w:hAnsi="Arial" w:cs="Arial"/>
                <w:sz w:val="20"/>
              </w:rPr>
            </w:pPr>
            <w:r w:rsidRPr="00977123">
              <w:rPr>
                <w:rFonts w:ascii="Arial" w:hAnsi="Arial" w:cs="Arial"/>
                <w:sz w:val="20"/>
              </w:rPr>
              <w:t>10.2</w:t>
            </w:r>
          </w:p>
        </w:tc>
        <w:tc>
          <w:tcPr>
            <w:tcW w:w="1953" w:type="dxa"/>
          </w:tcPr>
          <w:p w14:paraId="63D5CCCE" w14:textId="77777777" w:rsidR="00447748" w:rsidRPr="00977123" w:rsidRDefault="00447748" w:rsidP="00447748">
            <w:pPr>
              <w:spacing w:before="40" w:after="40"/>
              <w:rPr>
                <w:rFonts w:ascii="Arial" w:hAnsi="Arial" w:cs="Arial"/>
                <w:sz w:val="20"/>
              </w:rPr>
            </w:pPr>
            <w:r w:rsidRPr="00977123">
              <w:rPr>
                <w:rFonts w:ascii="Arial" w:hAnsi="Arial" w:cs="Arial"/>
                <w:sz w:val="20"/>
              </w:rPr>
              <w:t>Option A: General management system requirements</w:t>
            </w:r>
          </w:p>
        </w:tc>
        <w:tc>
          <w:tcPr>
            <w:tcW w:w="1339" w:type="dxa"/>
          </w:tcPr>
          <w:p w14:paraId="1C1EDDAB" w14:textId="77777777" w:rsidR="00447748" w:rsidRPr="00977123" w:rsidRDefault="00447748" w:rsidP="00447748">
            <w:pPr>
              <w:spacing w:before="40" w:after="40"/>
              <w:rPr>
                <w:rFonts w:ascii="Arial" w:hAnsi="Arial" w:cs="Arial"/>
                <w:sz w:val="20"/>
              </w:rPr>
            </w:pPr>
            <w:r w:rsidRPr="00977123">
              <w:rPr>
                <w:rFonts w:ascii="Arial" w:hAnsi="Arial" w:cs="Arial"/>
                <w:sz w:val="20"/>
              </w:rPr>
              <w:t>10.2</w:t>
            </w:r>
          </w:p>
        </w:tc>
        <w:tc>
          <w:tcPr>
            <w:tcW w:w="2084" w:type="dxa"/>
          </w:tcPr>
          <w:p w14:paraId="672AB300" w14:textId="77777777" w:rsidR="00447748" w:rsidRPr="00977123" w:rsidRDefault="00447748" w:rsidP="00447748">
            <w:pPr>
              <w:spacing w:before="40" w:after="40"/>
              <w:rPr>
                <w:rFonts w:ascii="Arial" w:hAnsi="Arial" w:cs="Arial"/>
                <w:sz w:val="20"/>
              </w:rPr>
            </w:pPr>
            <w:r w:rsidRPr="00977123">
              <w:rPr>
                <w:rFonts w:ascii="Arial" w:hAnsi="Arial" w:cs="Arial"/>
                <w:sz w:val="20"/>
              </w:rPr>
              <w:t>Option A: General management system requirements</w:t>
            </w:r>
          </w:p>
        </w:tc>
        <w:tc>
          <w:tcPr>
            <w:tcW w:w="1528" w:type="dxa"/>
          </w:tcPr>
          <w:p w14:paraId="6C21E495"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6B4B234F" w14:textId="77777777" w:rsidR="00447748" w:rsidRPr="00977123" w:rsidRDefault="00447748" w:rsidP="00447748">
            <w:pPr>
              <w:spacing w:before="40" w:after="40"/>
              <w:rPr>
                <w:rFonts w:ascii="Arial" w:hAnsi="Arial" w:cs="Arial"/>
                <w:sz w:val="20"/>
              </w:rPr>
            </w:pPr>
          </w:p>
        </w:tc>
        <w:tc>
          <w:tcPr>
            <w:tcW w:w="3920" w:type="dxa"/>
          </w:tcPr>
          <w:p w14:paraId="3C967F37" w14:textId="77777777" w:rsidR="00447748" w:rsidRPr="00977123" w:rsidRDefault="00447748" w:rsidP="00447748">
            <w:pPr>
              <w:spacing w:before="40" w:after="40"/>
              <w:rPr>
                <w:rFonts w:ascii="Arial" w:hAnsi="Arial" w:cs="Arial"/>
                <w:sz w:val="20"/>
              </w:rPr>
            </w:pPr>
          </w:p>
        </w:tc>
      </w:tr>
      <w:tr w:rsidR="00447748" w:rsidRPr="00977123" w14:paraId="2A2FE5AE" w14:textId="77777777" w:rsidTr="00447748">
        <w:tc>
          <w:tcPr>
            <w:tcW w:w="1120" w:type="dxa"/>
          </w:tcPr>
          <w:p w14:paraId="03404F8D" w14:textId="77777777" w:rsidR="00447748" w:rsidRPr="00977123" w:rsidRDefault="00447748" w:rsidP="00447748">
            <w:pPr>
              <w:spacing w:before="40" w:after="40"/>
              <w:rPr>
                <w:rFonts w:ascii="Arial" w:hAnsi="Arial" w:cs="Arial"/>
                <w:sz w:val="20"/>
              </w:rPr>
            </w:pPr>
            <w:r w:rsidRPr="00977123">
              <w:rPr>
                <w:rFonts w:ascii="Arial" w:hAnsi="Arial" w:cs="Arial"/>
                <w:sz w:val="20"/>
              </w:rPr>
              <w:t>10.3</w:t>
            </w:r>
          </w:p>
        </w:tc>
        <w:tc>
          <w:tcPr>
            <w:tcW w:w="1953" w:type="dxa"/>
          </w:tcPr>
          <w:p w14:paraId="55387B69" w14:textId="77777777" w:rsidR="00447748" w:rsidRPr="00977123" w:rsidRDefault="00447748" w:rsidP="00447748">
            <w:pPr>
              <w:spacing w:before="40" w:after="40"/>
              <w:rPr>
                <w:rFonts w:ascii="Arial" w:hAnsi="Arial" w:cs="Arial"/>
                <w:sz w:val="20"/>
              </w:rPr>
            </w:pPr>
            <w:r w:rsidRPr="00977123">
              <w:rPr>
                <w:rFonts w:ascii="Arial" w:hAnsi="Arial" w:cs="Arial"/>
                <w:sz w:val="20"/>
              </w:rPr>
              <w:t>Option B: Management system requirements in accordance with ISO 9001</w:t>
            </w:r>
          </w:p>
        </w:tc>
        <w:tc>
          <w:tcPr>
            <w:tcW w:w="1339" w:type="dxa"/>
          </w:tcPr>
          <w:p w14:paraId="72E344E8" w14:textId="77777777" w:rsidR="00447748" w:rsidRPr="00977123" w:rsidRDefault="00447748" w:rsidP="00447748">
            <w:pPr>
              <w:spacing w:before="40" w:after="40"/>
              <w:rPr>
                <w:rFonts w:ascii="Arial" w:hAnsi="Arial" w:cs="Arial"/>
                <w:sz w:val="20"/>
              </w:rPr>
            </w:pPr>
            <w:r w:rsidRPr="00977123">
              <w:rPr>
                <w:rFonts w:ascii="Arial" w:hAnsi="Arial" w:cs="Arial"/>
                <w:sz w:val="20"/>
              </w:rPr>
              <w:t>10.3</w:t>
            </w:r>
          </w:p>
        </w:tc>
        <w:tc>
          <w:tcPr>
            <w:tcW w:w="2084" w:type="dxa"/>
          </w:tcPr>
          <w:p w14:paraId="13D7805B" w14:textId="77777777" w:rsidR="00447748" w:rsidRPr="00977123" w:rsidRDefault="00447748" w:rsidP="00447748">
            <w:pPr>
              <w:spacing w:before="40" w:after="40"/>
              <w:rPr>
                <w:rFonts w:ascii="Arial" w:hAnsi="Arial" w:cs="Arial"/>
                <w:sz w:val="20"/>
              </w:rPr>
            </w:pPr>
            <w:r w:rsidRPr="00977123">
              <w:rPr>
                <w:rFonts w:ascii="Arial" w:hAnsi="Arial" w:cs="Arial"/>
                <w:sz w:val="20"/>
              </w:rPr>
              <w:t>Option B: Management system requirements in accordance with ISO 9001</w:t>
            </w:r>
          </w:p>
        </w:tc>
        <w:tc>
          <w:tcPr>
            <w:tcW w:w="1528" w:type="dxa"/>
          </w:tcPr>
          <w:p w14:paraId="4D63D124" w14:textId="77777777" w:rsidR="00447748" w:rsidRPr="00977123" w:rsidRDefault="00447748" w:rsidP="00447748">
            <w:pPr>
              <w:spacing w:before="40" w:after="40"/>
              <w:rPr>
                <w:rFonts w:ascii="Arial" w:hAnsi="Arial" w:cs="Arial"/>
                <w:sz w:val="20"/>
              </w:rPr>
            </w:pPr>
            <w:r w:rsidRPr="00977123">
              <w:rPr>
                <w:rFonts w:ascii="Arial" w:hAnsi="Arial" w:cs="Arial"/>
                <w:sz w:val="20"/>
              </w:rPr>
              <w:t>Minor</w:t>
            </w:r>
          </w:p>
        </w:tc>
        <w:tc>
          <w:tcPr>
            <w:tcW w:w="3444" w:type="dxa"/>
          </w:tcPr>
          <w:p w14:paraId="095B20C2" w14:textId="77777777" w:rsidR="00447748" w:rsidRPr="00977123" w:rsidRDefault="00447748" w:rsidP="00447748">
            <w:pPr>
              <w:spacing w:before="40" w:after="40"/>
              <w:rPr>
                <w:rFonts w:ascii="Arial" w:hAnsi="Arial" w:cs="Arial"/>
                <w:sz w:val="20"/>
              </w:rPr>
            </w:pPr>
          </w:p>
        </w:tc>
        <w:tc>
          <w:tcPr>
            <w:tcW w:w="3920" w:type="dxa"/>
          </w:tcPr>
          <w:p w14:paraId="08045B51" w14:textId="77777777" w:rsidR="00447748" w:rsidRPr="00977123" w:rsidRDefault="00447748" w:rsidP="00447748">
            <w:pPr>
              <w:spacing w:before="40" w:after="40"/>
              <w:rPr>
                <w:rFonts w:ascii="Arial" w:hAnsi="Arial" w:cs="Arial"/>
                <w:sz w:val="20"/>
              </w:rPr>
            </w:pPr>
          </w:p>
        </w:tc>
      </w:tr>
      <w:tr w:rsidR="00447748" w:rsidRPr="00977123" w14:paraId="7D5D914E" w14:textId="77777777" w:rsidTr="00447748">
        <w:tc>
          <w:tcPr>
            <w:tcW w:w="1120" w:type="dxa"/>
          </w:tcPr>
          <w:p w14:paraId="0A8B00FB" w14:textId="77777777" w:rsidR="00447748" w:rsidRPr="00977123" w:rsidRDefault="00447748" w:rsidP="00447748">
            <w:pPr>
              <w:spacing w:before="40" w:after="40"/>
              <w:rPr>
                <w:rFonts w:ascii="Arial" w:hAnsi="Arial" w:cs="Arial"/>
                <w:sz w:val="20"/>
              </w:rPr>
            </w:pPr>
          </w:p>
        </w:tc>
        <w:tc>
          <w:tcPr>
            <w:tcW w:w="1953" w:type="dxa"/>
          </w:tcPr>
          <w:p w14:paraId="11B15C93" w14:textId="77777777" w:rsidR="00447748" w:rsidRPr="00977123" w:rsidRDefault="00447748" w:rsidP="00447748">
            <w:pPr>
              <w:spacing w:before="40" w:after="40"/>
              <w:rPr>
                <w:rFonts w:ascii="Arial" w:hAnsi="Arial" w:cs="Arial"/>
                <w:sz w:val="20"/>
              </w:rPr>
            </w:pPr>
          </w:p>
        </w:tc>
        <w:tc>
          <w:tcPr>
            <w:tcW w:w="1339" w:type="dxa"/>
          </w:tcPr>
          <w:p w14:paraId="5C394081" w14:textId="77777777" w:rsidR="00447748" w:rsidRPr="00977123" w:rsidRDefault="00447748" w:rsidP="00447748">
            <w:pPr>
              <w:spacing w:before="40" w:after="40"/>
              <w:rPr>
                <w:rFonts w:ascii="Arial" w:hAnsi="Arial" w:cs="Arial"/>
                <w:sz w:val="20"/>
              </w:rPr>
            </w:pPr>
            <w:r w:rsidRPr="00977123">
              <w:rPr>
                <w:rFonts w:ascii="Arial" w:hAnsi="Arial" w:cs="Arial"/>
                <w:sz w:val="20"/>
              </w:rPr>
              <w:t>Annex A (normative)</w:t>
            </w:r>
          </w:p>
        </w:tc>
        <w:tc>
          <w:tcPr>
            <w:tcW w:w="2084" w:type="dxa"/>
          </w:tcPr>
          <w:p w14:paraId="1B6C6B2F" w14:textId="77777777" w:rsidR="00447748" w:rsidRPr="00977123" w:rsidRDefault="00447748" w:rsidP="00447748">
            <w:pPr>
              <w:spacing w:before="40" w:after="40"/>
              <w:rPr>
                <w:rFonts w:ascii="Arial" w:hAnsi="Arial" w:cs="Arial"/>
                <w:sz w:val="20"/>
              </w:rPr>
            </w:pPr>
          </w:p>
        </w:tc>
        <w:tc>
          <w:tcPr>
            <w:tcW w:w="1528" w:type="dxa"/>
          </w:tcPr>
          <w:p w14:paraId="2958A724" w14:textId="77777777" w:rsidR="00447748" w:rsidRPr="00977123" w:rsidRDefault="00447748" w:rsidP="00447748">
            <w:pPr>
              <w:spacing w:before="40" w:after="40"/>
              <w:rPr>
                <w:rFonts w:ascii="Arial" w:hAnsi="Arial" w:cs="Arial"/>
                <w:sz w:val="20"/>
              </w:rPr>
            </w:pPr>
            <w:r w:rsidRPr="00977123">
              <w:rPr>
                <w:rFonts w:ascii="Arial" w:hAnsi="Arial" w:cs="Arial"/>
                <w:sz w:val="20"/>
              </w:rPr>
              <w:t>New/Structural</w:t>
            </w:r>
          </w:p>
        </w:tc>
        <w:tc>
          <w:tcPr>
            <w:tcW w:w="3444" w:type="dxa"/>
          </w:tcPr>
          <w:p w14:paraId="4910EB57" w14:textId="77777777" w:rsidR="00447748" w:rsidRPr="00977123" w:rsidRDefault="00447748" w:rsidP="00447748">
            <w:pPr>
              <w:spacing w:before="40" w:after="40"/>
              <w:rPr>
                <w:rFonts w:ascii="Arial" w:hAnsi="Arial" w:cs="Arial"/>
                <w:sz w:val="20"/>
              </w:rPr>
            </w:pPr>
          </w:p>
        </w:tc>
        <w:tc>
          <w:tcPr>
            <w:tcW w:w="3920" w:type="dxa"/>
          </w:tcPr>
          <w:p w14:paraId="29214B96" w14:textId="77777777" w:rsidR="00447748" w:rsidRPr="00977123" w:rsidRDefault="00447748" w:rsidP="00447748">
            <w:pPr>
              <w:spacing w:before="40" w:after="40"/>
              <w:rPr>
                <w:rFonts w:ascii="Arial" w:hAnsi="Arial" w:cs="Arial"/>
                <w:sz w:val="20"/>
              </w:rPr>
            </w:pPr>
          </w:p>
        </w:tc>
      </w:tr>
      <w:tr w:rsidR="00447748" w:rsidRPr="00977123" w14:paraId="2A55F8B3" w14:textId="77777777" w:rsidTr="00447748">
        <w:tc>
          <w:tcPr>
            <w:tcW w:w="1120" w:type="dxa"/>
          </w:tcPr>
          <w:p w14:paraId="099C590C" w14:textId="77777777" w:rsidR="00447748" w:rsidRPr="00977123" w:rsidRDefault="00447748" w:rsidP="00447748">
            <w:pPr>
              <w:spacing w:before="40" w:after="40"/>
              <w:rPr>
                <w:rFonts w:ascii="Arial" w:hAnsi="Arial" w:cs="Arial"/>
                <w:sz w:val="20"/>
              </w:rPr>
            </w:pPr>
          </w:p>
        </w:tc>
        <w:tc>
          <w:tcPr>
            <w:tcW w:w="1953" w:type="dxa"/>
          </w:tcPr>
          <w:p w14:paraId="4E10D0A3" w14:textId="77777777" w:rsidR="00447748" w:rsidRPr="00977123" w:rsidRDefault="00447748" w:rsidP="00447748">
            <w:pPr>
              <w:spacing w:before="40" w:after="40"/>
              <w:rPr>
                <w:rFonts w:ascii="Arial" w:hAnsi="Arial" w:cs="Arial"/>
                <w:sz w:val="20"/>
              </w:rPr>
            </w:pPr>
          </w:p>
        </w:tc>
        <w:tc>
          <w:tcPr>
            <w:tcW w:w="1339" w:type="dxa"/>
          </w:tcPr>
          <w:p w14:paraId="7620EEA7" w14:textId="77777777" w:rsidR="00447748" w:rsidRPr="00977123" w:rsidRDefault="00447748" w:rsidP="00447748">
            <w:pPr>
              <w:spacing w:before="40" w:after="40"/>
              <w:rPr>
                <w:rFonts w:ascii="Arial" w:hAnsi="Arial" w:cs="Arial"/>
                <w:sz w:val="20"/>
              </w:rPr>
            </w:pPr>
            <w:r w:rsidRPr="00977123">
              <w:rPr>
                <w:rFonts w:ascii="Arial" w:hAnsi="Arial" w:cs="Arial"/>
                <w:sz w:val="20"/>
              </w:rPr>
              <w:t>Annex B (information)</w:t>
            </w:r>
          </w:p>
        </w:tc>
        <w:tc>
          <w:tcPr>
            <w:tcW w:w="2084" w:type="dxa"/>
          </w:tcPr>
          <w:p w14:paraId="68707D05" w14:textId="77777777" w:rsidR="00447748" w:rsidRPr="00977123" w:rsidRDefault="00447748" w:rsidP="00447748">
            <w:pPr>
              <w:spacing w:before="40" w:after="40"/>
              <w:rPr>
                <w:rFonts w:ascii="Arial" w:hAnsi="Arial" w:cs="Arial"/>
                <w:sz w:val="20"/>
              </w:rPr>
            </w:pPr>
          </w:p>
        </w:tc>
        <w:tc>
          <w:tcPr>
            <w:tcW w:w="1528" w:type="dxa"/>
          </w:tcPr>
          <w:p w14:paraId="3E790880" w14:textId="77777777" w:rsidR="00447748" w:rsidRPr="00977123" w:rsidRDefault="00447748" w:rsidP="00447748">
            <w:pPr>
              <w:spacing w:before="40" w:after="40"/>
              <w:rPr>
                <w:rFonts w:ascii="Arial" w:hAnsi="Arial" w:cs="Arial"/>
                <w:sz w:val="20"/>
              </w:rPr>
            </w:pPr>
            <w:r w:rsidRPr="00977123">
              <w:rPr>
                <w:rFonts w:ascii="Arial" w:hAnsi="Arial" w:cs="Arial"/>
                <w:sz w:val="20"/>
              </w:rPr>
              <w:t>New/Structural</w:t>
            </w:r>
          </w:p>
        </w:tc>
        <w:tc>
          <w:tcPr>
            <w:tcW w:w="3444" w:type="dxa"/>
          </w:tcPr>
          <w:p w14:paraId="4447EE9E" w14:textId="77777777" w:rsidR="00447748" w:rsidRPr="00977123" w:rsidRDefault="00447748" w:rsidP="00447748">
            <w:pPr>
              <w:spacing w:before="40" w:after="40"/>
              <w:rPr>
                <w:rFonts w:ascii="Arial" w:hAnsi="Arial" w:cs="Arial"/>
                <w:sz w:val="20"/>
              </w:rPr>
            </w:pPr>
          </w:p>
        </w:tc>
        <w:tc>
          <w:tcPr>
            <w:tcW w:w="3920" w:type="dxa"/>
          </w:tcPr>
          <w:p w14:paraId="1699EE41" w14:textId="77777777" w:rsidR="00447748" w:rsidRPr="00977123" w:rsidRDefault="00447748" w:rsidP="00447748">
            <w:pPr>
              <w:spacing w:before="40" w:after="40"/>
              <w:rPr>
                <w:rFonts w:ascii="Arial" w:hAnsi="Arial" w:cs="Arial"/>
                <w:sz w:val="20"/>
              </w:rPr>
            </w:pPr>
          </w:p>
        </w:tc>
      </w:tr>
      <w:tr w:rsidR="00447748" w:rsidRPr="00977123" w14:paraId="7498F558" w14:textId="77777777" w:rsidTr="00447748">
        <w:tc>
          <w:tcPr>
            <w:tcW w:w="1120" w:type="dxa"/>
          </w:tcPr>
          <w:p w14:paraId="3F32B0A3" w14:textId="77777777" w:rsidR="00447748" w:rsidRPr="00977123" w:rsidRDefault="00447748" w:rsidP="00447748">
            <w:pPr>
              <w:spacing w:before="40" w:after="40"/>
              <w:rPr>
                <w:rFonts w:ascii="Arial" w:hAnsi="Arial" w:cs="Arial"/>
                <w:sz w:val="20"/>
              </w:rPr>
            </w:pPr>
          </w:p>
        </w:tc>
        <w:tc>
          <w:tcPr>
            <w:tcW w:w="1953" w:type="dxa"/>
          </w:tcPr>
          <w:p w14:paraId="16AF2D3E" w14:textId="77777777" w:rsidR="00447748" w:rsidRPr="00977123" w:rsidRDefault="00447748" w:rsidP="00447748">
            <w:pPr>
              <w:spacing w:before="40" w:after="40"/>
              <w:rPr>
                <w:rFonts w:ascii="Arial" w:hAnsi="Arial" w:cs="Arial"/>
                <w:sz w:val="20"/>
              </w:rPr>
            </w:pPr>
          </w:p>
        </w:tc>
        <w:tc>
          <w:tcPr>
            <w:tcW w:w="1339" w:type="dxa"/>
          </w:tcPr>
          <w:p w14:paraId="596756B3" w14:textId="77777777" w:rsidR="00447748" w:rsidRPr="00977123" w:rsidRDefault="00447748" w:rsidP="00447748">
            <w:pPr>
              <w:spacing w:before="40" w:after="40"/>
              <w:rPr>
                <w:rFonts w:ascii="Arial" w:hAnsi="Arial" w:cs="Arial"/>
                <w:sz w:val="20"/>
              </w:rPr>
            </w:pPr>
            <w:r w:rsidRPr="00977123">
              <w:rPr>
                <w:rFonts w:ascii="Arial" w:hAnsi="Arial" w:cs="Arial"/>
                <w:sz w:val="20"/>
              </w:rPr>
              <w:t>Annex C (normative)</w:t>
            </w:r>
          </w:p>
        </w:tc>
        <w:tc>
          <w:tcPr>
            <w:tcW w:w="2084" w:type="dxa"/>
          </w:tcPr>
          <w:p w14:paraId="6C75ED30" w14:textId="77777777" w:rsidR="00447748" w:rsidRPr="00977123" w:rsidRDefault="00447748" w:rsidP="00447748">
            <w:pPr>
              <w:spacing w:before="40" w:after="40"/>
              <w:rPr>
                <w:rFonts w:ascii="Arial" w:hAnsi="Arial" w:cs="Arial"/>
                <w:sz w:val="20"/>
              </w:rPr>
            </w:pPr>
          </w:p>
        </w:tc>
        <w:tc>
          <w:tcPr>
            <w:tcW w:w="1528" w:type="dxa"/>
          </w:tcPr>
          <w:p w14:paraId="03193451" w14:textId="77777777" w:rsidR="00447748" w:rsidRPr="00977123" w:rsidRDefault="00447748" w:rsidP="00447748">
            <w:pPr>
              <w:spacing w:before="40" w:after="40"/>
              <w:rPr>
                <w:rFonts w:ascii="Arial" w:hAnsi="Arial" w:cs="Arial"/>
                <w:sz w:val="20"/>
              </w:rPr>
            </w:pPr>
            <w:r w:rsidRPr="00977123">
              <w:rPr>
                <w:rFonts w:ascii="Arial" w:hAnsi="Arial" w:cs="Arial"/>
                <w:sz w:val="20"/>
              </w:rPr>
              <w:t>New/Structural</w:t>
            </w:r>
          </w:p>
        </w:tc>
        <w:tc>
          <w:tcPr>
            <w:tcW w:w="3444" w:type="dxa"/>
          </w:tcPr>
          <w:p w14:paraId="78F8ADDC" w14:textId="77777777" w:rsidR="00447748" w:rsidRPr="00977123" w:rsidRDefault="00447748" w:rsidP="00447748">
            <w:pPr>
              <w:spacing w:before="40" w:after="40"/>
              <w:rPr>
                <w:rFonts w:ascii="Arial" w:hAnsi="Arial" w:cs="Arial"/>
                <w:sz w:val="20"/>
              </w:rPr>
            </w:pPr>
          </w:p>
        </w:tc>
        <w:tc>
          <w:tcPr>
            <w:tcW w:w="3920" w:type="dxa"/>
          </w:tcPr>
          <w:p w14:paraId="7732D818" w14:textId="77777777" w:rsidR="00447748" w:rsidRPr="00977123" w:rsidRDefault="00447748" w:rsidP="00447748">
            <w:pPr>
              <w:spacing w:before="40" w:after="40"/>
              <w:rPr>
                <w:rFonts w:ascii="Arial" w:hAnsi="Arial" w:cs="Arial"/>
                <w:sz w:val="20"/>
              </w:rPr>
            </w:pPr>
          </w:p>
        </w:tc>
      </w:tr>
    </w:tbl>
    <w:p w14:paraId="6EAAF2C9" w14:textId="1803A1E7" w:rsidR="00CC6007" w:rsidRPr="00977123" w:rsidRDefault="00AC3DF6" w:rsidP="007B48F6">
      <w:pPr>
        <w:rPr>
          <w:rFonts w:ascii="Arial" w:hAnsi="Arial" w:cs="Arial"/>
          <w:b/>
          <w:sz w:val="20"/>
        </w:rPr>
      </w:pPr>
      <w:r>
        <w:rPr>
          <w:rFonts w:ascii="Arial" w:hAnsi="Arial" w:cs="Arial"/>
          <w:b/>
          <w:sz w:val="20"/>
        </w:rPr>
        <w:t>TRANSITION/MIGRATION PLAN</w:t>
      </w:r>
    </w:p>
    <w:p w14:paraId="2F30FE6F" w14:textId="77777777" w:rsidR="00872DD6" w:rsidRPr="00977123" w:rsidRDefault="00872DD6" w:rsidP="005900D4">
      <w:pPr>
        <w:ind w:left="-851"/>
        <w:rPr>
          <w:rFonts w:ascii="Arial" w:hAnsi="Arial" w:cs="Arial"/>
          <w:b/>
          <w:sz w:val="20"/>
        </w:rPr>
      </w:pPr>
    </w:p>
    <w:p w14:paraId="059DB415" w14:textId="6028642D" w:rsidR="002A1188" w:rsidRPr="00977123" w:rsidRDefault="00B853E3" w:rsidP="007B48F6">
      <w:pPr>
        <w:rPr>
          <w:rFonts w:ascii="Arial" w:hAnsi="Arial" w:cs="Arial"/>
          <w:i/>
          <w:sz w:val="20"/>
        </w:rPr>
      </w:pPr>
      <w:r w:rsidRPr="00977123">
        <w:rPr>
          <w:rFonts w:ascii="Arial" w:hAnsi="Arial" w:cs="Arial"/>
          <w:sz w:val="20"/>
        </w:rPr>
        <w:t>*</w:t>
      </w:r>
      <w:r w:rsidR="00F32240">
        <w:rPr>
          <w:rFonts w:ascii="Arial" w:hAnsi="Arial" w:cs="Arial"/>
          <w:i/>
          <w:sz w:val="20"/>
        </w:rPr>
        <w:t>P</w:t>
      </w:r>
      <w:r w:rsidRPr="00977123">
        <w:rPr>
          <w:rFonts w:ascii="Arial" w:hAnsi="Arial" w:cs="Arial"/>
          <w:i/>
          <w:sz w:val="20"/>
        </w:rPr>
        <w:t xml:space="preserve">lease detail in the table below the actions </w:t>
      </w:r>
      <w:r w:rsidR="00C533D6" w:rsidRPr="00977123">
        <w:rPr>
          <w:rFonts w:ascii="Arial" w:hAnsi="Arial" w:cs="Arial"/>
          <w:i/>
          <w:sz w:val="20"/>
        </w:rPr>
        <w:t>taken</w:t>
      </w:r>
      <w:r w:rsidR="00FD10B8" w:rsidRPr="00977123">
        <w:rPr>
          <w:rFonts w:ascii="Arial" w:hAnsi="Arial" w:cs="Arial"/>
          <w:i/>
          <w:sz w:val="20"/>
        </w:rPr>
        <w:t>, or</w:t>
      </w:r>
      <w:r w:rsidR="00C533D6" w:rsidRPr="00977123">
        <w:rPr>
          <w:rFonts w:ascii="Arial" w:hAnsi="Arial" w:cs="Arial"/>
          <w:i/>
          <w:sz w:val="20"/>
        </w:rPr>
        <w:t xml:space="preserve"> to be taken </w:t>
      </w:r>
      <w:r w:rsidR="006A4D3B" w:rsidRPr="00977123">
        <w:rPr>
          <w:rFonts w:ascii="Arial" w:hAnsi="Arial" w:cs="Arial"/>
          <w:i/>
          <w:sz w:val="20"/>
        </w:rPr>
        <w:t>(</w:t>
      </w:r>
      <w:r w:rsidR="00C533D6" w:rsidRPr="00977123">
        <w:rPr>
          <w:rFonts w:ascii="Arial" w:hAnsi="Arial" w:cs="Arial"/>
          <w:i/>
          <w:sz w:val="20"/>
        </w:rPr>
        <w:t>with timescales</w:t>
      </w:r>
      <w:r w:rsidR="006A4D3B" w:rsidRPr="00977123">
        <w:rPr>
          <w:rFonts w:ascii="Arial" w:hAnsi="Arial" w:cs="Arial"/>
          <w:i/>
          <w:sz w:val="20"/>
        </w:rPr>
        <w:t xml:space="preserve">) to complete </w:t>
      </w:r>
      <w:r w:rsidR="00872DD6" w:rsidRPr="00977123">
        <w:rPr>
          <w:rFonts w:ascii="Arial" w:hAnsi="Arial" w:cs="Arial"/>
          <w:i/>
          <w:sz w:val="20"/>
        </w:rPr>
        <w:t xml:space="preserve">the transition to this new standard/scheme within your </w:t>
      </w:r>
      <w:r w:rsidR="00872DD6" w:rsidRPr="00977123">
        <w:rPr>
          <w:rFonts w:ascii="Arial" w:hAnsi="Arial" w:cs="Arial"/>
          <w:i/>
          <w:sz w:val="20"/>
          <w:lang w:val="en-GB"/>
        </w:rPr>
        <w:t>organisation</w:t>
      </w:r>
      <w:r w:rsidR="00872DD6" w:rsidRPr="00977123">
        <w:rPr>
          <w:rFonts w:ascii="Arial" w:hAnsi="Arial" w:cs="Arial"/>
          <w:i/>
          <w:sz w:val="20"/>
        </w:rPr>
        <w:t xml:space="preserve"> </w:t>
      </w:r>
      <w:r w:rsidR="006A4D3B" w:rsidRPr="00977123">
        <w:rPr>
          <w:rFonts w:ascii="Arial" w:hAnsi="Arial" w:cs="Arial"/>
          <w:i/>
          <w:sz w:val="20"/>
        </w:rPr>
        <w:tab/>
      </w:r>
    </w:p>
    <w:p w14:paraId="0E122F3F" w14:textId="77777777" w:rsidR="002A1188" w:rsidRPr="00977123" w:rsidRDefault="002A1188" w:rsidP="00B853E3">
      <w:pPr>
        <w:ind w:left="-851"/>
        <w:rPr>
          <w:rFonts w:ascii="Arial" w:hAnsi="Arial" w:cs="Arial"/>
          <w:sz w:val="20"/>
        </w:rPr>
      </w:pPr>
    </w:p>
    <w:tbl>
      <w:tblPr>
        <w:tblStyle w:val="TableGrid"/>
        <w:tblW w:w="0" w:type="auto"/>
        <w:tblLook w:val="04A0" w:firstRow="1" w:lastRow="0" w:firstColumn="1" w:lastColumn="0" w:noHBand="0" w:noVBand="1"/>
      </w:tblPr>
      <w:tblGrid>
        <w:gridCol w:w="3858"/>
        <w:gridCol w:w="3850"/>
        <w:gridCol w:w="3847"/>
        <w:gridCol w:w="3833"/>
      </w:tblGrid>
      <w:tr w:rsidR="00D7445E" w:rsidRPr="00977123" w14:paraId="3EBDA80B" w14:textId="77777777" w:rsidTr="00447748">
        <w:trPr>
          <w:tblHeader/>
        </w:trPr>
        <w:tc>
          <w:tcPr>
            <w:tcW w:w="3956" w:type="dxa"/>
            <w:shd w:val="clear" w:color="auto" w:fill="322172"/>
          </w:tcPr>
          <w:p w14:paraId="44D9339B" w14:textId="77777777" w:rsidR="00D7445E" w:rsidRPr="00977123" w:rsidRDefault="00D7445E" w:rsidP="00447748">
            <w:pPr>
              <w:spacing w:before="40" w:after="40"/>
              <w:rPr>
                <w:rFonts w:ascii="Arial" w:hAnsi="Arial" w:cs="Arial"/>
                <w:sz w:val="20"/>
              </w:rPr>
            </w:pPr>
            <w:r w:rsidRPr="00977123">
              <w:rPr>
                <w:rFonts w:ascii="Arial" w:hAnsi="Arial" w:cs="Arial"/>
                <w:b/>
                <w:color w:val="FFFFFF"/>
                <w:sz w:val="20"/>
              </w:rPr>
              <w:lastRenderedPageBreak/>
              <w:t>Action</w:t>
            </w:r>
          </w:p>
        </w:tc>
        <w:tc>
          <w:tcPr>
            <w:tcW w:w="3956" w:type="dxa"/>
            <w:shd w:val="clear" w:color="auto" w:fill="322172"/>
          </w:tcPr>
          <w:p w14:paraId="5B9DA8B5" w14:textId="77777777" w:rsidR="00D7445E" w:rsidRPr="00977123" w:rsidRDefault="00D7445E" w:rsidP="00447748">
            <w:pPr>
              <w:spacing w:before="40" w:after="40"/>
              <w:rPr>
                <w:rFonts w:ascii="Arial" w:hAnsi="Arial" w:cs="Arial"/>
                <w:sz w:val="20"/>
              </w:rPr>
            </w:pPr>
            <w:r w:rsidRPr="00977123">
              <w:rPr>
                <w:rFonts w:ascii="Arial" w:hAnsi="Arial" w:cs="Arial"/>
                <w:b/>
                <w:color w:val="FFFFFF"/>
                <w:sz w:val="20"/>
              </w:rPr>
              <w:t>Applies to 27701 / 27706 / Both</w:t>
            </w:r>
          </w:p>
        </w:tc>
        <w:tc>
          <w:tcPr>
            <w:tcW w:w="3956" w:type="dxa"/>
            <w:shd w:val="clear" w:color="auto" w:fill="322172"/>
          </w:tcPr>
          <w:p w14:paraId="4A5E1B11" w14:textId="77777777" w:rsidR="00D7445E" w:rsidRPr="00977123" w:rsidRDefault="00D7445E" w:rsidP="00447748">
            <w:pPr>
              <w:spacing w:before="40" w:after="40"/>
              <w:rPr>
                <w:rFonts w:ascii="Arial" w:hAnsi="Arial" w:cs="Arial"/>
                <w:sz w:val="20"/>
              </w:rPr>
            </w:pPr>
            <w:r w:rsidRPr="00977123">
              <w:rPr>
                <w:rFonts w:ascii="Arial" w:hAnsi="Arial" w:cs="Arial"/>
                <w:b/>
                <w:color w:val="FFFFFF"/>
                <w:sz w:val="20"/>
              </w:rPr>
              <w:t>Timescale</w:t>
            </w:r>
          </w:p>
        </w:tc>
        <w:tc>
          <w:tcPr>
            <w:tcW w:w="3956" w:type="dxa"/>
            <w:shd w:val="clear" w:color="auto" w:fill="322172"/>
          </w:tcPr>
          <w:p w14:paraId="174149EC" w14:textId="77777777" w:rsidR="00D7445E" w:rsidRPr="00977123" w:rsidRDefault="00D7445E" w:rsidP="00447748">
            <w:pPr>
              <w:spacing w:before="40" w:after="40"/>
              <w:rPr>
                <w:rFonts w:ascii="Arial" w:hAnsi="Arial" w:cs="Arial"/>
                <w:sz w:val="20"/>
              </w:rPr>
            </w:pPr>
            <w:r w:rsidRPr="00977123">
              <w:rPr>
                <w:rFonts w:ascii="Arial" w:hAnsi="Arial" w:cs="Arial"/>
                <w:b/>
                <w:color w:val="FFFFFF"/>
                <w:sz w:val="20"/>
              </w:rPr>
              <w:t>Owner</w:t>
            </w:r>
          </w:p>
        </w:tc>
      </w:tr>
      <w:tr w:rsidR="00D7445E" w:rsidRPr="00977123" w14:paraId="4AF5E0BB" w14:textId="77777777" w:rsidTr="00E03206">
        <w:tc>
          <w:tcPr>
            <w:tcW w:w="3956" w:type="dxa"/>
          </w:tcPr>
          <w:p w14:paraId="0CE48883" w14:textId="77777777" w:rsidR="00D7445E" w:rsidRPr="00977123" w:rsidRDefault="00D7445E" w:rsidP="00447748">
            <w:pPr>
              <w:spacing w:before="40" w:after="40"/>
              <w:rPr>
                <w:rFonts w:ascii="Arial" w:hAnsi="Arial" w:cs="Arial"/>
                <w:sz w:val="20"/>
              </w:rPr>
            </w:pPr>
            <w:r w:rsidRPr="00977123">
              <w:rPr>
                <w:rFonts w:ascii="Arial" w:hAnsi="Arial" w:cs="Arial"/>
                <w:sz w:val="20"/>
              </w:rPr>
              <w:t>Review revised standards and confirm applicability to accredited PIMS activities</w:t>
            </w:r>
          </w:p>
        </w:tc>
        <w:tc>
          <w:tcPr>
            <w:tcW w:w="3956" w:type="dxa"/>
          </w:tcPr>
          <w:p w14:paraId="3655CD40" w14:textId="77777777" w:rsidR="00D7445E" w:rsidRPr="00977123" w:rsidRDefault="00D7445E" w:rsidP="00447748">
            <w:pPr>
              <w:spacing w:before="40" w:after="40"/>
              <w:rPr>
                <w:rFonts w:ascii="Arial" w:hAnsi="Arial" w:cs="Arial"/>
                <w:sz w:val="20"/>
              </w:rPr>
            </w:pPr>
            <w:r w:rsidRPr="00977123">
              <w:rPr>
                <w:rFonts w:ascii="Arial" w:hAnsi="Arial" w:cs="Arial"/>
                <w:sz w:val="20"/>
              </w:rPr>
              <w:t>Both</w:t>
            </w:r>
          </w:p>
        </w:tc>
        <w:tc>
          <w:tcPr>
            <w:tcW w:w="3956" w:type="dxa"/>
          </w:tcPr>
          <w:p w14:paraId="14AFEAEB" w14:textId="77777777" w:rsidR="00D7445E" w:rsidRPr="00977123" w:rsidRDefault="00D7445E" w:rsidP="00447748">
            <w:pPr>
              <w:spacing w:before="40" w:after="40"/>
              <w:rPr>
                <w:rFonts w:ascii="Arial" w:hAnsi="Arial" w:cs="Arial"/>
                <w:sz w:val="20"/>
              </w:rPr>
            </w:pPr>
          </w:p>
        </w:tc>
        <w:tc>
          <w:tcPr>
            <w:tcW w:w="3956" w:type="dxa"/>
          </w:tcPr>
          <w:p w14:paraId="3BD3E49B" w14:textId="77777777" w:rsidR="00D7445E" w:rsidRPr="00977123" w:rsidRDefault="00D7445E" w:rsidP="00447748">
            <w:pPr>
              <w:spacing w:before="40" w:after="40"/>
              <w:rPr>
                <w:rFonts w:ascii="Arial" w:hAnsi="Arial" w:cs="Arial"/>
                <w:sz w:val="20"/>
              </w:rPr>
            </w:pPr>
          </w:p>
        </w:tc>
      </w:tr>
      <w:tr w:rsidR="00D7445E" w:rsidRPr="00977123" w14:paraId="49C7E872" w14:textId="77777777" w:rsidTr="00E03206">
        <w:tc>
          <w:tcPr>
            <w:tcW w:w="3956" w:type="dxa"/>
          </w:tcPr>
          <w:p w14:paraId="55BB3847" w14:textId="77777777" w:rsidR="00D7445E" w:rsidRPr="00977123" w:rsidRDefault="00D7445E" w:rsidP="00447748">
            <w:pPr>
              <w:spacing w:before="40" w:after="40"/>
              <w:rPr>
                <w:rFonts w:ascii="Arial" w:hAnsi="Arial" w:cs="Arial"/>
                <w:sz w:val="20"/>
              </w:rPr>
            </w:pPr>
            <w:r w:rsidRPr="00977123">
              <w:rPr>
                <w:rFonts w:ascii="Arial" w:hAnsi="Arial" w:cs="Arial"/>
                <w:sz w:val="20"/>
              </w:rPr>
              <w:t>Update competence criteria, training and authorisation records</w:t>
            </w:r>
          </w:p>
        </w:tc>
        <w:tc>
          <w:tcPr>
            <w:tcW w:w="3956" w:type="dxa"/>
          </w:tcPr>
          <w:p w14:paraId="0A6AED8A" w14:textId="77777777" w:rsidR="00D7445E" w:rsidRPr="00977123" w:rsidRDefault="00D7445E" w:rsidP="00447748">
            <w:pPr>
              <w:spacing w:before="40" w:after="40"/>
              <w:rPr>
                <w:rFonts w:ascii="Arial" w:hAnsi="Arial" w:cs="Arial"/>
                <w:sz w:val="20"/>
              </w:rPr>
            </w:pPr>
            <w:r w:rsidRPr="00977123">
              <w:rPr>
                <w:rFonts w:ascii="Arial" w:hAnsi="Arial" w:cs="Arial"/>
                <w:sz w:val="20"/>
              </w:rPr>
              <w:t>Both</w:t>
            </w:r>
          </w:p>
        </w:tc>
        <w:tc>
          <w:tcPr>
            <w:tcW w:w="3956" w:type="dxa"/>
          </w:tcPr>
          <w:p w14:paraId="43277045" w14:textId="77777777" w:rsidR="00D7445E" w:rsidRPr="00977123" w:rsidRDefault="00D7445E" w:rsidP="00447748">
            <w:pPr>
              <w:spacing w:before="40" w:after="40"/>
              <w:rPr>
                <w:rFonts w:ascii="Arial" w:hAnsi="Arial" w:cs="Arial"/>
                <w:sz w:val="20"/>
              </w:rPr>
            </w:pPr>
          </w:p>
        </w:tc>
        <w:tc>
          <w:tcPr>
            <w:tcW w:w="3956" w:type="dxa"/>
          </w:tcPr>
          <w:p w14:paraId="5B0AD630" w14:textId="77777777" w:rsidR="00D7445E" w:rsidRPr="00977123" w:rsidRDefault="00D7445E" w:rsidP="00447748">
            <w:pPr>
              <w:spacing w:before="40" w:after="40"/>
              <w:rPr>
                <w:rFonts w:ascii="Arial" w:hAnsi="Arial" w:cs="Arial"/>
                <w:sz w:val="20"/>
              </w:rPr>
            </w:pPr>
          </w:p>
        </w:tc>
      </w:tr>
      <w:tr w:rsidR="00D7445E" w:rsidRPr="00977123" w14:paraId="5E9028E3" w14:textId="77777777" w:rsidTr="00E03206">
        <w:tc>
          <w:tcPr>
            <w:tcW w:w="3956" w:type="dxa"/>
          </w:tcPr>
          <w:p w14:paraId="152D44AB" w14:textId="77777777" w:rsidR="00D7445E" w:rsidRPr="00977123" w:rsidRDefault="00D7445E" w:rsidP="00447748">
            <w:pPr>
              <w:spacing w:before="40" w:after="40"/>
              <w:rPr>
                <w:rFonts w:ascii="Arial" w:hAnsi="Arial" w:cs="Arial"/>
                <w:sz w:val="20"/>
              </w:rPr>
            </w:pPr>
            <w:r w:rsidRPr="00977123">
              <w:rPr>
                <w:rFonts w:ascii="Arial" w:hAnsi="Arial" w:cs="Arial"/>
                <w:sz w:val="20"/>
              </w:rPr>
              <w:t>Update audit time determination methodology and records</w:t>
            </w:r>
          </w:p>
        </w:tc>
        <w:tc>
          <w:tcPr>
            <w:tcW w:w="3956" w:type="dxa"/>
          </w:tcPr>
          <w:p w14:paraId="04B01324" w14:textId="77777777" w:rsidR="00D7445E" w:rsidRPr="00977123" w:rsidRDefault="00D7445E" w:rsidP="00447748">
            <w:pPr>
              <w:spacing w:before="40" w:after="40"/>
              <w:rPr>
                <w:rFonts w:ascii="Arial" w:hAnsi="Arial" w:cs="Arial"/>
                <w:sz w:val="20"/>
              </w:rPr>
            </w:pPr>
            <w:r w:rsidRPr="00977123">
              <w:rPr>
                <w:rFonts w:ascii="Arial" w:hAnsi="Arial" w:cs="Arial"/>
                <w:sz w:val="20"/>
              </w:rPr>
              <w:t>ISO/IEC 27706:2025</w:t>
            </w:r>
          </w:p>
        </w:tc>
        <w:tc>
          <w:tcPr>
            <w:tcW w:w="3956" w:type="dxa"/>
          </w:tcPr>
          <w:p w14:paraId="71DAF656" w14:textId="77777777" w:rsidR="00D7445E" w:rsidRPr="00977123" w:rsidRDefault="00D7445E" w:rsidP="00447748">
            <w:pPr>
              <w:spacing w:before="40" w:after="40"/>
              <w:rPr>
                <w:rFonts w:ascii="Arial" w:hAnsi="Arial" w:cs="Arial"/>
                <w:sz w:val="20"/>
              </w:rPr>
            </w:pPr>
          </w:p>
        </w:tc>
        <w:tc>
          <w:tcPr>
            <w:tcW w:w="3956" w:type="dxa"/>
          </w:tcPr>
          <w:p w14:paraId="78292C29" w14:textId="77777777" w:rsidR="00D7445E" w:rsidRPr="00977123" w:rsidRDefault="00D7445E" w:rsidP="00447748">
            <w:pPr>
              <w:spacing w:before="40" w:after="40"/>
              <w:rPr>
                <w:rFonts w:ascii="Arial" w:hAnsi="Arial" w:cs="Arial"/>
                <w:sz w:val="20"/>
              </w:rPr>
            </w:pPr>
          </w:p>
        </w:tc>
      </w:tr>
      <w:tr w:rsidR="00D7445E" w:rsidRPr="00977123" w14:paraId="0945DAAA" w14:textId="77777777" w:rsidTr="00E03206">
        <w:tc>
          <w:tcPr>
            <w:tcW w:w="3956" w:type="dxa"/>
          </w:tcPr>
          <w:p w14:paraId="5B7D8061" w14:textId="77777777" w:rsidR="00D7445E" w:rsidRPr="00977123" w:rsidRDefault="00D7445E" w:rsidP="00447748">
            <w:pPr>
              <w:spacing w:before="40" w:after="40"/>
              <w:rPr>
                <w:rFonts w:ascii="Arial" w:hAnsi="Arial" w:cs="Arial"/>
                <w:sz w:val="20"/>
              </w:rPr>
            </w:pPr>
            <w:r w:rsidRPr="00977123">
              <w:rPr>
                <w:rFonts w:ascii="Arial" w:hAnsi="Arial" w:cs="Arial"/>
                <w:sz w:val="20"/>
              </w:rPr>
              <w:t xml:space="preserve">Update PIMS scope, privacy risk assessment, treatment and </w:t>
            </w:r>
            <w:proofErr w:type="spellStart"/>
            <w:r w:rsidRPr="00977123">
              <w:rPr>
                <w:rFonts w:ascii="Arial" w:hAnsi="Arial" w:cs="Arial"/>
                <w:sz w:val="20"/>
              </w:rPr>
              <w:t>SoA</w:t>
            </w:r>
            <w:proofErr w:type="spellEnd"/>
            <w:r w:rsidRPr="00977123">
              <w:rPr>
                <w:rFonts w:ascii="Arial" w:hAnsi="Arial" w:cs="Arial"/>
                <w:sz w:val="20"/>
              </w:rPr>
              <w:t xml:space="preserve"> arrangements</w:t>
            </w:r>
          </w:p>
        </w:tc>
        <w:tc>
          <w:tcPr>
            <w:tcW w:w="3956" w:type="dxa"/>
          </w:tcPr>
          <w:p w14:paraId="78B2E300" w14:textId="77777777" w:rsidR="00D7445E" w:rsidRPr="00977123" w:rsidRDefault="00D7445E" w:rsidP="00447748">
            <w:pPr>
              <w:spacing w:before="40" w:after="40"/>
              <w:rPr>
                <w:rFonts w:ascii="Arial" w:hAnsi="Arial" w:cs="Arial"/>
                <w:sz w:val="20"/>
              </w:rPr>
            </w:pPr>
            <w:r w:rsidRPr="00977123">
              <w:rPr>
                <w:rFonts w:ascii="Arial" w:hAnsi="Arial" w:cs="Arial"/>
                <w:sz w:val="20"/>
              </w:rPr>
              <w:t>ISO/IEC 27701:2025</w:t>
            </w:r>
          </w:p>
        </w:tc>
        <w:tc>
          <w:tcPr>
            <w:tcW w:w="3956" w:type="dxa"/>
          </w:tcPr>
          <w:p w14:paraId="01BB6812" w14:textId="77777777" w:rsidR="00D7445E" w:rsidRPr="00977123" w:rsidRDefault="00D7445E" w:rsidP="00447748">
            <w:pPr>
              <w:spacing w:before="40" w:after="40"/>
              <w:rPr>
                <w:rFonts w:ascii="Arial" w:hAnsi="Arial" w:cs="Arial"/>
                <w:sz w:val="20"/>
              </w:rPr>
            </w:pPr>
          </w:p>
        </w:tc>
        <w:tc>
          <w:tcPr>
            <w:tcW w:w="3956" w:type="dxa"/>
          </w:tcPr>
          <w:p w14:paraId="0D9431C4" w14:textId="77777777" w:rsidR="00D7445E" w:rsidRPr="00977123" w:rsidRDefault="00D7445E" w:rsidP="00447748">
            <w:pPr>
              <w:spacing w:before="40" w:after="40"/>
              <w:rPr>
                <w:rFonts w:ascii="Arial" w:hAnsi="Arial" w:cs="Arial"/>
                <w:sz w:val="20"/>
              </w:rPr>
            </w:pPr>
          </w:p>
        </w:tc>
      </w:tr>
      <w:tr w:rsidR="00D7445E" w:rsidRPr="00977123" w14:paraId="79B294A4" w14:textId="77777777" w:rsidTr="00E03206">
        <w:tc>
          <w:tcPr>
            <w:tcW w:w="3956" w:type="dxa"/>
          </w:tcPr>
          <w:p w14:paraId="57E2678D" w14:textId="77777777" w:rsidR="00D7445E" w:rsidRPr="00977123" w:rsidRDefault="00D7445E" w:rsidP="00447748">
            <w:pPr>
              <w:spacing w:before="40" w:after="40"/>
              <w:rPr>
                <w:rFonts w:ascii="Arial" w:hAnsi="Arial" w:cs="Arial"/>
                <w:sz w:val="20"/>
              </w:rPr>
            </w:pPr>
            <w:r w:rsidRPr="00977123">
              <w:rPr>
                <w:rFonts w:ascii="Arial" w:hAnsi="Arial" w:cs="Arial"/>
                <w:sz w:val="20"/>
              </w:rPr>
              <w:t>Update certification document and audit report templates</w:t>
            </w:r>
          </w:p>
        </w:tc>
        <w:tc>
          <w:tcPr>
            <w:tcW w:w="3956" w:type="dxa"/>
          </w:tcPr>
          <w:p w14:paraId="23AB641E" w14:textId="77777777" w:rsidR="00D7445E" w:rsidRPr="00977123" w:rsidRDefault="00D7445E" w:rsidP="00447748">
            <w:pPr>
              <w:spacing w:before="40" w:after="40"/>
              <w:rPr>
                <w:rFonts w:ascii="Arial" w:hAnsi="Arial" w:cs="Arial"/>
                <w:sz w:val="20"/>
              </w:rPr>
            </w:pPr>
            <w:r w:rsidRPr="00977123">
              <w:rPr>
                <w:rFonts w:ascii="Arial" w:hAnsi="Arial" w:cs="Arial"/>
                <w:sz w:val="20"/>
              </w:rPr>
              <w:t>Both</w:t>
            </w:r>
          </w:p>
        </w:tc>
        <w:tc>
          <w:tcPr>
            <w:tcW w:w="3956" w:type="dxa"/>
          </w:tcPr>
          <w:p w14:paraId="012C88DA" w14:textId="77777777" w:rsidR="00D7445E" w:rsidRPr="00977123" w:rsidRDefault="00D7445E" w:rsidP="00447748">
            <w:pPr>
              <w:spacing w:before="40" w:after="40"/>
              <w:rPr>
                <w:rFonts w:ascii="Arial" w:hAnsi="Arial" w:cs="Arial"/>
                <w:sz w:val="20"/>
              </w:rPr>
            </w:pPr>
          </w:p>
        </w:tc>
        <w:tc>
          <w:tcPr>
            <w:tcW w:w="3956" w:type="dxa"/>
          </w:tcPr>
          <w:p w14:paraId="248ABE48" w14:textId="77777777" w:rsidR="00D7445E" w:rsidRPr="00977123" w:rsidRDefault="00D7445E" w:rsidP="00447748">
            <w:pPr>
              <w:spacing w:before="40" w:after="40"/>
              <w:rPr>
                <w:rFonts w:ascii="Arial" w:hAnsi="Arial" w:cs="Arial"/>
                <w:sz w:val="20"/>
              </w:rPr>
            </w:pPr>
          </w:p>
        </w:tc>
      </w:tr>
      <w:tr w:rsidR="00D7445E" w:rsidRPr="00977123" w14:paraId="2B77B931" w14:textId="77777777" w:rsidTr="00E03206">
        <w:tc>
          <w:tcPr>
            <w:tcW w:w="3956" w:type="dxa"/>
          </w:tcPr>
          <w:p w14:paraId="52FD3DAB" w14:textId="77777777" w:rsidR="00D7445E" w:rsidRPr="00977123" w:rsidRDefault="00D7445E" w:rsidP="00447748">
            <w:pPr>
              <w:spacing w:before="40" w:after="40"/>
              <w:rPr>
                <w:rFonts w:ascii="Arial" w:hAnsi="Arial" w:cs="Arial"/>
                <w:sz w:val="20"/>
              </w:rPr>
            </w:pPr>
            <w:r w:rsidRPr="00977123">
              <w:rPr>
                <w:rFonts w:ascii="Arial" w:hAnsi="Arial" w:cs="Arial"/>
                <w:sz w:val="20"/>
              </w:rPr>
              <w:t>Communicate transition requirements to certified clients</w:t>
            </w:r>
          </w:p>
        </w:tc>
        <w:tc>
          <w:tcPr>
            <w:tcW w:w="3956" w:type="dxa"/>
          </w:tcPr>
          <w:p w14:paraId="5833A282" w14:textId="77777777" w:rsidR="00D7445E" w:rsidRPr="00977123" w:rsidRDefault="00D7445E" w:rsidP="00447748">
            <w:pPr>
              <w:spacing w:before="40" w:after="40"/>
              <w:rPr>
                <w:rFonts w:ascii="Arial" w:hAnsi="Arial" w:cs="Arial"/>
                <w:sz w:val="20"/>
              </w:rPr>
            </w:pPr>
            <w:r w:rsidRPr="00977123">
              <w:rPr>
                <w:rFonts w:ascii="Arial" w:hAnsi="Arial" w:cs="Arial"/>
                <w:sz w:val="20"/>
              </w:rPr>
              <w:t>Both</w:t>
            </w:r>
          </w:p>
        </w:tc>
        <w:tc>
          <w:tcPr>
            <w:tcW w:w="3956" w:type="dxa"/>
          </w:tcPr>
          <w:p w14:paraId="4FEE49D0" w14:textId="77777777" w:rsidR="00D7445E" w:rsidRPr="00977123" w:rsidRDefault="00D7445E" w:rsidP="00447748">
            <w:pPr>
              <w:spacing w:before="40" w:after="40"/>
              <w:rPr>
                <w:rFonts w:ascii="Arial" w:hAnsi="Arial" w:cs="Arial"/>
                <w:sz w:val="20"/>
              </w:rPr>
            </w:pPr>
          </w:p>
        </w:tc>
        <w:tc>
          <w:tcPr>
            <w:tcW w:w="3956" w:type="dxa"/>
          </w:tcPr>
          <w:p w14:paraId="0392A2AF" w14:textId="77777777" w:rsidR="00D7445E" w:rsidRPr="00977123" w:rsidRDefault="00D7445E" w:rsidP="00447748">
            <w:pPr>
              <w:spacing w:before="40" w:after="40"/>
              <w:rPr>
                <w:rFonts w:ascii="Arial" w:hAnsi="Arial" w:cs="Arial"/>
                <w:sz w:val="20"/>
              </w:rPr>
            </w:pPr>
          </w:p>
        </w:tc>
      </w:tr>
      <w:tr w:rsidR="00D7445E" w:rsidRPr="00977123" w14:paraId="575F4E38" w14:textId="77777777" w:rsidTr="00E03206">
        <w:tc>
          <w:tcPr>
            <w:tcW w:w="3956" w:type="dxa"/>
          </w:tcPr>
          <w:p w14:paraId="2B084752" w14:textId="77777777" w:rsidR="00D7445E" w:rsidRPr="00977123" w:rsidRDefault="00D7445E" w:rsidP="00447748">
            <w:pPr>
              <w:spacing w:before="40" w:after="40"/>
              <w:rPr>
                <w:rFonts w:ascii="Arial" w:hAnsi="Arial" w:cs="Arial"/>
                <w:sz w:val="20"/>
              </w:rPr>
            </w:pPr>
            <w:r w:rsidRPr="00977123">
              <w:rPr>
                <w:rFonts w:ascii="Arial" w:hAnsi="Arial" w:cs="Arial"/>
                <w:sz w:val="20"/>
              </w:rPr>
              <w:t>Complete internal review or audit of implemented changes</w:t>
            </w:r>
          </w:p>
        </w:tc>
        <w:tc>
          <w:tcPr>
            <w:tcW w:w="3956" w:type="dxa"/>
          </w:tcPr>
          <w:p w14:paraId="77A4E94E" w14:textId="77777777" w:rsidR="00D7445E" w:rsidRPr="00977123" w:rsidRDefault="00D7445E" w:rsidP="00447748">
            <w:pPr>
              <w:spacing w:before="40" w:after="40"/>
              <w:rPr>
                <w:rFonts w:ascii="Arial" w:hAnsi="Arial" w:cs="Arial"/>
                <w:sz w:val="20"/>
              </w:rPr>
            </w:pPr>
            <w:r w:rsidRPr="00977123">
              <w:rPr>
                <w:rFonts w:ascii="Arial" w:hAnsi="Arial" w:cs="Arial"/>
                <w:sz w:val="20"/>
              </w:rPr>
              <w:t>Both</w:t>
            </w:r>
          </w:p>
        </w:tc>
        <w:tc>
          <w:tcPr>
            <w:tcW w:w="3956" w:type="dxa"/>
          </w:tcPr>
          <w:p w14:paraId="0C975159" w14:textId="77777777" w:rsidR="00D7445E" w:rsidRPr="00977123" w:rsidRDefault="00D7445E" w:rsidP="00447748">
            <w:pPr>
              <w:spacing w:before="40" w:after="40"/>
              <w:rPr>
                <w:rFonts w:ascii="Arial" w:hAnsi="Arial" w:cs="Arial"/>
                <w:sz w:val="20"/>
              </w:rPr>
            </w:pPr>
          </w:p>
        </w:tc>
        <w:tc>
          <w:tcPr>
            <w:tcW w:w="3956" w:type="dxa"/>
          </w:tcPr>
          <w:p w14:paraId="24186820" w14:textId="77777777" w:rsidR="00D7445E" w:rsidRPr="00977123" w:rsidRDefault="00D7445E" w:rsidP="00447748">
            <w:pPr>
              <w:spacing w:before="40" w:after="40"/>
              <w:rPr>
                <w:rFonts w:ascii="Arial" w:hAnsi="Arial" w:cs="Arial"/>
                <w:sz w:val="20"/>
              </w:rPr>
            </w:pPr>
          </w:p>
        </w:tc>
      </w:tr>
    </w:tbl>
    <w:p w14:paraId="43481444" w14:textId="77777777" w:rsidR="006F714D" w:rsidRPr="00977123" w:rsidRDefault="006F714D" w:rsidP="00B853E3">
      <w:pPr>
        <w:ind w:left="-851"/>
        <w:rPr>
          <w:rFonts w:ascii="Arial" w:hAnsi="Arial" w:cs="Arial"/>
          <w:sz w:val="20"/>
        </w:rPr>
      </w:pPr>
    </w:p>
    <w:p w14:paraId="3F3E5476" w14:textId="77777777" w:rsidR="006F714D" w:rsidRPr="00977123" w:rsidRDefault="006F714D" w:rsidP="00B853E3">
      <w:pPr>
        <w:ind w:left="-851"/>
        <w:rPr>
          <w:rFonts w:ascii="Arial" w:hAnsi="Arial" w:cs="Arial"/>
          <w:sz w:val="20"/>
        </w:rPr>
      </w:pPr>
    </w:p>
    <w:p w14:paraId="553B11F3" w14:textId="77777777" w:rsidR="00163001" w:rsidRPr="00977123" w:rsidRDefault="006F714D" w:rsidP="007B48F6">
      <w:pPr>
        <w:rPr>
          <w:rFonts w:ascii="Arial" w:hAnsi="Arial" w:cs="Arial"/>
          <w:b/>
          <w:sz w:val="20"/>
        </w:rPr>
      </w:pPr>
      <w:r w:rsidRPr="00977123">
        <w:rPr>
          <w:rFonts w:ascii="Arial" w:hAnsi="Arial" w:cs="Arial"/>
          <w:b/>
          <w:sz w:val="20"/>
        </w:rPr>
        <w:t xml:space="preserve">DOCUMENTATION </w:t>
      </w:r>
    </w:p>
    <w:p w14:paraId="562C845F" w14:textId="77777777" w:rsidR="00163001" w:rsidRPr="00977123" w:rsidRDefault="00163001" w:rsidP="00163001">
      <w:pPr>
        <w:ind w:left="-851"/>
        <w:rPr>
          <w:rFonts w:ascii="Arial" w:hAnsi="Arial" w:cs="Arial"/>
          <w:b/>
          <w:sz w:val="20"/>
        </w:rPr>
      </w:pPr>
    </w:p>
    <w:p w14:paraId="6DBBC0D4" w14:textId="3E3361F0" w:rsidR="00730ABA" w:rsidRPr="00730ABA" w:rsidRDefault="00163001" w:rsidP="00730ABA">
      <w:pPr>
        <w:rPr>
          <w:rFonts w:ascii="Arial" w:hAnsi="Arial" w:cs="Arial"/>
          <w:i/>
          <w:sz w:val="20"/>
          <w:lang w:val="en-GB"/>
        </w:rPr>
      </w:pPr>
      <w:r w:rsidRPr="00977123">
        <w:rPr>
          <w:rFonts w:ascii="Arial" w:hAnsi="Arial" w:cs="Arial"/>
          <w:b/>
          <w:sz w:val="20"/>
        </w:rPr>
        <w:t>*</w:t>
      </w:r>
      <w:r w:rsidR="00F32240" w:rsidRPr="00977123">
        <w:rPr>
          <w:rFonts w:ascii="Arial" w:hAnsi="Arial" w:cs="Arial"/>
          <w:i/>
          <w:sz w:val="20"/>
        </w:rPr>
        <w:t>Please</w:t>
      </w:r>
      <w:r w:rsidRPr="00977123">
        <w:rPr>
          <w:rFonts w:ascii="Arial" w:hAnsi="Arial" w:cs="Arial"/>
          <w:i/>
          <w:sz w:val="20"/>
        </w:rPr>
        <w:t xml:space="preserve"> index in the table </w:t>
      </w:r>
      <w:r w:rsidRPr="00F32240">
        <w:rPr>
          <w:rFonts w:ascii="Arial" w:hAnsi="Arial" w:cs="Arial"/>
          <w:i/>
          <w:sz w:val="20"/>
        </w:rPr>
        <w:t xml:space="preserve">below the </w:t>
      </w:r>
      <w:r w:rsidR="00730ABA" w:rsidRPr="00F32240">
        <w:rPr>
          <w:rFonts w:ascii="Arial" w:hAnsi="Arial" w:cs="Arial"/>
          <w:i/>
          <w:sz w:val="20"/>
          <w:lang w:val="en-GB"/>
        </w:rPr>
        <w:t>documentation supplied in support of your transition with this Gap Analysis and Transition Plan</w:t>
      </w:r>
    </w:p>
    <w:p w14:paraId="04DF1C56" w14:textId="56E186F1" w:rsidR="00163001" w:rsidRPr="00977123" w:rsidRDefault="00163001" w:rsidP="007B48F6">
      <w:pPr>
        <w:rPr>
          <w:rFonts w:ascii="Arial" w:hAnsi="Arial" w:cs="Arial"/>
          <w:i/>
          <w:sz w:val="20"/>
        </w:rPr>
      </w:pPr>
    </w:p>
    <w:p w14:paraId="7E4ED153" w14:textId="77777777" w:rsidR="00E805BA" w:rsidRPr="00977123" w:rsidRDefault="00E805BA" w:rsidP="00163001">
      <w:pPr>
        <w:ind w:left="-851"/>
        <w:rPr>
          <w:rFonts w:ascii="Arial" w:hAnsi="Arial" w:cs="Arial"/>
          <w:sz w:val="20"/>
        </w:rPr>
      </w:pPr>
    </w:p>
    <w:tbl>
      <w:tblPr>
        <w:tblStyle w:val="TableGrid"/>
        <w:tblW w:w="5000" w:type="pct"/>
        <w:tblLayout w:type="fixed"/>
        <w:tblLook w:val="04A0" w:firstRow="1" w:lastRow="0" w:firstColumn="1" w:lastColumn="0" w:noHBand="0" w:noVBand="1"/>
      </w:tblPr>
      <w:tblGrid>
        <w:gridCol w:w="2698"/>
        <w:gridCol w:w="6959"/>
        <w:gridCol w:w="5731"/>
      </w:tblGrid>
      <w:tr w:rsidR="00E805BA" w:rsidRPr="00977123" w14:paraId="5CC3C5C3" w14:textId="77777777" w:rsidTr="00447748">
        <w:trPr>
          <w:tblHeader/>
        </w:trPr>
        <w:tc>
          <w:tcPr>
            <w:tcW w:w="876" w:type="pct"/>
            <w:shd w:val="clear" w:color="auto" w:fill="330072"/>
          </w:tcPr>
          <w:p w14:paraId="30C1654C" w14:textId="77777777" w:rsidR="00E805BA" w:rsidRPr="00977123" w:rsidRDefault="007F46D3" w:rsidP="00447748">
            <w:pPr>
              <w:spacing w:before="40" w:after="40"/>
              <w:rPr>
                <w:rFonts w:ascii="Arial" w:hAnsi="Arial" w:cs="Arial"/>
                <w:b/>
                <w:color w:val="FFFFFF" w:themeColor="background1"/>
                <w:sz w:val="20"/>
              </w:rPr>
            </w:pPr>
            <w:r w:rsidRPr="00977123">
              <w:rPr>
                <w:rFonts w:ascii="Arial" w:hAnsi="Arial" w:cs="Arial"/>
                <w:b/>
                <w:color w:val="FFFFFF" w:themeColor="background1"/>
                <w:sz w:val="20"/>
              </w:rPr>
              <w:t>DOCUMENT REFERENCE</w:t>
            </w:r>
          </w:p>
        </w:tc>
        <w:tc>
          <w:tcPr>
            <w:tcW w:w="2261" w:type="pct"/>
            <w:shd w:val="clear" w:color="auto" w:fill="330072"/>
          </w:tcPr>
          <w:p w14:paraId="0657F01A" w14:textId="77777777" w:rsidR="00E805BA" w:rsidRPr="00977123" w:rsidRDefault="007F46D3" w:rsidP="00447748">
            <w:pPr>
              <w:spacing w:before="40" w:after="40"/>
              <w:rPr>
                <w:rFonts w:ascii="Arial" w:hAnsi="Arial" w:cs="Arial"/>
                <w:b/>
                <w:color w:val="FFFFFF" w:themeColor="background1"/>
                <w:sz w:val="20"/>
              </w:rPr>
            </w:pPr>
            <w:r w:rsidRPr="00977123">
              <w:rPr>
                <w:rFonts w:ascii="Arial" w:hAnsi="Arial" w:cs="Arial"/>
                <w:b/>
                <w:color w:val="FFFFFF" w:themeColor="background1"/>
                <w:sz w:val="20"/>
              </w:rPr>
              <w:t>DOCUMENT NAME</w:t>
            </w:r>
          </w:p>
        </w:tc>
        <w:tc>
          <w:tcPr>
            <w:tcW w:w="1862" w:type="pct"/>
            <w:shd w:val="clear" w:color="auto" w:fill="330072"/>
          </w:tcPr>
          <w:p w14:paraId="76A2C09A" w14:textId="77777777" w:rsidR="00E805BA" w:rsidRPr="00977123" w:rsidRDefault="00284A74" w:rsidP="00447748">
            <w:pPr>
              <w:spacing w:before="40" w:after="40"/>
              <w:rPr>
                <w:rFonts w:ascii="Arial" w:hAnsi="Arial" w:cs="Arial"/>
                <w:b/>
                <w:color w:val="FFFFFF" w:themeColor="background1"/>
                <w:sz w:val="20"/>
              </w:rPr>
            </w:pPr>
            <w:r w:rsidRPr="00977123">
              <w:rPr>
                <w:rFonts w:ascii="Arial" w:hAnsi="Arial" w:cs="Arial"/>
                <w:b/>
                <w:color w:val="FFFFFF" w:themeColor="background1"/>
                <w:sz w:val="20"/>
              </w:rPr>
              <w:t xml:space="preserve">VERSION NUMBER </w:t>
            </w:r>
          </w:p>
        </w:tc>
      </w:tr>
      <w:tr w:rsidR="00E805BA" w:rsidRPr="00977123" w14:paraId="58FA9513" w14:textId="77777777" w:rsidTr="009D6326">
        <w:tc>
          <w:tcPr>
            <w:tcW w:w="876" w:type="pct"/>
          </w:tcPr>
          <w:p w14:paraId="5D86A061" w14:textId="77777777" w:rsidR="00E805BA" w:rsidRPr="00977123" w:rsidRDefault="00E805BA" w:rsidP="00447748">
            <w:pPr>
              <w:spacing w:before="40" w:after="40"/>
              <w:rPr>
                <w:rFonts w:ascii="Arial" w:hAnsi="Arial" w:cs="Arial"/>
                <w:sz w:val="20"/>
              </w:rPr>
            </w:pPr>
          </w:p>
        </w:tc>
        <w:tc>
          <w:tcPr>
            <w:tcW w:w="2261" w:type="pct"/>
          </w:tcPr>
          <w:p w14:paraId="10C3A194" w14:textId="77777777" w:rsidR="00E805BA" w:rsidRPr="00977123" w:rsidRDefault="00E805BA" w:rsidP="00447748">
            <w:pPr>
              <w:spacing w:before="40" w:after="40"/>
              <w:rPr>
                <w:rFonts w:ascii="Arial" w:hAnsi="Arial" w:cs="Arial"/>
                <w:sz w:val="20"/>
              </w:rPr>
            </w:pPr>
          </w:p>
        </w:tc>
        <w:tc>
          <w:tcPr>
            <w:tcW w:w="1862" w:type="pct"/>
          </w:tcPr>
          <w:p w14:paraId="3C1A534D" w14:textId="77777777" w:rsidR="00E805BA" w:rsidRPr="00977123" w:rsidRDefault="00E805BA" w:rsidP="00447748">
            <w:pPr>
              <w:spacing w:before="40" w:after="40"/>
              <w:rPr>
                <w:rFonts w:ascii="Arial" w:hAnsi="Arial" w:cs="Arial"/>
                <w:sz w:val="20"/>
              </w:rPr>
            </w:pPr>
          </w:p>
        </w:tc>
      </w:tr>
      <w:tr w:rsidR="007F46D3" w:rsidRPr="00977123" w14:paraId="60CC9410" w14:textId="77777777" w:rsidTr="009D6326">
        <w:tc>
          <w:tcPr>
            <w:tcW w:w="876" w:type="pct"/>
          </w:tcPr>
          <w:p w14:paraId="2035ED85" w14:textId="77777777" w:rsidR="007F46D3" w:rsidRPr="00977123" w:rsidRDefault="007F46D3" w:rsidP="00447748">
            <w:pPr>
              <w:spacing w:before="40" w:after="40"/>
              <w:rPr>
                <w:rFonts w:ascii="Arial" w:hAnsi="Arial" w:cs="Arial"/>
                <w:sz w:val="20"/>
              </w:rPr>
            </w:pPr>
          </w:p>
        </w:tc>
        <w:tc>
          <w:tcPr>
            <w:tcW w:w="2261" w:type="pct"/>
          </w:tcPr>
          <w:p w14:paraId="4FE5C535" w14:textId="77777777" w:rsidR="007F46D3" w:rsidRPr="00977123" w:rsidRDefault="007F46D3" w:rsidP="00447748">
            <w:pPr>
              <w:spacing w:before="40" w:after="40"/>
              <w:rPr>
                <w:rFonts w:ascii="Arial" w:hAnsi="Arial" w:cs="Arial"/>
                <w:sz w:val="20"/>
              </w:rPr>
            </w:pPr>
          </w:p>
        </w:tc>
        <w:tc>
          <w:tcPr>
            <w:tcW w:w="1862" w:type="pct"/>
          </w:tcPr>
          <w:p w14:paraId="3CCB5D71" w14:textId="77777777" w:rsidR="007F46D3" w:rsidRPr="00977123" w:rsidRDefault="007F46D3" w:rsidP="00447748">
            <w:pPr>
              <w:spacing w:before="40" w:after="40"/>
              <w:rPr>
                <w:rFonts w:ascii="Arial" w:hAnsi="Arial" w:cs="Arial"/>
                <w:sz w:val="20"/>
              </w:rPr>
            </w:pPr>
          </w:p>
        </w:tc>
      </w:tr>
      <w:tr w:rsidR="007F46D3" w:rsidRPr="00977123" w14:paraId="44C28B8A" w14:textId="77777777" w:rsidTr="009D6326">
        <w:tc>
          <w:tcPr>
            <w:tcW w:w="876" w:type="pct"/>
          </w:tcPr>
          <w:p w14:paraId="235905C0" w14:textId="77777777" w:rsidR="007F46D3" w:rsidRPr="00977123" w:rsidRDefault="007F46D3" w:rsidP="00447748">
            <w:pPr>
              <w:spacing w:before="40" w:after="40"/>
              <w:rPr>
                <w:rFonts w:ascii="Arial" w:hAnsi="Arial" w:cs="Arial"/>
                <w:sz w:val="20"/>
              </w:rPr>
            </w:pPr>
          </w:p>
        </w:tc>
        <w:tc>
          <w:tcPr>
            <w:tcW w:w="2261" w:type="pct"/>
          </w:tcPr>
          <w:p w14:paraId="293E6BB8" w14:textId="77777777" w:rsidR="007F46D3" w:rsidRPr="00977123" w:rsidRDefault="007F46D3" w:rsidP="00447748">
            <w:pPr>
              <w:spacing w:before="40" w:after="40"/>
              <w:rPr>
                <w:rFonts w:ascii="Arial" w:hAnsi="Arial" w:cs="Arial"/>
                <w:sz w:val="20"/>
              </w:rPr>
            </w:pPr>
          </w:p>
        </w:tc>
        <w:tc>
          <w:tcPr>
            <w:tcW w:w="1862" w:type="pct"/>
          </w:tcPr>
          <w:p w14:paraId="5AB74AEF" w14:textId="77777777" w:rsidR="007F46D3" w:rsidRPr="00977123" w:rsidRDefault="007F46D3" w:rsidP="00447748">
            <w:pPr>
              <w:spacing w:before="40" w:after="40"/>
              <w:rPr>
                <w:rFonts w:ascii="Arial" w:hAnsi="Arial" w:cs="Arial"/>
                <w:sz w:val="20"/>
              </w:rPr>
            </w:pPr>
          </w:p>
        </w:tc>
      </w:tr>
      <w:tr w:rsidR="007F46D3" w:rsidRPr="00977123" w14:paraId="009AACB3" w14:textId="77777777" w:rsidTr="009D6326">
        <w:tc>
          <w:tcPr>
            <w:tcW w:w="876" w:type="pct"/>
          </w:tcPr>
          <w:p w14:paraId="7670095E" w14:textId="77777777" w:rsidR="007F46D3" w:rsidRPr="00977123" w:rsidRDefault="007F46D3" w:rsidP="00447748">
            <w:pPr>
              <w:spacing w:before="40" w:after="40"/>
              <w:rPr>
                <w:rFonts w:ascii="Arial" w:hAnsi="Arial" w:cs="Arial"/>
                <w:sz w:val="20"/>
              </w:rPr>
            </w:pPr>
          </w:p>
        </w:tc>
        <w:tc>
          <w:tcPr>
            <w:tcW w:w="2261" w:type="pct"/>
          </w:tcPr>
          <w:p w14:paraId="43244BFE" w14:textId="77777777" w:rsidR="007F46D3" w:rsidRPr="00977123" w:rsidRDefault="007F46D3" w:rsidP="00447748">
            <w:pPr>
              <w:spacing w:before="40" w:after="40"/>
              <w:rPr>
                <w:rFonts w:ascii="Arial" w:hAnsi="Arial" w:cs="Arial"/>
                <w:sz w:val="20"/>
              </w:rPr>
            </w:pPr>
          </w:p>
        </w:tc>
        <w:tc>
          <w:tcPr>
            <w:tcW w:w="1862" w:type="pct"/>
          </w:tcPr>
          <w:p w14:paraId="62841807" w14:textId="77777777" w:rsidR="007F46D3" w:rsidRPr="00977123" w:rsidRDefault="007F46D3" w:rsidP="00447748">
            <w:pPr>
              <w:spacing w:before="40" w:after="40"/>
              <w:rPr>
                <w:rFonts w:ascii="Arial" w:hAnsi="Arial" w:cs="Arial"/>
                <w:sz w:val="20"/>
              </w:rPr>
            </w:pPr>
          </w:p>
        </w:tc>
      </w:tr>
      <w:tr w:rsidR="007F46D3" w:rsidRPr="00977123" w14:paraId="75418665" w14:textId="77777777" w:rsidTr="009D6326">
        <w:tc>
          <w:tcPr>
            <w:tcW w:w="876" w:type="pct"/>
          </w:tcPr>
          <w:p w14:paraId="48DFEE92" w14:textId="77777777" w:rsidR="007F46D3" w:rsidRPr="00977123" w:rsidRDefault="007F46D3" w:rsidP="00447748">
            <w:pPr>
              <w:spacing w:before="40" w:after="40"/>
              <w:rPr>
                <w:rFonts w:ascii="Arial" w:hAnsi="Arial" w:cs="Arial"/>
                <w:sz w:val="20"/>
              </w:rPr>
            </w:pPr>
          </w:p>
        </w:tc>
        <w:tc>
          <w:tcPr>
            <w:tcW w:w="2261" w:type="pct"/>
          </w:tcPr>
          <w:p w14:paraId="51D042F0" w14:textId="77777777" w:rsidR="007F46D3" w:rsidRPr="00977123" w:rsidRDefault="007F46D3" w:rsidP="00447748">
            <w:pPr>
              <w:spacing w:before="40" w:after="40"/>
              <w:rPr>
                <w:rFonts w:ascii="Arial" w:hAnsi="Arial" w:cs="Arial"/>
                <w:sz w:val="20"/>
              </w:rPr>
            </w:pPr>
          </w:p>
        </w:tc>
        <w:tc>
          <w:tcPr>
            <w:tcW w:w="1862" w:type="pct"/>
          </w:tcPr>
          <w:p w14:paraId="3DA4C5B5" w14:textId="77777777" w:rsidR="007F46D3" w:rsidRPr="00977123" w:rsidRDefault="007F46D3" w:rsidP="00447748">
            <w:pPr>
              <w:spacing w:before="40" w:after="40"/>
              <w:rPr>
                <w:rFonts w:ascii="Arial" w:hAnsi="Arial" w:cs="Arial"/>
                <w:sz w:val="20"/>
              </w:rPr>
            </w:pPr>
          </w:p>
        </w:tc>
      </w:tr>
      <w:tr w:rsidR="007F46D3" w:rsidRPr="00977123" w14:paraId="01FA33C9" w14:textId="77777777" w:rsidTr="009D6326">
        <w:tc>
          <w:tcPr>
            <w:tcW w:w="876" w:type="pct"/>
          </w:tcPr>
          <w:p w14:paraId="6DCDC221" w14:textId="77777777" w:rsidR="007F46D3" w:rsidRPr="00977123" w:rsidRDefault="007F46D3" w:rsidP="00447748">
            <w:pPr>
              <w:spacing w:before="40" w:after="40"/>
              <w:rPr>
                <w:rFonts w:ascii="Arial" w:hAnsi="Arial" w:cs="Arial"/>
                <w:sz w:val="20"/>
              </w:rPr>
            </w:pPr>
          </w:p>
        </w:tc>
        <w:tc>
          <w:tcPr>
            <w:tcW w:w="2261" w:type="pct"/>
          </w:tcPr>
          <w:p w14:paraId="099D6C7E" w14:textId="77777777" w:rsidR="007F46D3" w:rsidRPr="00977123" w:rsidRDefault="007F46D3" w:rsidP="00447748">
            <w:pPr>
              <w:spacing w:before="40" w:after="40"/>
              <w:rPr>
                <w:rFonts w:ascii="Arial" w:hAnsi="Arial" w:cs="Arial"/>
                <w:sz w:val="20"/>
              </w:rPr>
            </w:pPr>
          </w:p>
        </w:tc>
        <w:tc>
          <w:tcPr>
            <w:tcW w:w="1862" w:type="pct"/>
          </w:tcPr>
          <w:p w14:paraId="7757E507" w14:textId="77777777" w:rsidR="007F46D3" w:rsidRPr="00977123" w:rsidRDefault="007F46D3" w:rsidP="00447748">
            <w:pPr>
              <w:spacing w:before="40" w:after="40"/>
              <w:rPr>
                <w:rFonts w:ascii="Arial" w:hAnsi="Arial" w:cs="Arial"/>
                <w:sz w:val="20"/>
              </w:rPr>
            </w:pPr>
          </w:p>
        </w:tc>
      </w:tr>
    </w:tbl>
    <w:p w14:paraId="1333075D" w14:textId="382AD752" w:rsidR="00FD6E3C" w:rsidRDefault="00FD6E3C" w:rsidP="00CC6007">
      <w:pPr>
        <w:rPr>
          <w:rFonts w:ascii="Arial" w:hAnsi="Arial" w:cs="Arial"/>
          <w:sz w:val="20"/>
        </w:rPr>
      </w:pPr>
    </w:p>
    <w:p w14:paraId="5E933A35" w14:textId="77777777" w:rsidR="00FD6E3C" w:rsidRDefault="00FD6E3C">
      <w:pPr>
        <w:widowControl/>
        <w:spacing w:after="200" w:line="276" w:lineRule="auto"/>
        <w:rPr>
          <w:rFonts w:ascii="Arial" w:hAnsi="Arial" w:cs="Arial"/>
          <w:sz w:val="20"/>
        </w:rPr>
      </w:pPr>
      <w:r>
        <w:rPr>
          <w:rFonts w:ascii="Arial" w:hAnsi="Arial" w:cs="Arial"/>
          <w:sz w:val="20"/>
        </w:rPr>
        <w:br w:type="page"/>
      </w:r>
    </w:p>
    <w:p w14:paraId="49D2D464" w14:textId="77777777" w:rsidR="00582034" w:rsidRDefault="00582034" w:rsidP="00CC6007">
      <w:pPr>
        <w:rPr>
          <w:rFonts w:ascii="Arial" w:hAnsi="Arial" w:cs="Arial"/>
          <w:sz w:val="20"/>
        </w:rPr>
      </w:pPr>
    </w:p>
    <w:tbl>
      <w:tblPr>
        <w:tblStyle w:val="TableGrid"/>
        <w:tblW w:w="0" w:type="auto"/>
        <w:tblLook w:val="04A0" w:firstRow="1" w:lastRow="0" w:firstColumn="1" w:lastColumn="0" w:noHBand="0" w:noVBand="1"/>
      </w:tblPr>
      <w:tblGrid>
        <w:gridCol w:w="15388"/>
      </w:tblGrid>
      <w:tr w:rsidR="00927321" w14:paraId="697B3D00" w14:textId="77777777" w:rsidTr="00754F67">
        <w:tc>
          <w:tcPr>
            <w:tcW w:w="15388" w:type="dxa"/>
            <w:shd w:val="clear" w:color="auto" w:fill="002060"/>
          </w:tcPr>
          <w:p w14:paraId="3668B1D6" w14:textId="6F4A017C" w:rsidR="00927321" w:rsidRPr="001F6957" w:rsidRDefault="001F6957" w:rsidP="001F6957">
            <w:pPr>
              <w:spacing w:before="120" w:after="120"/>
              <w:jc w:val="center"/>
              <w:rPr>
                <w:rFonts w:ascii="Arial" w:hAnsi="Arial" w:cs="Arial"/>
                <w:b/>
                <w:bCs/>
                <w:caps/>
                <w:color w:val="FFFFFF" w:themeColor="background1"/>
                <w:sz w:val="28"/>
                <w:szCs w:val="28"/>
              </w:rPr>
            </w:pPr>
            <w:r w:rsidRPr="001F6957">
              <w:rPr>
                <w:rFonts w:ascii="Arial" w:hAnsi="Arial" w:cs="Arial"/>
                <w:b/>
                <w:bCs/>
                <w:caps/>
                <w:color w:val="FFFFFF" w:themeColor="background1"/>
                <w:sz w:val="28"/>
                <w:szCs w:val="28"/>
              </w:rPr>
              <w:t xml:space="preserve">This section - </w:t>
            </w:r>
            <w:r w:rsidR="00754F67" w:rsidRPr="001F6957">
              <w:rPr>
                <w:rFonts w:ascii="Arial" w:hAnsi="Arial" w:cs="Arial"/>
                <w:b/>
                <w:bCs/>
                <w:caps/>
                <w:color w:val="FFFFFF" w:themeColor="background1"/>
                <w:sz w:val="28"/>
                <w:szCs w:val="28"/>
              </w:rPr>
              <w:t>FOR UKAS ASSESSMENT USE ONLY</w:t>
            </w:r>
          </w:p>
        </w:tc>
      </w:tr>
    </w:tbl>
    <w:p w14:paraId="76225697" w14:textId="77777777" w:rsidR="00AC3DF6" w:rsidRDefault="00AC3DF6" w:rsidP="00CC6007">
      <w:pPr>
        <w:rPr>
          <w:rFonts w:ascii="Arial" w:hAnsi="Arial" w:cs="Arial"/>
          <w:sz w:val="20"/>
        </w:rPr>
      </w:pPr>
    </w:p>
    <w:p w14:paraId="30FAD7D0" w14:textId="77777777" w:rsidR="00582034" w:rsidRPr="00977123" w:rsidRDefault="00582034" w:rsidP="00582034">
      <w:pPr>
        <w:rPr>
          <w:rFonts w:ascii="Arial" w:hAnsi="Arial" w:cs="Arial"/>
          <w:b/>
          <w:sz w:val="20"/>
          <w:lang w:val="en-GB"/>
        </w:rPr>
      </w:pPr>
      <w:r w:rsidRPr="00977123">
        <w:rPr>
          <w:rFonts w:ascii="Arial" w:hAnsi="Arial" w:cs="Arial"/>
          <w:b/>
          <w:sz w:val="20"/>
          <w:lang w:val="en-GB"/>
        </w:rPr>
        <w:t>Executive Summary:</w:t>
      </w:r>
    </w:p>
    <w:p w14:paraId="22361CBB" w14:textId="77777777" w:rsidR="00582034" w:rsidRPr="00977123" w:rsidRDefault="00582034" w:rsidP="00582034">
      <w:pPr>
        <w:rPr>
          <w:rFonts w:ascii="Arial" w:hAnsi="Arial" w:cs="Arial"/>
          <w:sz w:val="20"/>
          <w:lang w:val="en-GB"/>
        </w:rPr>
      </w:pPr>
    </w:p>
    <w:p w14:paraId="10F9076E" w14:textId="77777777" w:rsidR="00582034" w:rsidRPr="002B15C5" w:rsidRDefault="00582034" w:rsidP="00582034">
      <w:pPr>
        <w:rPr>
          <w:rFonts w:ascii="Arial" w:hAnsi="Arial" w:cs="Arial"/>
          <w:i/>
          <w:iCs/>
          <w:sz w:val="22"/>
          <w:szCs w:val="22"/>
          <w:lang w:val="en-GB"/>
        </w:rPr>
      </w:pPr>
      <w:r w:rsidRPr="002B15C5">
        <w:rPr>
          <w:rFonts w:ascii="Arial" w:hAnsi="Arial" w:cs="Arial"/>
          <w:i/>
          <w:iCs/>
          <w:sz w:val="22"/>
          <w:szCs w:val="22"/>
          <w:lang w:val="en-GB"/>
        </w:rPr>
        <w:t>Lead assessor:</w:t>
      </w:r>
    </w:p>
    <w:p w14:paraId="3C9EC41A" w14:textId="77777777" w:rsidR="00582034" w:rsidRPr="002B15C5" w:rsidRDefault="00582034" w:rsidP="00582034">
      <w:pPr>
        <w:rPr>
          <w:rFonts w:ascii="Arial" w:hAnsi="Arial" w:cs="Arial"/>
          <w:i/>
          <w:iCs/>
          <w:sz w:val="22"/>
          <w:szCs w:val="22"/>
          <w:lang w:val="en-GB"/>
        </w:rPr>
      </w:pPr>
      <w:r w:rsidRPr="002B15C5">
        <w:rPr>
          <w:rFonts w:ascii="Arial" w:hAnsi="Arial" w:cs="Arial"/>
          <w:i/>
          <w:iCs/>
          <w:sz w:val="22"/>
          <w:szCs w:val="22"/>
          <w:lang w:val="en-GB"/>
        </w:rPr>
        <w:t>Please comment on the following, and delete this prompt in the final report:</w:t>
      </w:r>
    </w:p>
    <w:p w14:paraId="685E106C" w14:textId="77777777" w:rsidR="00074F9E" w:rsidRPr="002B15C5" w:rsidRDefault="00074F9E" w:rsidP="00074F9E">
      <w:pPr>
        <w:pStyle w:val="ListBullet"/>
        <w:spacing w:after="20"/>
        <w:rPr>
          <w:rFonts w:ascii="Arial" w:hAnsi="Arial" w:cs="Arial"/>
          <w:sz w:val="22"/>
        </w:rPr>
      </w:pPr>
      <w:r w:rsidRPr="002B15C5">
        <w:rPr>
          <w:rFonts w:ascii="Arial" w:hAnsi="Arial" w:cs="Arial"/>
          <w:sz w:val="22"/>
        </w:rPr>
        <w:t>Evidence reviewed to demonstrate implementation of ISO/IEC 27701:2025 transition requirements.</w:t>
      </w:r>
    </w:p>
    <w:p w14:paraId="7BA8E3DC" w14:textId="77777777" w:rsidR="00074F9E" w:rsidRPr="002B15C5" w:rsidRDefault="00074F9E" w:rsidP="00074F9E">
      <w:pPr>
        <w:pStyle w:val="ListBullet"/>
        <w:spacing w:after="20"/>
        <w:rPr>
          <w:rFonts w:ascii="Arial" w:hAnsi="Arial" w:cs="Arial"/>
          <w:sz w:val="22"/>
        </w:rPr>
      </w:pPr>
      <w:r w:rsidRPr="002B15C5">
        <w:rPr>
          <w:rFonts w:ascii="Arial" w:hAnsi="Arial" w:cs="Arial"/>
          <w:sz w:val="22"/>
        </w:rPr>
        <w:t>Evidence reviewed to demonstrate implementation of ISO/IEC 27706:2025 migration requirements.</w:t>
      </w:r>
    </w:p>
    <w:p w14:paraId="193A6CF4" w14:textId="77777777" w:rsidR="00074F9E" w:rsidRPr="002B15C5" w:rsidRDefault="00074F9E" w:rsidP="00074F9E">
      <w:pPr>
        <w:pStyle w:val="ListBullet"/>
        <w:spacing w:after="20"/>
        <w:rPr>
          <w:rFonts w:ascii="Arial" w:hAnsi="Arial" w:cs="Arial"/>
          <w:sz w:val="22"/>
        </w:rPr>
      </w:pPr>
      <w:r w:rsidRPr="002B15C5">
        <w:rPr>
          <w:rFonts w:ascii="Arial" w:hAnsi="Arial" w:cs="Arial"/>
          <w:sz w:val="22"/>
        </w:rPr>
        <w:t>Effectiveness of the CAB gap analysis and transition/migration plan.</w:t>
      </w:r>
    </w:p>
    <w:p w14:paraId="71729432" w14:textId="77777777" w:rsidR="00074F9E" w:rsidRPr="002B15C5" w:rsidRDefault="00074F9E" w:rsidP="00074F9E">
      <w:pPr>
        <w:pStyle w:val="ListBullet"/>
        <w:spacing w:after="20"/>
        <w:rPr>
          <w:rFonts w:ascii="Arial" w:hAnsi="Arial" w:cs="Arial"/>
          <w:sz w:val="22"/>
        </w:rPr>
      </w:pPr>
      <w:r w:rsidRPr="002B15C5">
        <w:rPr>
          <w:rFonts w:ascii="Arial" w:hAnsi="Arial" w:cs="Arial"/>
          <w:sz w:val="22"/>
        </w:rPr>
        <w:t>Key strengths, weaknesses or risks identified.</w:t>
      </w:r>
    </w:p>
    <w:p w14:paraId="53AC2DE9" w14:textId="77777777" w:rsidR="00074F9E" w:rsidRPr="002B15C5" w:rsidRDefault="00074F9E" w:rsidP="00074F9E">
      <w:pPr>
        <w:pStyle w:val="ListBullet"/>
        <w:spacing w:after="20"/>
        <w:rPr>
          <w:rFonts w:ascii="Arial" w:hAnsi="Arial" w:cs="Arial"/>
          <w:sz w:val="22"/>
        </w:rPr>
      </w:pPr>
      <w:r w:rsidRPr="002B15C5">
        <w:rPr>
          <w:rFonts w:ascii="Arial" w:hAnsi="Arial" w:cs="Arial"/>
          <w:sz w:val="22"/>
        </w:rPr>
        <w:t>Competence, training and authorisation arrangements for relevant certification personnel.</w:t>
      </w:r>
    </w:p>
    <w:p w14:paraId="0F6A2548" w14:textId="77777777" w:rsidR="00074F9E" w:rsidRPr="002B15C5" w:rsidRDefault="00074F9E" w:rsidP="00074F9E">
      <w:pPr>
        <w:pStyle w:val="ListBullet"/>
        <w:spacing w:after="20"/>
        <w:rPr>
          <w:rFonts w:ascii="Arial" w:hAnsi="Arial" w:cs="Arial"/>
          <w:sz w:val="22"/>
        </w:rPr>
      </w:pPr>
      <w:r w:rsidRPr="002B15C5">
        <w:rPr>
          <w:rFonts w:ascii="Arial" w:hAnsi="Arial" w:cs="Arial"/>
          <w:sz w:val="22"/>
        </w:rPr>
        <w:t>Any IARs raised and whether these affect the transition/migration recommendation.</w:t>
      </w:r>
    </w:p>
    <w:p w14:paraId="1EB97B00" w14:textId="77777777" w:rsidR="00582034" w:rsidRPr="002B15C5" w:rsidRDefault="00582034" w:rsidP="00582034">
      <w:pPr>
        <w:rPr>
          <w:rFonts w:ascii="Arial" w:hAnsi="Arial" w:cs="Arial"/>
          <w:sz w:val="22"/>
          <w:szCs w:val="22"/>
          <w:lang w:val="en-GB"/>
        </w:rPr>
      </w:pPr>
    </w:p>
    <w:p w14:paraId="4CB07BE0" w14:textId="77777777" w:rsidR="00582034" w:rsidRPr="002B15C5" w:rsidRDefault="00582034" w:rsidP="00582034">
      <w:pPr>
        <w:rPr>
          <w:rFonts w:ascii="Arial" w:hAnsi="Arial" w:cs="Arial"/>
          <w:b/>
          <w:sz w:val="22"/>
          <w:szCs w:val="22"/>
          <w:lang w:val="en-GB"/>
        </w:rPr>
      </w:pPr>
      <w:r w:rsidRPr="002B15C5">
        <w:rPr>
          <w:rFonts w:ascii="Arial" w:hAnsi="Arial" w:cs="Arial"/>
          <w:b/>
          <w:sz w:val="22"/>
          <w:szCs w:val="22"/>
          <w:lang w:val="en-GB"/>
        </w:rPr>
        <w:t>Recommendation (date xx/xx/</w:t>
      </w:r>
      <w:proofErr w:type="spellStart"/>
      <w:r w:rsidRPr="002B15C5">
        <w:rPr>
          <w:rFonts w:ascii="Arial" w:hAnsi="Arial" w:cs="Arial"/>
          <w:b/>
          <w:sz w:val="22"/>
          <w:szCs w:val="22"/>
          <w:lang w:val="en-GB"/>
        </w:rPr>
        <w:t>xxxx</w:t>
      </w:r>
      <w:proofErr w:type="spellEnd"/>
      <w:r w:rsidRPr="002B15C5">
        <w:rPr>
          <w:rFonts w:ascii="Arial" w:hAnsi="Arial" w:cs="Arial"/>
          <w:b/>
          <w:sz w:val="22"/>
          <w:szCs w:val="22"/>
          <w:lang w:val="en-GB"/>
        </w:rPr>
        <w:t>*):</w:t>
      </w:r>
    </w:p>
    <w:p w14:paraId="05F00EFC" w14:textId="77777777" w:rsidR="00806788" w:rsidRPr="002B15C5" w:rsidRDefault="00806788" w:rsidP="00806788">
      <w:pPr>
        <w:rPr>
          <w:rFonts w:ascii="Arial" w:hAnsi="Arial" w:cs="Arial"/>
          <w:sz w:val="22"/>
          <w:szCs w:val="22"/>
        </w:rPr>
      </w:pPr>
      <w:r w:rsidRPr="002B15C5">
        <w:rPr>
          <w:rFonts w:ascii="Arial" w:hAnsi="Arial" w:cs="Arial"/>
          <w:sz w:val="22"/>
          <w:szCs w:val="22"/>
        </w:rPr>
        <w:t xml:space="preserve">It is recommended that accreditation for PIMS certification is / is not* transitioned to ISO/IEC 27701:2025 and migrated to ISO/IEC 27706:2025 for the scope shown on UKAS schedule </w:t>
      </w:r>
      <w:proofErr w:type="spellStart"/>
      <w:r w:rsidRPr="002B15C5">
        <w:rPr>
          <w:rFonts w:ascii="Arial" w:hAnsi="Arial" w:cs="Arial"/>
          <w:sz w:val="22"/>
          <w:szCs w:val="22"/>
        </w:rPr>
        <w:t>vXXX</w:t>
      </w:r>
      <w:proofErr w:type="spellEnd"/>
      <w:r w:rsidRPr="002B15C5">
        <w:rPr>
          <w:rFonts w:ascii="Arial" w:hAnsi="Arial" w:cs="Arial"/>
          <w:sz w:val="22"/>
          <w:szCs w:val="22"/>
        </w:rPr>
        <w:t>, subject to independent decision making and satisfactory close out of any applicable mandatory findings.</w:t>
      </w:r>
    </w:p>
    <w:p w14:paraId="632AACB8" w14:textId="77777777" w:rsidR="00582034" w:rsidRPr="002B15C5" w:rsidRDefault="00582034" w:rsidP="00582034">
      <w:pPr>
        <w:rPr>
          <w:rFonts w:ascii="Arial" w:hAnsi="Arial" w:cs="Arial"/>
          <w:bCs/>
          <w:color w:val="1A1A1A"/>
          <w:sz w:val="22"/>
          <w:szCs w:val="22"/>
        </w:rPr>
      </w:pPr>
    </w:p>
    <w:p w14:paraId="7730FC63" w14:textId="77777777" w:rsidR="00582034" w:rsidRPr="002B15C5" w:rsidRDefault="00582034" w:rsidP="00582034">
      <w:pPr>
        <w:pStyle w:val="Default"/>
        <w:rPr>
          <w:sz w:val="22"/>
          <w:szCs w:val="22"/>
        </w:rPr>
      </w:pPr>
      <w:r w:rsidRPr="002B15C5">
        <w:rPr>
          <w:sz w:val="22"/>
          <w:szCs w:val="22"/>
        </w:rPr>
        <w:t xml:space="preserve">This recommendation is subject to: </w:t>
      </w:r>
    </w:p>
    <w:p w14:paraId="56EC3A98" w14:textId="77777777" w:rsidR="00582034" w:rsidRPr="002B15C5" w:rsidRDefault="00582034" w:rsidP="00977123">
      <w:pPr>
        <w:pStyle w:val="Default"/>
        <w:numPr>
          <w:ilvl w:val="0"/>
          <w:numId w:val="10"/>
        </w:numPr>
        <w:spacing w:after="90"/>
        <w:rPr>
          <w:sz w:val="22"/>
          <w:szCs w:val="22"/>
        </w:rPr>
      </w:pPr>
      <w:r w:rsidRPr="002B15C5">
        <w:rPr>
          <w:sz w:val="22"/>
          <w:szCs w:val="22"/>
        </w:rPr>
        <w:t xml:space="preserve">The agreement of an independent decision maker within UKAS </w:t>
      </w:r>
    </w:p>
    <w:p w14:paraId="3F90C437" w14:textId="77777777" w:rsidR="00582034" w:rsidRPr="002B15C5" w:rsidRDefault="00582034" w:rsidP="00977123">
      <w:pPr>
        <w:pStyle w:val="Default"/>
        <w:numPr>
          <w:ilvl w:val="0"/>
          <w:numId w:val="10"/>
        </w:numPr>
        <w:spacing w:after="90"/>
        <w:rPr>
          <w:sz w:val="22"/>
          <w:szCs w:val="22"/>
          <w:lang w:val="en-US"/>
        </w:rPr>
      </w:pPr>
      <w:r w:rsidRPr="002B15C5">
        <w:rPr>
          <w:sz w:val="22"/>
          <w:szCs w:val="22"/>
          <w:lang w:val="en-US"/>
        </w:rPr>
        <w:t>*Submission of electronic evidence on or before xx/xx/</w:t>
      </w:r>
      <w:proofErr w:type="spellStart"/>
      <w:r w:rsidRPr="002B15C5">
        <w:rPr>
          <w:sz w:val="22"/>
          <w:szCs w:val="22"/>
          <w:lang w:val="en-US"/>
        </w:rPr>
        <w:t>xxxx</w:t>
      </w:r>
      <w:proofErr w:type="spellEnd"/>
      <w:r w:rsidRPr="002B15C5">
        <w:rPr>
          <w:sz w:val="22"/>
          <w:szCs w:val="22"/>
          <w:lang w:val="en-US"/>
        </w:rPr>
        <w:t xml:space="preserve">* </w:t>
      </w:r>
      <w:r w:rsidRPr="002B15C5">
        <w:rPr>
          <w:i/>
          <w:iCs/>
          <w:sz w:val="22"/>
          <w:szCs w:val="22"/>
          <w:lang w:val="en-US"/>
        </w:rPr>
        <w:t>1 month after the date of Recommendation</w:t>
      </w:r>
    </w:p>
    <w:p w14:paraId="2FC45A82" w14:textId="77777777" w:rsidR="00582034" w:rsidRPr="002B15C5" w:rsidRDefault="00582034" w:rsidP="00977123">
      <w:pPr>
        <w:pStyle w:val="Default"/>
        <w:numPr>
          <w:ilvl w:val="0"/>
          <w:numId w:val="10"/>
        </w:numPr>
        <w:rPr>
          <w:sz w:val="22"/>
          <w:szCs w:val="22"/>
          <w:lang w:val="en-US"/>
        </w:rPr>
      </w:pPr>
      <w:r w:rsidRPr="002B15C5">
        <w:rPr>
          <w:sz w:val="22"/>
          <w:szCs w:val="22"/>
          <w:lang w:val="en-US"/>
        </w:rPr>
        <w:t xml:space="preserve">*Satisfactory close out of all findings raised at this assessment classified as ‘M’ (action </w:t>
      </w:r>
      <w:proofErr w:type="gramStart"/>
      <w:r w:rsidRPr="002B15C5">
        <w:rPr>
          <w:sz w:val="22"/>
          <w:szCs w:val="22"/>
          <w:lang w:val="en-US"/>
        </w:rPr>
        <w:t>Mandatory)*</w:t>
      </w:r>
      <w:proofErr w:type="gramEnd"/>
      <w:r w:rsidRPr="002B15C5">
        <w:rPr>
          <w:sz w:val="22"/>
          <w:szCs w:val="22"/>
          <w:lang w:val="en-US"/>
        </w:rPr>
        <w:t xml:space="preserve"> </w:t>
      </w:r>
    </w:p>
    <w:p w14:paraId="1AD0EF9E" w14:textId="77777777" w:rsidR="00582034" w:rsidRPr="002B15C5" w:rsidRDefault="00582034" w:rsidP="00582034">
      <w:pPr>
        <w:pStyle w:val="Default"/>
        <w:rPr>
          <w:sz w:val="22"/>
          <w:szCs w:val="22"/>
        </w:rPr>
      </w:pPr>
    </w:p>
    <w:p w14:paraId="5C853153" w14:textId="77777777" w:rsidR="00582034" w:rsidRPr="002B15C5" w:rsidRDefault="00582034" w:rsidP="3E1C4FBD">
      <w:pPr>
        <w:pStyle w:val="Default"/>
        <w:rPr>
          <w:sz w:val="22"/>
          <w:szCs w:val="22"/>
          <w:lang w:val="en-US"/>
        </w:rPr>
      </w:pPr>
      <w:r w:rsidRPr="002B15C5">
        <w:rPr>
          <w:sz w:val="22"/>
          <w:szCs w:val="22"/>
          <w:lang w:val="en-US"/>
        </w:rPr>
        <w:t xml:space="preserve">Findings raised at this assessment classified as ‘R’ (Recommendation), where provided, identify opportunities for improvement or potential nonconformities. It is recommended that appropriate action is taken to resolve </w:t>
      </w:r>
      <w:proofErr w:type="gramStart"/>
      <w:r w:rsidRPr="002B15C5">
        <w:rPr>
          <w:sz w:val="22"/>
          <w:szCs w:val="22"/>
          <w:lang w:val="en-US"/>
        </w:rPr>
        <w:t>these</w:t>
      </w:r>
      <w:proofErr w:type="gramEnd"/>
      <w:r w:rsidRPr="002B15C5">
        <w:rPr>
          <w:sz w:val="22"/>
          <w:szCs w:val="22"/>
          <w:lang w:val="en-US"/>
        </w:rPr>
        <w:t xml:space="preserve"> but the customer is not required to </w:t>
      </w:r>
      <w:proofErr w:type="gramStart"/>
      <w:r w:rsidRPr="002B15C5">
        <w:rPr>
          <w:sz w:val="22"/>
          <w:szCs w:val="22"/>
          <w:lang w:val="en-US"/>
        </w:rPr>
        <w:t>agree</w:t>
      </w:r>
      <w:proofErr w:type="gramEnd"/>
      <w:r w:rsidRPr="002B15C5">
        <w:rPr>
          <w:sz w:val="22"/>
          <w:szCs w:val="22"/>
          <w:lang w:val="en-US"/>
        </w:rPr>
        <w:t xml:space="preserve"> improvement actions (although it may be in the interests of the customer to do so) or to provide evidence of such improvement actions. </w:t>
      </w:r>
    </w:p>
    <w:p w14:paraId="407C9777" w14:textId="77777777" w:rsidR="00582034" w:rsidRPr="002B15C5" w:rsidRDefault="00582034" w:rsidP="00582034">
      <w:pPr>
        <w:widowControl/>
        <w:spacing w:after="200" w:line="276" w:lineRule="auto"/>
        <w:rPr>
          <w:rFonts w:ascii="Arial" w:hAnsi="Arial" w:cs="Arial"/>
          <w:b/>
          <w:sz w:val="22"/>
          <w:szCs w:val="22"/>
          <w:lang w:val="en-GB"/>
        </w:rPr>
      </w:pPr>
      <w:r w:rsidRPr="002B15C5">
        <w:rPr>
          <w:rFonts w:ascii="Arial" w:hAnsi="Arial" w:cs="Arial"/>
          <w:b/>
          <w:sz w:val="22"/>
          <w:szCs w:val="22"/>
          <w:lang w:val="en-GB"/>
        </w:rPr>
        <w:t>References:</w:t>
      </w:r>
    </w:p>
    <w:p w14:paraId="6F1CF41B" w14:textId="77777777" w:rsidR="00EA45FA" w:rsidRPr="002B15C5" w:rsidRDefault="00EA45FA" w:rsidP="00EA45FA">
      <w:pPr>
        <w:pStyle w:val="ListBullet"/>
        <w:rPr>
          <w:rFonts w:ascii="Arial" w:hAnsi="Arial" w:cs="Arial"/>
          <w:sz w:val="22"/>
        </w:rPr>
      </w:pPr>
      <w:r w:rsidRPr="002B15C5">
        <w:rPr>
          <w:rFonts w:ascii="Arial" w:hAnsi="Arial" w:cs="Arial"/>
          <w:sz w:val="22"/>
        </w:rPr>
        <w:t>ISO/IEC 27701:2019</w:t>
      </w:r>
    </w:p>
    <w:p w14:paraId="44CDA00D" w14:textId="77777777" w:rsidR="00EA45FA" w:rsidRPr="002B15C5" w:rsidRDefault="00EA45FA" w:rsidP="00EA45FA">
      <w:pPr>
        <w:pStyle w:val="ListBullet"/>
        <w:rPr>
          <w:rFonts w:ascii="Arial" w:hAnsi="Arial" w:cs="Arial"/>
          <w:sz w:val="22"/>
        </w:rPr>
      </w:pPr>
      <w:r w:rsidRPr="002B15C5">
        <w:rPr>
          <w:rFonts w:ascii="Arial" w:hAnsi="Arial" w:cs="Arial"/>
          <w:sz w:val="22"/>
        </w:rPr>
        <w:t>ISO/IEC 27701:2025</w:t>
      </w:r>
    </w:p>
    <w:p w14:paraId="1F81F076" w14:textId="77777777" w:rsidR="00EA45FA" w:rsidRPr="002B15C5" w:rsidRDefault="00EA45FA" w:rsidP="00EA45FA">
      <w:pPr>
        <w:pStyle w:val="ListBullet"/>
        <w:rPr>
          <w:rFonts w:ascii="Arial" w:hAnsi="Arial" w:cs="Arial"/>
          <w:sz w:val="22"/>
        </w:rPr>
      </w:pPr>
      <w:r w:rsidRPr="002B15C5">
        <w:rPr>
          <w:rFonts w:ascii="Arial" w:hAnsi="Arial" w:cs="Arial"/>
          <w:sz w:val="22"/>
        </w:rPr>
        <w:t>ISO/IEC TS 27006-2:2021</w:t>
      </w:r>
    </w:p>
    <w:p w14:paraId="56F29B42" w14:textId="77777777" w:rsidR="00EA45FA" w:rsidRPr="002B15C5" w:rsidRDefault="00EA45FA" w:rsidP="00EA45FA">
      <w:pPr>
        <w:pStyle w:val="ListBullet"/>
        <w:spacing w:after="20"/>
        <w:rPr>
          <w:rFonts w:ascii="Arial" w:hAnsi="Arial" w:cs="Arial"/>
          <w:sz w:val="22"/>
        </w:rPr>
      </w:pPr>
      <w:r w:rsidRPr="002B15C5">
        <w:rPr>
          <w:rFonts w:ascii="Arial" w:hAnsi="Arial" w:cs="Arial"/>
          <w:sz w:val="22"/>
        </w:rPr>
        <w:t>ISO/IEC 27706:2025</w:t>
      </w:r>
    </w:p>
    <w:p w14:paraId="4B990DE6" w14:textId="77777777" w:rsidR="00582034" w:rsidRPr="002B15C5" w:rsidRDefault="00582034" w:rsidP="00582034">
      <w:pPr>
        <w:rPr>
          <w:rFonts w:ascii="Arial" w:hAnsi="Arial" w:cs="Arial"/>
          <w:b/>
          <w:sz w:val="22"/>
          <w:szCs w:val="22"/>
          <w:lang w:val="en-GB"/>
        </w:rPr>
      </w:pPr>
    </w:p>
    <w:p w14:paraId="49B70273" w14:textId="77777777" w:rsidR="00582034" w:rsidRPr="002B15C5" w:rsidRDefault="00582034" w:rsidP="00582034">
      <w:pPr>
        <w:rPr>
          <w:rFonts w:ascii="Arial" w:hAnsi="Arial" w:cs="Arial"/>
          <w:b/>
          <w:sz w:val="22"/>
          <w:szCs w:val="22"/>
          <w:lang w:val="en-GB"/>
        </w:rPr>
      </w:pPr>
      <w:proofErr w:type="gramStart"/>
      <w:r w:rsidRPr="002B15C5">
        <w:rPr>
          <w:rFonts w:ascii="Arial" w:hAnsi="Arial" w:cs="Arial"/>
          <w:b/>
          <w:sz w:val="22"/>
          <w:szCs w:val="22"/>
          <w:lang w:val="en-GB"/>
        </w:rPr>
        <w:t>Appendices:*</w:t>
      </w:r>
      <w:proofErr w:type="gramEnd"/>
    </w:p>
    <w:p w14:paraId="0CE5E413" w14:textId="77777777" w:rsidR="00582034" w:rsidRPr="002B15C5" w:rsidRDefault="00582034" w:rsidP="00582034">
      <w:pPr>
        <w:rPr>
          <w:rFonts w:ascii="Arial" w:hAnsi="Arial" w:cs="Arial"/>
          <w:b/>
          <w:sz w:val="22"/>
          <w:szCs w:val="22"/>
          <w:lang w:val="en-GB"/>
        </w:rPr>
      </w:pPr>
    </w:p>
    <w:p w14:paraId="6A6B6EC3" w14:textId="77777777" w:rsidR="00582034" w:rsidRPr="002B15C5" w:rsidRDefault="00582034" w:rsidP="00582034">
      <w:pPr>
        <w:rPr>
          <w:rFonts w:ascii="Arial" w:hAnsi="Arial" w:cs="Arial"/>
          <w:bCs/>
          <w:sz w:val="22"/>
          <w:szCs w:val="22"/>
          <w:lang w:val="en-GB"/>
        </w:rPr>
      </w:pPr>
      <w:r w:rsidRPr="002B15C5">
        <w:rPr>
          <w:rFonts w:ascii="Arial" w:hAnsi="Arial" w:cs="Arial"/>
          <w:bCs/>
          <w:sz w:val="22"/>
          <w:szCs w:val="22"/>
          <w:lang w:val="en-GB"/>
        </w:rPr>
        <w:t>Improvement Action Report*</w:t>
      </w:r>
    </w:p>
    <w:p w14:paraId="61230726" w14:textId="4926C35D" w:rsidR="00582034" w:rsidRPr="002B15C5" w:rsidRDefault="00582034" w:rsidP="00CC6007">
      <w:pPr>
        <w:rPr>
          <w:rFonts w:ascii="Arial" w:hAnsi="Arial" w:cs="Arial"/>
          <w:sz w:val="22"/>
          <w:szCs w:val="22"/>
          <w:lang w:val="en-GB"/>
        </w:rPr>
      </w:pPr>
      <w:r w:rsidRPr="002B15C5">
        <w:rPr>
          <w:rFonts w:ascii="Arial" w:hAnsi="Arial" w:cs="Arial"/>
          <w:bCs/>
          <w:i/>
          <w:iCs/>
          <w:sz w:val="22"/>
          <w:szCs w:val="22"/>
          <w:lang w:val="en-GB"/>
        </w:rPr>
        <w:t>*Delete as necessary*</w:t>
      </w:r>
    </w:p>
    <w:sectPr w:rsidR="00582034" w:rsidRPr="002B15C5" w:rsidSect="004869C1">
      <w:pgSz w:w="16838" w:h="11906" w:orient="landscape"/>
      <w:pgMar w:top="720" w:right="720" w:bottom="720" w:left="720" w:header="708"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B724" w14:textId="77777777" w:rsidR="00A32F81" w:rsidRDefault="00A32F81" w:rsidP="006A4D3B">
      <w:r>
        <w:separator/>
      </w:r>
    </w:p>
  </w:endnote>
  <w:endnote w:type="continuationSeparator" w:id="0">
    <w:p w14:paraId="4ED0A2A0" w14:textId="77777777" w:rsidR="00A32F81" w:rsidRDefault="00A32F81" w:rsidP="006A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F97D" w14:textId="77777777" w:rsidR="0000324D" w:rsidRDefault="0000324D" w:rsidP="0000324D">
    <w:pPr>
      <w:pStyle w:val="Footer"/>
      <w:pBdr>
        <w:top w:val="single" w:sz="4" w:space="1" w:color="D9D9D9" w:themeColor="background1" w:themeShade="D9"/>
      </w:pBdr>
      <w:rPr>
        <w:rFonts w:ascii="Arial" w:hAnsi="Arial" w:cs="Arial"/>
        <w:sz w:val="16"/>
        <w:szCs w:val="16"/>
      </w:rPr>
    </w:pPr>
  </w:p>
  <w:p w14:paraId="5DA0272C" w14:textId="77777777" w:rsidR="0000324D" w:rsidRPr="003D03F8" w:rsidRDefault="0000324D" w:rsidP="0000324D">
    <w:pPr>
      <w:widowControl/>
      <w:tabs>
        <w:tab w:val="left" w:pos="3261"/>
      </w:tabs>
      <w:spacing w:line="240" w:lineRule="atLeast"/>
      <w:ind w:right="992"/>
      <w:rPr>
        <w:rFonts w:ascii="Verdana" w:hAnsi="Verdana" w:cs="Arial"/>
        <w:color w:val="322172"/>
        <w:sz w:val="16"/>
        <w:szCs w:val="16"/>
        <w:lang w:val="de-DE"/>
      </w:rPr>
    </w:pPr>
    <w:r w:rsidRPr="003D03F8">
      <w:rPr>
        <w:rFonts w:ascii="Verdana" w:hAnsi="Verdana" w:cs="Arial"/>
        <w:color w:val="322172"/>
        <w:sz w:val="16"/>
        <w:szCs w:val="16"/>
        <w:lang w:val="de-DE"/>
      </w:rPr>
      <w:t>w: www.ukas.com  |  t: +44(0)1784 429000  |  e: info@ukas.com</w:t>
    </w:r>
  </w:p>
  <w:p w14:paraId="640B9900" w14:textId="77777777" w:rsidR="0000324D" w:rsidRPr="008373FB" w:rsidRDefault="0000324D" w:rsidP="0000324D">
    <w:pPr>
      <w:widowControl/>
      <w:spacing w:after="120" w:line="240" w:lineRule="atLeast"/>
      <w:rPr>
        <w:rFonts w:ascii="Verdana" w:hAnsi="Verdana" w:cs="Arial"/>
        <w:color w:val="A6A6A6"/>
        <w:sz w:val="12"/>
        <w:szCs w:val="12"/>
        <w:lang w:val="en-GB"/>
      </w:rPr>
    </w:pPr>
    <w:r w:rsidRPr="008373FB">
      <w:rPr>
        <w:rFonts w:ascii="Verdana" w:hAnsi="Verdana"/>
        <w:color w:val="A6A6A6"/>
        <w:sz w:val="12"/>
        <w:szCs w:val="12"/>
        <w:lang w:val="en-GB"/>
      </w:rPr>
      <w:t xml:space="preserve">2 Pine Trees, Chertsey Lane, Staines-upon-Thames, Middlesex, TW18 3HR. </w:t>
    </w:r>
    <w:r w:rsidRPr="008373FB">
      <w:rPr>
        <w:rFonts w:ascii="Verdana" w:hAnsi="Verdana" w:cs="Arial"/>
        <w:color w:val="A6A6A6"/>
        <w:sz w:val="12"/>
        <w:szCs w:val="12"/>
        <w:lang w:val="en-GB"/>
      </w:rPr>
      <w:t>Registered in England as a company Limited by Guarantee No. 3076190</w:t>
    </w:r>
  </w:p>
  <w:p w14:paraId="2BF982EC" w14:textId="41DF1205" w:rsidR="0000324D" w:rsidRDefault="0000324D" w:rsidP="0000324D">
    <w:pPr>
      <w:pStyle w:val="Footer"/>
      <w:rPr>
        <w:rFonts w:ascii="Verdana" w:hAnsi="Verdana" w:cs="Arial"/>
        <w:b/>
        <w:color w:val="4B4B4B"/>
        <w:sz w:val="16"/>
        <w:szCs w:val="16"/>
        <w:lang w:val="en-GB"/>
      </w:rPr>
    </w:pPr>
    <w:r w:rsidRPr="008373FB">
      <w:rPr>
        <w:rFonts w:ascii="Verdana" w:hAnsi="Verdana" w:cs="Arial"/>
        <w:sz w:val="16"/>
        <w:szCs w:val="16"/>
        <w:lang w:val="en-GB"/>
      </w:rPr>
      <w:t>F</w:t>
    </w:r>
    <w:r w:rsidR="00CB31E2">
      <w:rPr>
        <w:rFonts w:ascii="Verdana" w:hAnsi="Verdana" w:cs="Arial"/>
        <w:sz w:val="16"/>
        <w:szCs w:val="16"/>
        <w:lang w:val="en-GB"/>
      </w:rPr>
      <w:t>6</w:t>
    </w:r>
    <w:r w:rsidR="0080631A">
      <w:rPr>
        <w:rFonts w:ascii="Verdana" w:hAnsi="Verdana" w:cs="Arial"/>
        <w:sz w:val="16"/>
        <w:szCs w:val="16"/>
        <w:lang w:val="en-GB"/>
      </w:rPr>
      <w:t>59</w:t>
    </w:r>
    <w:r w:rsidRPr="008373FB">
      <w:rPr>
        <w:rFonts w:ascii="Verdana" w:hAnsi="Verdana" w:cs="Arial"/>
        <w:sz w:val="16"/>
        <w:szCs w:val="16"/>
        <w:lang w:val="en-GB"/>
      </w:rPr>
      <w:t xml:space="preserve"> Issue</w:t>
    </w:r>
    <w:r w:rsidR="0007183C">
      <w:rPr>
        <w:rFonts w:ascii="Verdana" w:hAnsi="Verdana" w:cs="Arial"/>
        <w:sz w:val="16"/>
        <w:szCs w:val="16"/>
        <w:lang w:val="en-GB"/>
      </w:rPr>
      <w:t xml:space="preserve"> </w:t>
    </w:r>
    <w:r w:rsidR="0080631A">
      <w:rPr>
        <w:rFonts w:ascii="Verdana" w:hAnsi="Verdana" w:cs="Arial"/>
        <w:sz w:val="16"/>
        <w:szCs w:val="16"/>
        <w:lang w:val="en-GB"/>
      </w:rPr>
      <w:t>3</w:t>
    </w:r>
    <w:r w:rsidR="0007183C">
      <w:rPr>
        <w:rFonts w:ascii="Verdana" w:hAnsi="Verdana" w:cs="Arial"/>
        <w:sz w:val="16"/>
        <w:szCs w:val="16"/>
        <w:lang w:val="en-GB"/>
      </w:rPr>
      <w:t>, August 2026</w:t>
    </w:r>
    <w:r w:rsidRPr="008373FB">
      <w:rPr>
        <w:rFonts w:ascii="Verdana" w:hAnsi="Verdana" w:cs="Arial"/>
        <w:sz w:val="16"/>
        <w:szCs w:val="16"/>
        <w:lang w:val="en-GB"/>
      </w:rPr>
      <w:tab/>
    </w:r>
    <w:r w:rsidRPr="008373FB">
      <w:rPr>
        <w:rFonts w:ascii="Verdana" w:hAnsi="Verdana" w:cs="Arial"/>
        <w:sz w:val="16"/>
        <w:szCs w:val="16"/>
        <w:lang w:val="en-GB"/>
      </w:rPr>
      <w:tab/>
    </w:r>
    <w:r w:rsidRPr="008373FB">
      <w:rPr>
        <w:rFonts w:ascii="Verdana" w:hAnsi="Verdana" w:cs="Arial"/>
        <w:color w:val="4B4B4B"/>
        <w:sz w:val="16"/>
        <w:szCs w:val="16"/>
        <w:lang w:val="en-GB"/>
      </w:rPr>
      <w:t xml:space="preserve">Page </w:t>
    </w:r>
    <w:r w:rsidRPr="008373FB">
      <w:rPr>
        <w:rFonts w:ascii="Verdana" w:hAnsi="Verdana" w:cs="Arial"/>
        <w:b/>
        <w:color w:val="4B4B4B"/>
        <w:sz w:val="16"/>
        <w:szCs w:val="16"/>
        <w:lang w:val="en-GB"/>
      </w:rPr>
      <w:fldChar w:fldCharType="begin"/>
    </w:r>
    <w:r w:rsidRPr="008373FB">
      <w:rPr>
        <w:rFonts w:ascii="Verdana" w:hAnsi="Verdana" w:cs="Arial"/>
        <w:b/>
        <w:color w:val="4B4B4B"/>
        <w:sz w:val="16"/>
        <w:szCs w:val="16"/>
        <w:lang w:val="en-GB"/>
      </w:rPr>
      <w:instrText xml:space="preserve"> PAGE   \* MERGEFORMAT </w:instrText>
    </w:r>
    <w:r w:rsidRPr="008373FB">
      <w:rPr>
        <w:rFonts w:ascii="Verdana" w:hAnsi="Verdana" w:cs="Arial"/>
        <w:b/>
        <w:color w:val="4B4B4B"/>
        <w:sz w:val="16"/>
        <w:szCs w:val="16"/>
        <w:lang w:val="en-GB"/>
      </w:rPr>
      <w:fldChar w:fldCharType="separate"/>
    </w:r>
    <w:r>
      <w:rPr>
        <w:rFonts w:ascii="Verdana" w:hAnsi="Verdana" w:cs="Arial"/>
        <w:b/>
        <w:color w:val="4B4B4B"/>
        <w:sz w:val="16"/>
        <w:szCs w:val="16"/>
        <w:lang w:val="en-GB"/>
      </w:rPr>
      <w:t>1</w:t>
    </w:r>
    <w:r w:rsidRPr="008373FB">
      <w:rPr>
        <w:rFonts w:ascii="Verdana" w:hAnsi="Verdana" w:cs="Arial"/>
        <w:b/>
        <w:color w:val="4B4B4B"/>
        <w:sz w:val="16"/>
        <w:szCs w:val="16"/>
        <w:lang w:val="en-GB"/>
      </w:rPr>
      <w:fldChar w:fldCharType="end"/>
    </w:r>
    <w:r w:rsidRPr="008373FB">
      <w:rPr>
        <w:rFonts w:ascii="Verdana" w:hAnsi="Verdana" w:cs="Arial"/>
        <w:color w:val="4B4B4B"/>
        <w:sz w:val="16"/>
        <w:szCs w:val="16"/>
        <w:lang w:val="en-GB"/>
      </w:rPr>
      <w:t xml:space="preserve"> of </w:t>
    </w:r>
    <w:r w:rsidRPr="008373FB">
      <w:rPr>
        <w:rFonts w:ascii="Verdana" w:hAnsi="Verdana" w:cs="Arial"/>
        <w:b/>
        <w:color w:val="4B4B4B"/>
        <w:sz w:val="16"/>
        <w:szCs w:val="16"/>
        <w:lang w:val="en-GB"/>
      </w:rPr>
      <w:fldChar w:fldCharType="begin"/>
    </w:r>
    <w:r w:rsidRPr="008373FB">
      <w:rPr>
        <w:rFonts w:ascii="Verdana" w:hAnsi="Verdana" w:cs="Arial"/>
        <w:b/>
        <w:color w:val="4B4B4B"/>
        <w:sz w:val="16"/>
        <w:szCs w:val="16"/>
        <w:lang w:val="en-GB"/>
      </w:rPr>
      <w:instrText xml:space="preserve"> NUMPAGES  \* Arabic  \* MERGEFORMAT </w:instrText>
    </w:r>
    <w:r w:rsidRPr="008373FB">
      <w:rPr>
        <w:rFonts w:ascii="Verdana" w:hAnsi="Verdana" w:cs="Arial"/>
        <w:b/>
        <w:color w:val="4B4B4B"/>
        <w:sz w:val="16"/>
        <w:szCs w:val="16"/>
        <w:lang w:val="en-GB"/>
      </w:rPr>
      <w:fldChar w:fldCharType="separate"/>
    </w:r>
    <w:r>
      <w:rPr>
        <w:rFonts w:ascii="Verdana" w:hAnsi="Verdana" w:cs="Arial"/>
        <w:b/>
        <w:color w:val="4B4B4B"/>
        <w:sz w:val="16"/>
        <w:szCs w:val="16"/>
        <w:lang w:val="en-GB"/>
      </w:rPr>
      <w:t>4</w:t>
    </w:r>
    <w:r w:rsidRPr="008373FB">
      <w:rPr>
        <w:rFonts w:ascii="Verdana" w:hAnsi="Verdana" w:cs="Arial"/>
        <w:b/>
        <w:color w:val="4B4B4B"/>
        <w:sz w:val="16"/>
        <w:szCs w:val="16"/>
        <w:lang w:val="en-GB"/>
      </w:rPr>
      <w:fldChar w:fldCharType="end"/>
    </w:r>
  </w:p>
  <w:p w14:paraId="1071A67D" w14:textId="77777777" w:rsidR="00296A66" w:rsidRDefault="00296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4439F" w14:textId="77777777" w:rsidR="00A32F81" w:rsidRDefault="00A32F81" w:rsidP="006A4D3B">
      <w:r>
        <w:separator/>
      </w:r>
    </w:p>
  </w:footnote>
  <w:footnote w:type="continuationSeparator" w:id="0">
    <w:p w14:paraId="2D3676A5" w14:textId="77777777" w:rsidR="00A32F81" w:rsidRDefault="00A32F81" w:rsidP="006A4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080EAB"/>
    <w:multiLevelType w:val="hybridMultilevel"/>
    <w:tmpl w:val="F6A009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2B96D49"/>
    <w:multiLevelType w:val="hybridMultilevel"/>
    <w:tmpl w:val="CAAA7E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3D1B9D"/>
    <w:multiLevelType w:val="multilevel"/>
    <w:tmpl w:val="197C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127734"/>
    <w:multiLevelType w:val="hybridMultilevel"/>
    <w:tmpl w:val="E0A4B0C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1D208F"/>
    <w:multiLevelType w:val="hybridMultilevel"/>
    <w:tmpl w:val="46D858F4"/>
    <w:lvl w:ilvl="0" w:tplc="4E3CBD80">
      <w:start w:val="8"/>
      <w:numFmt w:val="bullet"/>
      <w:lvlText w:val=""/>
      <w:lvlJc w:val="left"/>
      <w:pPr>
        <w:ind w:left="-491" w:hanging="360"/>
      </w:pPr>
      <w:rPr>
        <w:rFonts w:ascii="Symbol" w:eastAsia="Times New Roman" w:hAnsi="Symbol" w:cs="Arial" w:hint="default"/>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Wingdings" w:hAnsi="Wingdings"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Wingdings" w:hAnsi="Wingdings"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Wingdings" w:hAnsi="Wingdings" w:hint="default"/>
      </w:rPr>
    </w:lvl>
  </w:abstractNum>
  <w:abstractNum w:abstractNumId="14" w15:restartNumberingAfterBreak="0">
    <w:nsid w:val="2E5E0440"/>
    <w:multiLevelType w:val="hybridMultilevel"/>
    <w:tmpl w:val="7CAC2FBE"/>
    <w:lvl w:ilvl="0" w:tplc="0B4814A2">
      <w:start w:val="1"/>
      <w:numFmt w:val="upperLetter"/>
      <w:lvlText w:val="%1."/>
      <w:lvlJc w:val="left"/>
      <w:pPr>
        <w:ind w:left="1451" w:hanging="360"/>
      </w:pPr>
      <w:rPr>
        <w:rFonts w:hint="default"/>
        <w:b/>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15" w15:restartNumberingAfterBreak="0">
    <w:nsid w:val="2F057DED"/>
    <w:multiLevelType w:val="hybridMultilevel"/>
    <w:tmpl w:val="8166AB56"/>
    <w:lvl w:ilvl="0" w:tplc="2830FDAE">
      <w:start w:val="2"/>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FBD2131"/>
    <w:multiLevelType w:val="hybridMultilevel"/>
    <w:tmpl w:val="DCC07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8D2FAB"/>
    <w:multiLevelType w:val="hybridMultilevel"/>
    <w:tmpl w:val="BC468200"/>
    <w:lvl w:ilvl="0" w:tplc="C7E8C62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9DF5015"/>
    <w:multiLevelType w:val="hybridMultilevel"/>
    <w:tmpl w:val="68A886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2042BF"/>
    <w:multiLevelType w:val="hybridMultilevel"/>
    <w:tmpl w:val="9CC26E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563748BF"/>
    <w:multiLevelType w:val="hybridMultilevel"/>
    <w:tmpl w:val="08BC8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37688B"/>
    <w:multiLevelType w:val="hybridMultilevel"/>
    <w:tmpl w:val="72FE011A"/>
    <w:lvl w:ilvl="0" w:tplc="4B7C260E">
      <w:start w:val="8"/>
      <w:numFmt w:val="bullet"/>
      <w:lvlText w:val=""/>
      <w:lvlJc w:val="left"/>
      <w:pPr>
        <w:ind w:left="-491" w:hanging="360"/>
      </w:pPr>
      <w:rPr>
        <w:rFonts w:ascii="Symbol" w:eastAsia="Times New Roman" w:hAnsi="Symbol" w:cs="Arial" w:hint="default"/>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Wingdings" w:hAnsi="Wingdings"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Wingdings" w:hAnsi="Wingdings"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Wingdings" w:hAnsi="Wingdings" w:hint="default"/>
      </w:rPr>
    </w:lvl>
  </w:abstractNum>
  <w:abstractNum w:abstractNumId="22" w15:restartNumberingAfterBreak="0">
    <w:nsid w:val="7F604F25"/>
    <w:multiLevelType w:val="multilevel"/>
    <w:tmpl w:val="16F2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1496583">
    <w:abstractNumId w:val="16"/>
  </w:num>
  <w:num w:numId="2" w16cid:durableId="2087065373">
    <w:abstractNumId w:val="18"/>
  </w:num>
  <w:num w:numId="3" w16cid:durableId="1960060930">
    <w:abstractNumId w:val="14"/>
  </w:num>
  <w:num w:numId="4" w16cid:durableId="946740210">
    <w:abstractNumId w:val="15"/>
  </w:num>
  <w:num w:numId="5" w16cid:durableId="352926678">
    <w:abstractNumId w:val="17"/>
  </w:num>
  <w:num w:numId="6" w16cid:durableId="1426421377">
    <w:abstractNumId w:val="13"/>
  </w:num>
  <w:num w:numId="7" w16cid:durableId="2036072662">
    <w:abstractNumId w:val="21"/>
  </w:num>
  <w:num w:numId="8" w16cid:durableId="1804468526">
    <w:abstractNumId w:val="20"/>
  </w:num>
  <w:num w:numId="9" w16cid:durableId="1351562442">
    <w:abstractNumId w:val="9"/>
  </w:num>
  <w:num w:numId="10" w16cid:durableId="511722592">
    <w:abstractNumId w:val="19"/>
  </w:num>
  <w:num w:numId="11" w16cid:durableId="1605264606">
    <w:abstractNumId w:val="12"/>
  </w:num>
  <w:num w:numId="12" w16cid:durableId="239950717">
    <w:abstractNumId w:val="22"/>
  </w:num>
  <w:num w:numId="13" w16cid:durableId="2015570808">
    <w:abstractNumId w:val="11"/>
  </w:num>
  <w:num w:numId="14" w16cid:durableId="1882865748">
    <w:abstractNumId w:val="10"/>
  </w:num>
  <w:num w:numId="15" w16cid:durableId="806358609">
    <w:abstractNumId w:val="8"/>
  </w:num>
  <w:num w:numId="16" w16cid:durableId="1878659901">
    <w:abstractNumId w:val="6"/>
  </w:num>
  <w:num w:numId="17" w16cid:durableId="259261984">
    <w:abstractNumId w:val="5"/>
  </w:num>
  <w:num w:numId="18" w16cid:durableId="420874846">
    <w:abstractNumId w:val="4"/>
  </w:num>
  <w:num w:numId="19" w16cid:durableId="1058019712">
    <w:abstractNumId w:val="7"/>
  </w:num>
  <w:num w:numId="20" w16cid:durableId="1234781854">
    <w:abstractNumId w:val="3"/>
  </w:num>
  <w:num w:numId="21" w16cid:durableId="1546017307">
    <w:abstractNumId w:val="2"/>
  </w:num>
  <w:num w:numId="22" w16cid:durableId="1742874495">
    <w:abstractNumId w:val="1"/>
  </w:num>
  <w:num w:numId="23" w16cid:durableId="16647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007"/>
    <w:rsid w:val="0000324D"/>
    <w:rsid w:val="00004DD3"/>
    <w:rsid w:val="00005088"/>
    <w:rsid w:val="000108D3"/>
    <w:rsid w:val="00012F05"/>
    <w:rsid w:val="00017878"/>
    <w:rsid w:val="00030836"/>
    <w:rsid w:val="00030C53"/>
    <w:rsid w:val="00035634"/>
    <w:rsid w:val="0004017C"/>
    <w:rsid w:val="000417AD"/>
    <w:rsid w:val="0004265D"/>
    <w:rsid w:val="000442C3"/>
    <w:rsid w:val="0004568B"/>
    <w:rsid w:val="00051196"/>
    <w:rsid w:val="00061C83"/>
    <w:rsid w:val="00064F60"/>
    <w:rsid w:val="000667A7"/>
    <w:rsid w:val="00070AE3"/>
    <w:rsid w:val="0007183C"/>
    <w:rsid w:val="0007397C"/>
    <w:rsid w:val="00074F9E"/>
    <w:rsid w:val="00083ED0"/>
    <w:rsid w:val="000956ED"/>
    <w:rsid w:val="000B4D14"/>
    <w:rsid w:val="000C43C1"/>
    <w:rsid w:val="000C499F"/>
    <w:rsid w:val="000D1679"/>
    <w:rsid w:val="000D58DA"/>
    <w:rsid w:val="000D58FC"/>
    <w:rsid w:val="000D693A"/>
    <w:rsid w:val="000E0940"/>
    <w:rsid w:val="000E135B"/>
    <w:rsid w:val="000E25B2"/>
    <w:rsid w:val="000E370D"/>
    <w:rsid w:val="000E37C4"/>
    <w:rsid w:val="000E3B79"/>
    <w:rsid w:val="000E594B"/>
    <w:rsid w:val="000F1B0A"/>
    <w:rsid w:val="000F2C32"/>
    <w:rsid w:val="000F3E59"/>
    <w:rsid w:val="000F4314"/>
    <w:rsid w:val="000F6FCA"/>
    <w:rsid w:val="000F7DC3"/>
    <w:rsid w:val="0011531E"/>
    <w:rsid w:val="001264A2"/>
    <w:rsid w:val="00127839"/>
    <w:rsid w:val="00137B0E"/>
    <w:rsid w:val="001422EA"/>
    <w:rsid w:val="00147386"/>
    <w:rsid w:val="001543D0"/>
    <w:rsid w:val="00163001"/>
    <w:rsid w:val="001631F9"/>
    <w:rsid w:val="00167D9D"/>
    <w:rsid w:val="00173F5B"/>
    <w:rsid w:val="00180B12"/>
    <w:rsid w:val="00181AAE"/>
    <w:rsid w:val="00186391"/>
    <w:rsid w:val="00191DFE"/>
    <w:rsid w:val="00195C84"/>
    <w:rsid w:val="001A54D4"/>
    <w:rsid w:val="001A5707"/>
    <w:rsid w:val="001A7E16"/>
    <w:rsid w:val="001B1ACA"/>
    <w:rsid w:val="001B4F13"/>
    <w:rsid w:val="001C0494"/>
    <w:rsid w:val="001D293A"/>
    <w:rsid w:val="001D45B5"/>
    <w:rsid w:val="001E65B2"/>
    <w:rsid w:val="001E6AAC"/>
    <w:rsid w:val="001F6957"/>
    <w:rsid w:val="00206D05"/>
    <w:rsid w:val="0020789B"/>
    <w:rsid w:val="00214500"/>
    <w:rsid w:val="002228C1"/>
    <w:rsid w:val="00222BD3"/>
    <w:rsid w:val="00223EA2"/>
    <w:rsid w:val="0022752B"/>
    <w:rsid w:val="002309AC"/>
    <w:rsid w:val="00231CFB"/>
    <w:rsid w:val="002427EC"/>
    <w:rsid w:val="00245DF3"/>
    <w:rsid w:val="00250A5D"/>
    <w:rsid w:val="00252862"/>
    <w:rsid w:val="0025536E"/>
    <w:rsid w:val="00267822"/>
    <w:rsid w:val="00274D2F"/>
    <w:rsid w:val="00283F07"/>
    <w:rsid w:val="00284A74"/>
    <w:rsid w:val="002952BE"/>
    <w:rsid w:val="00296A66"/>
    <w:rsid w:val="0029728D"/>
    <w:rsid w:val="002A08EC"/>
    <w:rsid w:val="002A1188"/>
    <w:rsid w:val="002A3C15"/>
    <w:rsid w:val="002B15C5"/>
    <w:rsid w:val="002B51FF"/>
    <w:rsid w:val="002B60FC"/>
    <w:rsid w:val="002B7386"/>
    <w:rsid w:val="002B7FEE"/>
    <w:rsid w:val="002C46DB"/>
    <w:rsid w:val="002D0904"/>
    <w:rsid w:val="002D67B7"/>
    <w:rsid w:val="002E004C"/>
    <w:rsid w:val="002E5AE0"/>
    <w:rsid w:val="002F093F"/>
    <w:rsid w:val="002F3EC2"/>
    <w:rsid w:val="00305269"/>
    <w:rsid w:val="0030680A"/>
    <w:rsid w:val="003117DC"/>
    <w:rsid w:val="00314901"/>
    <w:rsid w:val="003162FF"/>
    <w:rsid w:val="00331E26"/>
    <w:rsid w:val="00335021"/>
    <w:rsid w:val="003352E8"/>
    <w:rsid w:val="00350132"/>
    <w:rsid w:val="00352F25"/>
    <w:rsid w:val="003535B0"/>
    <w:rsid w:val="00353934"/>
    <w:rsid w:val="00353D02"/>
    <w:rsid w:val="00353F40"/>
    <w:rsid w:val="0037056B"/>
    <w:rsid w:val="0037061F"/>
    <w:rsid w:val="00377661"/>
    <w:rsid w:val="00380F51"/>
    <w:rsid w:val="0039084A"/>
    <w:rsid w:val="00392CCD"/>
    <w:rsid w:val="003A4737"/>
    <w:rsid w:val="003A6CEE"/>
    <w:rsid w:val="003A78D7"/>
    <w:rsid w:val="003B3190"/>
    <w:rsid w:val="003B5FF6"/>
    <w:rsid w:val="003B64EC"/>
    <w:rsid w:val="003B73B7"/>
    <w:rsid w:val="003D03F8"/>
    <w:rsid w:val="003D15CD"/>
    <w:rsid w:val="003E2D69"/>
    <w:rsid w:val="003E373F"/>
    <w:rsid w:val="003E56BE"/>
    <w:rsid w:val="003F1649"/>
    <w:rsid w:val="003F3117"/>
    <w:rsid w:val="003F35D7"/>
    <w:rsid w:val="003F3BDC"/>
    <w:rsid w:val="003F48F8"/>
    <w:rsid w:val="003F7D90"/>
    <w:rsid w:val="003F7F04"/>
    <w:rsid w:val="00405D33"/>
    <w:rsid w:val="00412546"/>
    <w:rsid w:val="00412DFB"/>
    <w:rsid w:val="00421801"/>
    <w:rsid w:val="00425488"/>
    <w:rsid w:val="004315BB"/>
    <w:rsid w:val="00436B70"/>
    <w:rsid w:val="00437683"/>
    <w:rsid w:val="0044069A"/>
    <w:rsid w:val="00442285"/>
    <w:rsid w:val="0044657A"/>
    <w:rsid w:val="004472D1"/>
    <w:rsid w:val="00447748"/>
    <w:rsid w:val="00453DD0"/>
    <w:rsid w:val="00453E55"/>
    <w:rsid w:val="00454974"/>
    <w:rsid w:val="00466DA0"/>
    <w:rsid w:val="00471C4D"/>
    <w:rsid w:val="004735DF"/>
    <w:rsid w:val="00474CD7"/>
    <w:rsid w:val="00474D91"/>
    <w:rsid w:val="00475CFA"/>
    <w:rsid w:val="00476765"/>
    <w:rsid w:val="00477313"/>
    <w:rsid w:val="004800DC"/>
    <w:rsid w:val="00480E1A"/>
    <w:rsid w:val="00481C9D"/>
    <w:rsid w:val="004869C1"/>
    <w:rsid w:val="00486BD3"/>
    <w:rsid w:val="00492CA4"/>
    <w:rsid w:val="0049439D"/>
    <w:rsid w:val="00497603"/>
    <w:rsid w:val="004A1DB3"/>
    <w:rsid w:val="004A1FAD"/>
    <w:rsid w:val="004A24F2"/>
    <w:rsid w:val="004A25D1"/>
    <w:rsid w:val="004A3638"/>
    <w:rsid w:val="004A51FE"/>
    <w:rsid w:val="004A5A89"/>
    <w:rsid w:val="004D0509"/>
    <w:rsid w:val="004D09D7"/>
    <w:rsid w:val="004D1ECE"/>
    <w:rsid w:val="004D530B"/>
    <w:rsid w:val="004D5D52"/>
    <w:rsid w:val="004D673D"/>
    <w:rsid w:val="004E58CA"/>
    <w:rsid w:val="004F26A8"/>
    <w:rsid w:val="004F32AF"/>
    <w:rsid w:val="00500260"/>
    <w:rsid w:val="00511FCF"/>
    <w:rsid w:val="00520721"/>
    <w:rsid w:val="0052278B"/>
    <w:rsid w:val="00530BD3"/>
    <w:rsid w:val="005312C6"/>
    <w:rsid w:val="0053309E"/>
    <w:rsid w:val="00533261"/>
    <w:rsid w:val="005347EF"/>
    <w:rsid w:val="00540A58"/>
    <w:rsid w:val="00541FEF"/>
    <w:rsid w:val="00543F7B"/>
    <w:rsid w:val="00544016"/>
    <w:rsid w:val="005459E3"/>
    <w:rsid w:val="00546D4A"/>
    <w:rsid w:val="00547579"/>
    <w:rsid w:val="005508C3"/>
    <w:rsid w:val="005600C4"/>
    <w:rsid w:val="005621B3"/>
    <w:rsid w:val="00564C72"/>
    <w:rsid w:val="00574A8C"/>
    <w:rsid w:val="0057518C"/>
    <w:rsid w:val="0057673B"/>
    <w:rsid w:val="00582034"/>
    <w:rsid w:val="005900D4"/>
    <w:rsid w:val="00597CAC"/>
    <w:rsid w:val="005A7FF5"/>
    <w:rsid w:val="005B1152"/>
    <w:rsid w:val="005B24A7"/>
    <w:rsid w:val="005B77BA"/>
    <w:rsid w:val="005C2DF5"/>
    <w:rsid w:val="005D19E0"/>
    <w:rsid w:val="005E34E5"/>
    <w:rsid w:val="005E61E4"/>
    <w:rsid w:val="00601070"/>
    <w:rsid w:val="006051FB"/>
    <w:rsid w:val="00607030"/>
    <w:rsid w:val="0061212D"/>
    <w:rsid w:val="00612ED5"/>
    <w:rsid w:val="0061552C"/>
    <w:rsid w:val="00616228"/>
    <w:rsid w:val="00617745"/>
    <w:rsid w:val="0063284F"/>
    <w:rsid w:val="006335C2"/>
    <w:rsid w:val="006405F4"/>
    <w:rsid w:val="0065301F"/>
    <w:rsid w:val="0065377D"/>
    <w:rsid w:val="00656858"/>
    <w:rsid w:val="0066419C"/>
    <w:rsid w:val="0067225E"/>
    <w:rsid w:val="0067257C"/>
    <w:rsid w:val="0069101D"/>
    <w:rsid w:val="00692BDE"/>
    <w:rsid w:val="006937E5"/>
    <w:rsid w:val="00693C76"/>
    <w:rsid w:val="00693F9A"/>
    <w:rsid w:val="00694183"/>
    <w:rsid w:val="00695918"/>
    <w:rsid w:val="00696012"/>
    <w:rsid w:val="006A4D3B"/>
    <w:rsid w:val="006C32B3"/>
    <w:rsid w:val="006E398C"/>
    <w:rsid w:val="006E6806"/>
    <w:rsid w:val="006F1946"/>
    <w:rsid w:val="006F2D83"/>
    <w:rsid w:val="006F4C26"/>
    <w:rsid w:val="006F56FD"/>
    <w:rsid w:val="006F5A57"/>
    <w:rsid w:val="006F714D"/>
    <w:rsid w:val="00701379"/>
    <w:rsid w:val="00701A10"/>
    <w:rsid w:val="00702050"/>
    <w:rsid w:val="00704489"/>
    <w:rsid w:val="007052FB"/>
    <w:rsid w:val="00710DA1"/>
    <w:rsid w:val="00712038"/>
    <w:rsid w:val="0071693E"/>
    <w:rsid w:val="00717855"/>
    <w:rsid w:val="0072353A"/>
    <w:rsid w:val="00724000"/>
    <w:rsid w:val="0072450A"/>
    <w:rsid w:val="00726BC9"/>
    <w:rsid w:val="0073089B"/>
    <w:rsid w:val="007309C3"/>
    <w:rsid w:val="00730ABA"/>
    <w:rsid w:val="0073393C"/>
    <w:rsid w:val="00734C63"/>
    <w:rsid w:val="00736270"/>
    <w:rsid w:val="00737CFA"/>
    <w:rsid w:val="00740C24"/>
    <w:rsid w:val="00743250"/>
    <w:rsid w:val="00751DA2"/>
    <w:rsid w:val="007536B0"/>
    <w:rsid w:val="00754F67"/>
    <w:rsid w:val="00760804"/>
    <w:rsid w:val="007832B3"/>
    <w:rsid w:val="00791F08"/>
    <w:rsid w:val="00794F62"/>
    <w:rsid w:val="00795B5E"/>
    <w:rsid w:val="007A0619"/>
    <w:rsid w:val="007B48F6"/>
    <w:rsid w:val="007B496A"/>
    <w:rsid w:val="007B5809"/>
    <w:rsid w:val="007C52F8"/>
    <w:rsid w:val="007C6E5E"/>
    <w:rsid w:val="007D1701"/>
    <w:rsid w:val="007D4E8D"/>
    <w:rsid w:val="007E1DBF"/>
    <w:rsid w:val="007E3FD7"/>
    <w:rsid w:val="007E4C80"/>
    <w:rsid w:val="007E5951"/>
    <w:rsid w:val="007F2049"/>
    <w:rsid w:val="007F3C66"/>
    <w:rsid w:val="007F46D3"/>
    <w:rsid w:val="0080030F"/>
    <w:rsid w:val="00800BE7"/>
    <w:rsid w:val="00802D0B"/>
    <w:rsid w:val="0080559B"/>
    <w:rsid w:val="008057D0"/>
    <w:rsid w:val="0080631A"/>
    <w:rsid w:val="00806788"/>
    <w:rsid w:val="00810C27"/>
    <w:rsid w:val="00811678"/>
    <w:rsid w:val="00811BE9"/>
    <w:rsid w:val="008123E8"/>
    <w:rsid w:val="00812904"/>
    <w:rsid w:val="008139AC"/>
    <w:rsid w:val="00814C2C"/>
    <w:rsid w:val="00816F69"/>
    <w:rsid w:val="008176CF"/>
    <w:rsid w:val="00821B58"/>
    <w:rsid w:val="00826C3B"/>
    <w:rsid w:val="0083002D"/>
    <w:rsid w:val="008329E8"/>
    <w:rsid w:val="00832FBA"/>
    <w:rsid w:val="00837146"/>
    <w:rsid w:val="0084367D"/>
    <w:rsid w:val="0085298A"/>
    <w:rsid w:val="00854B27"/>
    <w:rsid w:val="008577A9"/>
    <w:rsid w:val="00865E7F"/>
    <w:rsid w:val="00872DD6"/>
    <w:rsid w:val="00877FCC"/>
    <w:rsid w:val="00881B7C"/>
    <w:rsid w:val="00884D98"/>
    <w:rsid w:val="00890660"/>
    <w:rsid w:val="0089395E"/>
    <w:rsid w:val="008953E6"/>
    <w:rsid w:val="008A0051"/>
    <w:rsid w:val="008C1CD9"/>
    <w:rsid w:val="008C232A"/>
    <w:rsid w:val="008C3443"/>
    <w:rsid w:val="008C5D32"/>
    <w:rsid w:val="008D0EE2"/>
    <w:rsid w:val="008D4BF4"/>
    <w:rsid w:val="008D589F"/>
    <w:rsid w:val="008D6BF9"/>
    <w:rsid w:val="008F337D"/>
    <w:rsid w:val="008F44F5"/>
    <w:rsid w:val="008F5BD0"/>
    <w:rsid w:val="008F5E52"/>
    <w:rsid w:val="00900D5F"/>
    <w:rsid w:val="00905F99"/>
    <w:rsid w:val="00905FC4"/>
    <w:rsid w:val="0091014C"/>
    <w:rsid w:val="0091157E"/>
    <w:rsid w:val="0091504D"/>
    <w:rsid w:val="00923618"/>
    <w:rsid w:val="00923E87"/>
    <w:rsid w:val="009257BD"/>
    <w:rsid w:val="00927321"/>
    <w:rsid w:val="009305ED"/>
    <w:rsid w:val="00931CDF"/>
    <w:rsid w:val="00935491"/>
    <w:rsid w:val="00935B86"/>
    <w:rsid w:val="009366FC"/>
    <w:rsid w:val="009423AB"/>
    <w:rsid w:val="00944D42"/>
    <w:rsid w:val="009460F6"/>
    <w:rsid w:val="00946807"/>
    <w:rsid w:val="009477AB"/>
    <w:rsid w:val="00950B77"/>
    <w:rsid w:val="00951721"/>
    <w:rsid w:val="00954E19"/>
    <w:rsid w:val="00955A07"/>
    <w:rsid w:val="0096287E"/>
    <w:rsid w:val="009634A3"/>
    <w:rsid w:val="009732B3"/>
    <w:rsid w:val="00977123"/>
    <w:rsid w:val="009835B6"/>
    <w:rsid w:val="00987D47"/>
    <w:rsid w:val="00993D48"/>
    <w:rsid w:val="00995EFE"/>
    <w:rsid w:val="009A3EE1"/>
    <w:rsid w:val="009A5AC6"/>
    <w:rsid w:val="009A77B3"/>
    <w:rsid w:val="009B0C9A"/>
    <w:rsid w:val="009B58CA"/>
    <w:rsid w:val="009B6462"/>
    <w:rsid w:val="009B7DA2"/>
    <w:rsid w:val="009C3EF7"/>
    <w:rsid w:val="009C54AC"/>
    <w:rsid w:val="009C57D8"/>
    <w:rsid w:val="009C59D5"/>
    <w:rsid w:val="009C713F"/>
    <w:rsid w:val="009D0BC2"/>
    <w:rsid w:val="009D0E5E"/>
    <w:rsid w:val="009D3FFA"/>
    <w:rsid w:val="009D5232"/>
    <w:rsid w:val="009D6326"/>
    <w:rsid w:val="009F231A"/>
    <w:rsid w:val="009F2986"/>
    <w:rsid w:val="009F721C"/>
    <w:rsid w:val="009F756F"/>
    <w:rsid w:val="00A00CD3"/>
    <w:rsid w:val="00A010BF"/>
    <w:rsid w:val="00A03900"/>
    <w:rsid w:val="00A0708C"/>
    <w:rsid w:val="00A073BF"/>
    <w:rsid w:val="00A07F0F"/>
    <w:rsid w:val="00A103E0"/>
    <w:rsid w:val="00A121BB"/>
    <w:rsid w:val="00A1490D"/>
    <w:rsid w:val="00A15453"/>
    <w:rsid w:val="00A22F42"/>
    <w:rsid w:val="00A31477"/>
    <w:rsid w:val="00A32F81"/>
    <w:rsid w:val="00A36BAE"/>
    <w:rsid w:val="00A37185"/>
    <w:rsid w:val="00A404CF"/>
    <w:rsid w:val="00A4255C"/>
    <w:rsid w:val="00A42A23"/>
    <w:rsid w:val="00A44535"/>
    <w:rsid w:val="00A537A6"/>
    <w:rsid w:val="00A545DD"/>
    <w:rsid w:val="00A547EE"/>
    <w:rsid w:val="00A563BC"/>
    <w:rsid w:val="00A6111F"/>
    <w:rsid w:val="00A62F7B"/>
    <w:rsid w:val="00A67F97"/>
    <w:rsid w:val="00A70DAC"/>
    <w:rsid w:val="00A72E1C"/>
    <w:rsid w:val="00A74365"/>
    <w:rsid w:val="00A80675"/>
    <w:rsid w:val="00A81241"/>
    <w:rsid w:val="00A83111"/>
    <w:rsid w:val="00A84D8E"/>
    <w:rsid w:val="00A866CE"/>
    <w:rsid w:val="00A86FE9"/>
    <w:rsid w:val="00A9368A"/>
    <w:rsid w:val="00A93837"/>
    <w:rsid w:val="00A94227"/>
    <w:rsid w:val="00AA3A23"/>
    <w:rsid w:val="00AB0546"/>
    <w:rsid w:val="00AB5F13"/>
    <w:rsid w:val="00AB6FE7"/>
    <w:rsid w:val="00AC10F9"/>
    <w:rsid w:val="00AC3DF6"/>
    <w:rsid w:val="00AC43A5"/>
    <w:rsid w:val="00AC608F"/>
    <w:rsid w:val="00AC6CF4"/>
    <w:rsid w:val="00AD4FE4"/>
    <w:rsid w:val="00AE3004"/>
    <w:rsid w:val="00AE6FDD"/>
    <w:rsid w:val="00AF0AF3"/>
    <w:rsid w:val="00AF195C"/>
    <w:rsid w:val="00AF36FF"/>
    <w:rsid w:val="00AF5F31"/>
    <w:rsid w:val="00B006B1"/>
    <w:rsid w:val="00B151D4"/>
    <w:rsid w:val="00B17171"/>
    <w:rsid w:val="00B17607"/>
    <w:rsid w:val="00B21FDA"/>
    <w:rsid w:val="00B2341F"/>
    <w:rsid w:val="00B25F14"/>
    <w:rsid w:val="00B30282"/>
    <w:rsid w:val="00B3249C"/>
    <w:rsid w:val="00B34805"/>
    <w:rsid w:val="00B35C7C"/>
    <w:rsid w:val="00B420E1"/>
    <w:rsid w:val="00B448A8"/>
    <w:rsid w:val="00B50121"/>
    <w:rsid w:val="00B50ADA"/>
    <w:rsid w:val="00B50C1A"/>
    <w:rsid w:val="00B52763"/>
    <w:rsid w:val="00B560E5"/>
    <w:rsid w:val="00B60F7E"/>
    <w:rsid w:val="00B65478"/>
    <w:rsid w:val="00B664C0"/>
    <w:rsid w:val="00B6721D"/>
    <w:rsid w:val="00B71581"/>
    <w:rsid w:val="00B75087"/>
    <w:rsid w:val="00B751DA"/>
    <w:rsid w:val="00B770EE"/>
    <w:rsid w:val="00B818C5"/>
    <w:rsid w:val="00B853E3"/>
    <w:rsid w:val="00B8571A"/>
    <w:rsid w:val="00B87C5F"/>
    <w:rsid w:val="00B93FEC"/>
    <w:rsid w:val="00BA5879"/>
    <w:rsid w:val="00BA7841"/>
    <w:rsid w:val="00BB4327"/>
    <w:rsid w:val="00BB67B9"/>
    <w:rsid w:val="00BC048A"/>
    <w:rsid w:val="00BC2FB0"/>
    <w:rsid w:val="00BC610B"/>
    <w:rsid w:val="00BD0040"/>
    <w:rsid w:val="00BD2841"/>
    <w:rsid w:val="00BD3EA4"/>
    <w:rsid w:val="00BD4E1B"/>
    <w:rsid w:val="00BE1B95"/>
    <w:rsid w:val="00BE5D42"/>
    <w:rsid w:val="00BE6B2A"/>
    <w:rsid w:val="00BE6E03"/>
    <w:rsid w:val="00BF7C00"/>
    <w:rsid w:val="00C01A52"/>
    <w:rsid w:val="00C13DC2"/>
    <w:rsid w:val="00C15716"/>
    <w:rsid w:val="00C16FC8"/>
    <w:rsid w:val="00C225A1"/>
    <w:rsid w:val="00C24905"/>
    <w:rsid w:val="00C24FDB"/>
    <w:rsid w:val="00C25515"/>
    <w:rsid w:val="00C301DF"/>
    <w:rsid w:val="00C35011"/>
    <w:rsid w:val="00C35EAF"/>
    <w:rsid w:val="00C4062A"/>
    <w:rsid w:val="00C41CED"/>
    <w:rsid w:val="00C42C72"/>
    <w:rsid w:val="00C46C27"/>
    <w:rsid w:val="00C50990"/>
    <w:rsid w:val="00C50FA1"/>
    <w:rsid w:val="00C533D6"/>
    <w:rsid w:val="00C61306"/>
    <w:rsid w:val="00C614BB"/>
    <w:rsid w:val="00C61F90"/>
    <w:rsid w:val="00C622F2"/>
    <w:rsid w:val="00C623F6"/>
    <w:rsid w:val="00C63EFD"/>
    <w:rsid w:val="00C658FA"/>
    <w:rsid w:val="00C6705B"/>
    <w:rsid w:val="00C758DD"/>
    <w:rsid w:val="00C778E0"/>
    <w:rsid w:val="00CA0114"/>
    <w:rsid w:val="00CA164C"/>
    <w:rsid w:val="00CA62D6"/>
    <w:rsid w:val="00CA6C70"/>
    <w:rsid w:val="00CB0220"/>
    <w:rsid w:val="00CB26C3"/>
    <w:rsid w:val="00CB31E2"/>
    <w:rsid w:val="00CC1D7A"/>
    <w:rsid w:val="00CC6007"/>
    <w:rsid w:val="00CD0A5B"/>
    <w:rsid w:val="00CD7F3E"/>
    <w:rsid w:val="00CE061E"/>
    <w:rsid w:val="00CE6D54"/>
    <w:rsid w:val="00CF3946"/>
    <w:rsid w:val="00D03D8A"/>
    <w:rsid w:val="00D1151E"/>
    <w:rsid w:val="00D14ACF"/>
    <w:rsid w:val="00D16BBF"/>
    <w:rsid w:val="00D17636"/>
    <w:rsid w:val="00D17D69"/>
    <w:rsid w:val="00D20161"/>
    <w:rsid w:val="00D3248A"/>
    <w:rsid w:val="00D36B82"/>
    <w:rsid w:val="00D42295"/>
    <w:rsid w:val="00D44B37"/>
    <w:rsid w:val="00D456CA"/>
    <w:rsid w:val="00D47387"/>
    <w:rsid w:val="00D572DC"/>
    <w:rsid w:val="00D610C2"/>
    <w:rsid w:val="00D650AA"/>
    <w:rsid w:val="00D65D5A"/>
    <w:rsid w:val="00D6628F"/>
    <w:rsid w:val="00D707D7"/>
    <w:rsid w:val="00D722AC"/>
    <w:rsid w:val="00D73111"/>
    <w:rsid w:val="00D73118"/>
    <w:rsid w:val="00D7445E"/>
    <w:rsid w:val="00D76C6C"/>
    <w:rsid w:val="00D82121"/>
    <w:rsid w:val="00D86C96"/>
    <w:rsid w:val="00DA22A8"/>
    <w:rsid w:val="00DA253F"/>
    <w:rsid w:val="00DA26C4"/>
    <w:rsid w:val="00DA328F"/>
    <w:rsid w:val="00DA4375"/>
    <w:rsid w:val="00DA75F9"/>
    <w:rsid w:val="00DB1D30"/>
    <w:rsid w:val="00DB2D80"/>
    <w:rsid w:val="00DB37AF"/>
    <w:rsid w:val="00DB6487"/>
    <w:rsid w:val="00DC2D88"/>
    <w:rsid w:val="00DC4770"/>
    <w:rsid w:val="00DD235B"/>
    <w:rsid w:val="00DE1775"/>
    <w:rsid w:val="00DE3FC0"/>
    <w:rsid w:val="00DE4079"/>
    <w:rsid w:val="00DE712C"/>
    <w:rsid w:val="00DF10A4"/>
    <w:rsid w:val="00DF37C8"/>
    <w:rsid w:val="00DF7F21"/>
    <w:rsid w:val="00E0065D"/>
    <w:rsid w:val="00E0329D"/>
    <w:rsid w:val="00E03AF3"/>
    <w:rsid w:val="00E04EA1"/>
    <w:rsid w:val="00E077B1"/>
    <w:rsid w:val="00E077F7"/>
    <w:rsid w:val="00E07EEE"/>
    <w:rsid w:val="00E13A25"/>
    <w:rsid w:val="00E20CED"/>
    <w:rsid w:val="00E302E0"/>
    <w:rsid w:val="00E326B1"/>
    <w:rsid w:val="00E33AB1"/>
    <w:rsid w:val="00E35A2A"/>
    <w:rsid w:val="00E422DC"/>
    <w:rsid w:val="00E441CC"/>
    <w:rsid w:val="00E447E2"/>
    <w:rsid w:val="00E44E4C"/>
    <w:rsid w:val="00E5462C"/>
    <w:rsid w:val="00E57127"/>
    <w:rsid w:val="00E63069"/>
    <w:rsid w:val="00E63BF8"/>
    <w:rsid w:val="00E670DD"/>
    <w:rsid w:val="00E675A8"/>
    <w:rsid w:val="00E70201"/>
    <w:rsid w:val="00E713E9"/>
    <w:rsid w:val="00E77921"/>
    <w:rsid w:val="00E805BA"/>
    <w:rsid w:val="00E84588"/>
    <w:rsid w:val="00E910AE"/>
    <w:rsid w:val="00EA45FA"/>
    <w:rsid w:val="00EA4B64"/>
    <w:rsid w:val="00EB4BD9"/>
    <w:rsid w:val="00EB65AC"/>
    <w:rsid w:val="00EB7D22"/>
    <w:rsid w:val="00EC03DD"/>
    <w:rsid w:val="00EC28AB"/>
    <w:rsid w:val="00EC69CC"/>
    <w:rsid w:val="00ED0F7C"/>
    <w:rsid w:val="00ED2B0D"/>
    <w:rsid w:val="00EE41A4"/>
    <w:rsid w:val="00EE452F"/>
    <w:rsid w:val="00EE64D0"/>
    <w:rsid w:val="00EE7D27"/>
    <w:rsid w:val="00EF215B"/>
    <w:rsid w:val="00EF25C8"/>
    <w:rsid w:val="00EF394C"/>
    <w:rsid w:val="00EF581B"/>
    <w:rsid w:val="00F01BD7"/>
    <w:rsid w:val="00F02320"/>
    <w:rsid w:val="00F10AC4"/>
    <w:rsid w:val="00F10C51"/>
    <w:rsid w:val="00F11371"/>
    <w:rsid w:val="00F2028C"/>
    <w:rsid w:val="00F217D9"/>
    <w:rsid w:val="00F27931"/>
    <w:rsid w:val="00F32240"/>
    <w:rsid w:val="00F3331D"/>
    <w:rsid w:val="00F42976"/>
    <w:rsid w:val="00F4462C"/>
    <w:rsid w:val="00F5001A"/>
    <w:rsid w:val="00F52512"/>
    <w:rsid w:val="00F52534"/>
    <w:rsid w:val="00F54BEA"/>
    <w:rsid w:val="00F56998"/>
    <w:rsid w:val="00F643FE"/>
    <w:rsid w:val="00F65AAE"/>
    <w:rsid w:val="00F67299"/>
    <w:rsid w:val="00F677B8"/>
    <w:rsid w:val="00F71DA3"/>
    <w:rsid w:val="00F73B08"/>
    <w:rsid w:val="00F77DE6"/>
    <w:rsid w:val="00F828D9"/>
    <w:rsid w:val="00F83E55"/>
    <w:rsid w:val="00F8427C"/>
    <w:rsid w:val="00F876B0"/>
    <w:rsid w:val="00F92EEF"/>
    <w:rsid w:val="00F96FC6"/>
    <w:rsid w:val="00F97B14"/>
    <w:rsid w:val="00FB16A6"/>
    <w:rsid w:val="00FB2FB6"/>
    <w:rsid w:val="00FB3B43"/>
    <w:rsid w:val="00FB4977"/>
    <w:rsid w:val="00FB5443"/>
    <w:rsid w:val="00FD04E0"/>
    <w:rsid w:val="00FD10B8"/>
    <w:rsid w:val="00FD6E3C"/>
    <w:rsid w:val="00FD7177"/>
    <w:rsid w:val="00FD74CE"/>
    <w:rsid w:val="00FE0967"/>
    <w:rsid w:val="00FE0B7F"/>
    <w:rsid w:val="00FE25BC"/>
    <w:rsid w:val="00FE320B"/>
    <w:rsid w:val="00FE47DC"/>
    <w:rsid w:val="00FE537E"/>
    <w:rsid w:val="00FE73A8"/>
    <w:rsid w:val="00FE73BE"/>
    <w:rsid w:val="00FF250F"/>
    <w:rsid w:val="00FF4CCB"/>
    <w:rsid w:val="00FF5AF4"/>
    <w:rsid w:val="022B6FAA"/>
    <w:rsid w:val="023F060A"/>
    <w:rsid w:val="05461C9B"/>
    <w:rsid w:val="06D033C2"/>
    <w:rsid w:val="09C723EE"/>
    <w:rsid w:val="0CFB50B6"/>
    <w:rsid w:val="0E275B70"/>
    <w:rsid w:val="13A4AAE8"/>
    <w:rsid w:val="2F4DEE0D"/>
    <w:rsid w:val="2FE4B3EB"/>
    <w:rsid w:val="34E562BF"/>
    <w:rsid w:val="3620AD91"/>
    <w:rsid w:val="3C107796"/>
    <w:rsid w:val="3E1C4FBD"/>
    <w:rsid w:val="3E8F8FC2"/>
    <w:rsid w:val="4209DAE3"/>
    <w:rsid w:val="42B45940"/>
    <w:rsid w:val="45920747"/>
    <w:rsid w:val="45F2D6C8"/>
    <w:rsid w:val="5150E4FF"/>
    <w:rsid w:val="552A21ED"/>
    <w:rsid w:val="58737206"/>
    <w:rsid w:val="59AE4B09"/>
    <w:rsid w:val="5F1FAAF9"/>
    <w:rsid w:val="62151E9D"/>
    <w:rsid w:val="641B8B32"/>
    <w:rsid w:val="66404898"/>
    <w:rsid w:val="6BE41990"/>
    <w:rsid w:val="6F4EE3FA"/>
    <w:rsid w:val="733292B9"/>
    <w:rsid w:val="7396CE83"/>
    <w:rsid w:val="7460A7CD"/>
    <w:rsid w:val="75C7BCE3"/>
    <w:rsid w:val="784A4FA2"/>
    <w:rsid w:val="7913025F"/>
    <w:rsid w:val="7E091E2B"/>
    <w:rsid w:val="7FDF3F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312DB"/>
  <w15:docId w15:val="{F0B099A6-FB85-4F26-A37D-C0DA26F3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007"/>
    <w:pPr>
      <w:widowControl w:val="0"/>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uiPriority w:val="9"/>
    <w:qFormat/>
    <w:rsid w:val="00274D2F"/>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4D2F"/>
    <w:pPr>
      <w:keepNext/>
      <w:keepLines/>
      <w:widowControl/>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4D2F"/>
    <w:pPr>
      <w:keepNext/>
      <w:keepLines/>
      <w:widowControl/>
      <w:spacing w:before="200" w:line="276" w:lineRule="auto"/>
      <w:outlineLvl w:val="2"/>
    </w:pPr>
    <w:rPr>
      <w:rFonts w:asciiTheme="majorHAnsi" w:eastAsiaTheme="majorEastAsia" w:hAnsiTheme="majorHAnsi" w:cstheme="majorBidi"/>
      <w:b/>
      <w:bCs/>
      <w:color w:val="4F81BD" w:themeColor="accent1"/>
      <w:sz w:val="17"/>
      <w:szCs w:val="22"/>
    </w:rPr>
  </w:style>
  <w:style w:type="paragraph" w:styleId="Heading4">
    <w:name w:val="heading 4"/>
    <w:basedOn w:val="Normal"/>
    <w:next w:val="Normal"/>
    <w:link w:val="Heading4Char"/>
    <w:uiPriority w:val="9"/>
    <w:semiHidden/>
    <w:unhideWhenUsed/>
    <w:qFormat/>
    <w:rsid w:val="00274D2F"/>
    <w:pPr>
      <w:keepNext/>
      <w:keepLines/>
      <w:widowControl/>
      <w:spacing w:before="200" w:line="276" w:lineRule="auto"/>
      <w:outlineLvl w:val="3"/>
    </w:pPr>
    <w:rPr>
      <w:rFonts w:asciiTheme="majorHAnsi" w:eastAsiaTheme="majorEastAsia" w:hAnsiTheme="majorHAnsi" w:cstheme="majorBidi"/>
      <w:b/>
      <w:bCs/>
      <w:i/>
      <w:iCs/>
      <w:color w:val="4F81BD" w:themeColor="accent1"/>
      <w:sz w:val="17"/>
      <w:szCs w:val="22"/>
    </w:rPr>
  </w:style>
  <w:style w:type="paragraph" w:styleId="Heading5">
    <w:name w:val="heading 5"/>
    <w:basedOn w:val="Normal"/>
    <w:next w:val="Normal"/>
    <w:link w:val="Heading5Char"/>
    <w:uiPriority w:val="9"/>
    <w:semiHidden/>
    <w:unhideWhenUsed/>
    <w:qFormat/>
    <w:rsid w:val="00274D2F"/>
    <w:pPr>
      <w:keepNext/>
      <w:keepLines/>
      <w:widowControl/>
      <w:spacing w:before="200" w:line="276" w:lineRule="auto"/>
      <w:outlineLvl w:val="4"/>
    </w:pPr>
    <w:rPr>
      <w:rFonts w:asciiTheme="majorHAnsi" w:eastAsiaTheme="majorEastAsia" w:hAnsiTheme="majorHAnsi" w:cstheme="majorBidi"/>
      <w:color w:val="243F60" w:themeColor="accent1" w:themeShade="7F"/>
      <w:sz w:val="17"/>
      <w:szCs w:val="22"/>
    </w:rPr>
  </w:style>
  <w:style w:type="paragraph" w:styleId="Heading6">
    <w:name w:val="heading 6"/>
    <w:basedOn w:val="Normal"/>
    <w:next w:val="Normal"/>
    <w:link w:val="Heading6Char"/>
    <w:uiPriority w:val="9"/>
    <w:semiHidden/>
    <w:unhideWhenUsed/>
    <w:qFormat/>
    <w:rsid w:val="00274D2F"/>
    <w:pPr>
      <w:keepNext/>
      <w:keepLines/>
      <w:widowControl/>
      <w:spacing w:before="200" w:line="276" w:lineRule="auto"/>
      <w:outlineLvl w:val="5"/>
    </w:pPr>
    <w:rPr>
      <w:rFonts w:asciiTheme="majorHAnsi" w:eastAsiaTheme="majorEastAsia" w:hAnsiTheme="majorHAnsi" w:cstheme="majorBidi"/>
      <w:i/>
      <w:iCs/>
      <w:color w:val="243F60" w:themeColor="accent1" w:themeShade="7F"/>
      <w:sz w:val="17"/>
      <w:szCs w:val="22"/>
    </w:rPr>
  </w:style>
  <w:style w:type="paragraph" w:styleId="Heading7">
    <w:name w:val="heading 7"/>
    <w:basedOn w:val="Normal"/>
    <w:next w:val="Normal"/>
    <w:link w:val="Heading7Char"/>
    <w:uiPriority w:val="9"/>
    <w:semiHidden/>
    <w:unhideWhenUsed/>
    <w:qFormat/>
    <w:rsid w:val="00274D2F"/>
    <w:pPr>
      <w:keepNext/>
      <w:keepLines/>
      <w:widowControl/>
      <w:spacing w:before="200" w:line="276" w:lineRule="auto"/>
      <w:outlineLvl w:val="6"/>
    </w:pPr>
    <w:rPr>
      <w:rFonts w:asciiTheme="majorHAnsi" w:eastAsiaTheme="majorEastAsia" w:hAnsiTheme="majorHAnsi" w:cstheme="majorBidi"/>
      <w:i/>
      <w:iCs/>
      <w:color w:val="404040" w:themeColor="text1" w:themeTint="BF"/>
      <w:sz w:val="17"/>
      <w:szCs w:val="22"/>
    </w:rPr>
  </w:style>
  <w:style w:type="paragraph" w:styleId="Heading8">
    <w:name w:val="heading 8"/>
    <w:basedOn w:val="Normal"/>
    <w:next w:val="Normal"/>
    <w:link w:val="Heading8Char"/>
    <w:uiPriority w:val="9"/>
    <w:semiHidden/>
    <w:unhideWhenUsed/>
    <w:qFormat/>
    <w:rsid w:val="00274D2F"/>
    <w:pPr>
      <w:keepNext/>
      <w:keepLines/>
      <w:widowControl/>
      <w:spacing w:before="200" w:line="276" w:lineRule="auto"/>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274D2F"/>
    <w:pPr>
      <w:keepNext/>
      <w:keepLines/>
      <w:widowControl/>
      <w:spacing w:before="200" w:line="276" w:lineRule="auto"/>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C6007"/>
    <w:pPr>
      <w:tabs>
        <w:tab w:val="center" w:pos="4153"/>
        <w:tab w:val="right" w:pos="8306"/>
      </w:tabs>
    </w:pPr>
  </w:style>
  <w:style w:type="character" w:customStyle="1" w:styleId="FooterChar">
    <w:name w:val="Footer Char"/>
    <w:basedOn w:val="DefaultParagraphFont"/>
    <w:link w:val="Footer"/>
    <w:uiPriority w:val="99"/>
    <w:rsid w:val="00CC6007"/>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CC6007"/>
    <w:rPr>
      <w:rFonts w:ascii="Tahoma" w:hAnsi="Tahoma" w:cs="Tahoma"/>
      <w:sz w:val="16"/>
      <w:szCs w:val="16"/>
    </w:rPr>
  </w:style>
  <w:style w:type="character" w:customStyle="1" w:styleId="BalloonTextChar">
    <w:name w:val="Balloon Text Char"/>
    <w:basedOn w:val="DefaultParagraphFont"/>
    <w:link w:val="BalloonText"/>
    <w:uiPriority w:val="99"/>
    <w:semiHidden/>
    <w:rsid w:val="00CC6007"/>
    <w:rPr>
      <w:rFonts w:ascii="Tahoma" w:eastAsia="Times New Roman" w:hAnsi="Tahoma" w:cs="Tahoma"/>
      <w:sz w:val="16"/>
      <w:szCs w:val="16"/>
      <w:lang w:val="en-US"/>
    </w:rPr>
  </w:style>
  <w:style w:type="table" w:styleId="TableGrid">
    <w:name w:val="Table Grid"/>
    <w:basedOn w:val="TableNormal"/>
    <w:uiPriority w:val="59"/>
    <w:rsid w:val="00CC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5B86"/>
    <w:pPr>
      <w:ind w:left="720"/>
      <w:contextualSpacing/>
    </w:pPr>
  </w:style>
  <w:style w:type="character" w:styleId="Strong">
    <w:name w:val="Strong"/>
    <w:basedOn w:val="DefaultParagraphFont"/>
    <w:uiPriority w:val="22"/>
    <w:qFormat/>
    <w:rsid w:val="00AF195C"/>
    <w:rPr>
      <w:b/>
      <w:bCs/>
    </w:rPr>
  </w:style>
  <w:style w:type="paragraph" w:styleId="Header">
    <w:name w:val="header"/>
    <w:basedOn w:val="Normal"/>
    <w:link w:val="HeaderChar"/>
    <w:uiPriority w:val="99"/>
    <w:unhideWhenUsed/>
    <w:rsid w:val="006A4D3B"/>
    <w:pPr>
      <w:tabs>
        <w:tab w:val="center" w:pos="4513"/>
        <w:tab w:val="right" w:pos="9026"/>
      </w:tabs>
    </w:pPr>
  </w:style>
  <w:style w:type="character" w:customStyle="1" w:styleId="HeaderChar">
    <w:name w:val="Header Char"/>
    <w:basedOn w:val="DefaultParagraphFont"/>
    <w:link w:val="Header"/>
    <w:uiPriority w:val="99"/>
    <w:rsid w:val="006A4D3B"/>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012F05"/>
    <w:rPr>
      <w:color w:val="0000FF" w:themeColor="hyperlink"/>
      <w:u w:val="single"/>
    </w:rPr>
  </w:style>
  <w:style w:type="character" w:styleId="PageNumber">
    <w:name w:val="page number"/>
    <w:basedOn w:val="DefaultParagraphFont"/>
    <w:rsid w:val="004869C1"/>
  </w:style>
  <w:style w:type="character" w:styleId="PlaceholderText">
    <w:name w:val="Placeholder Text"/>
    <w:basedOn w:val="DefaultParagraphFont"/>
    <w:uiPriority w:val="99"/>
    <w:semiHidden/>
    <w:rsid w:val="00DA4375"/>
    <w:rPr>
      <w:color w:val="808080"/>
    </w:rPr>
  </w:style>
  <w:style w:type="character" w:styleId="FollowedHyperlink">
    <w:name w:val="FollowedHyperlink"/>
    <w:basedOn w:val="DefaultParagraphFont"/>
    <w:uiPriority w:val="99"/>
    <w:semiHidden/>
    <w:unhideWhenUsed/>
    <w:rsid w:val="0000324D"/>
    <w:rPr>
      <w:color w:val="800080" w:themeColor="followedHyperlink"/>
      <w:u w:val="single"/>
    </w:rPr>
  </w:style>
  <w:style w:type="paragraph" w:customStyle="1" w:styleId="Default">
    <w:name w:val="Default"/>
    <w:rsid w:val="0058203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E712C"/>
    <w:rPr>
      <w:b/>
      <w:bCs/>
    </w:rPr>
  </w:style>
  <w:style w:type="character" w:customStyle="1" w:styleId="CommentSubjectChar">
    <w:name w:val="Comment Subject Char"/>
    <w:basedOn w:val="CommentTextChar"/>
    <w:link w:val="CommentSubject"/>
    <w:uiPriority w:val="99"/>
    <w:semiHidden/>
    <w:rsid w:val="00DE712C"/>
    <w:rPr>
      <w:rFonts w:ascii="Times New Roman" w:eastAsia="Times New Roman" w:hAnsi="Times New Roman" w:cs="Times New Roman"/>
      <w:b/>
      <w:bCs/>
      <w:sz w:val="20"/>
      <w:szCs w:val="20"/>
      <w:lang w:val="en-US"/>
    </w:rPr>
  </w:style>
  <w:style w:type="character" w:customStyle="1" w:styleId="normaltextrun">
    <w:name w:val="normaltextrun"/>
    <w:basedOn w:val="DefaultParagraphFont"/>
    <w:rsid w:val="0091014C"/>
  </w:style>
  <w:style w:type="character" w:customStyle="1" w:styleId="eop">
    <w:name w:val="eop"/>
    <w:basedOn w:val="DefaultParagraphFont"/>
    <w:rsid w:val="0091014C"/>
  </w:style>
  <w:style w:type="character" w:customStyle="1" w:styleId="scxw100218963">
    <w:name w:val="scxw100218963"/>
    <w:basedOn w:val="DefaultParagraphFont"/>
    <w:rsid w:val="00BA5879"/>
  </w:style>
  <w:style w:type="character" w:customStyle="1" w:styleId="Heading1Char">
    <w:name w:val="Heading 1 Char"/>
    <w:basedOn w:val="DefaultParagraphFont"/>
    <w:link w:val="Heading1"/>
    <w:uiPriority w:val="9"/>
    <w:rsid w:val="00274D2F"/>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274D2F"/>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274D2F"/>
    <w:rPr>
      <w:rFonts w:asciiTheme="majorHAnsi" w:eastAsiaTheme="majorEastAsia" w:hAnsiTheme="majorHAnsi" w:cstheme="majorBidi"/>
      <w:b/>
      <w:bCs/>
      <w:color w:val="4F81BD" w:themeColor="accent1"/>
      <w:sz w:val="17"/>
      <w:lang w:val="en-US"/>
    </w:rPr>
  </w:style>
  <w:style w:type="character" w:customStyle="1" w:styleId="Heading4Char">
    <w:name w:val="Heading 4 Char"/>
    <w:basedOn w:val="DefaultParagraphFont"/>
    <w:link w:val="Heading4"/>
    <w:uiPriority w:val="9"/>
    <w:semiHidden/>
    <w:rsid w:val="00274D2F"/>
    <w:rPr>
      <w:rFonts w:asciiTheme="majorHAnsi" w:eastAsiaTheme="majorEastAsia" w:hAnsiTheme="majorHAnsi" w:cstheme="majorBidi"/>
      <w:b/>
      <w:bCs/>
      <w:i/>
      <w:iCs/>
      <w:color w:val="4F81BD" w:themeColor="accent1"/>
      <w:sz w:val="17"/>
      <w:lang w:val="en-US"/>
    </w:rPr>
  </w:style>
  <w:style w:type="character" w:customStyle="1" w:styleId="Heading5Char">
    <w:name w:val="Heading 5 Char"/>
    <w:basedOn w:val="DefaultParagraphFont"/>
    <w:link w:val="Heading5"/>
    <w:uiPriority w:val="9"/>
    <w:semiHidden/>
    <w:rsid w:val="00274D2F"/>
    <w:rPr>
      <w:rFonts w:asciiTheme="majorHAnsi" w:eastAsiaTheme="majorEastAsia" w:hAnsiTheme="majorHAnsi" w:cstheme="majorBidi"/>
      <w:color w:val="243F60" w:themeColor="accent1" w:themeShade="7F"/>
      <w:sz w:val="17"/>
      <w:lang w:val="en-US"/>
    </w:rPr>
  </w:style>
  <w:style w:type="character" w:customStyle="1" w:styleId="Heading6Char">
    <w:name w:val="Heading 6 Char"/>
    <w:basedOn w:val="DefaultParagraphFont"/>
    <w:link w:val="Heading6"/>
    <w:uiPriority w:val="9"/>
    <w:semiHidden/>
    <w:rsid w:val="00274D2F"/>
    <w:rPr>
      <w:rFonts w:asciiTheme="majorHAnsi" w:eastAsiaTheme="majorEastAsia" w:hAnsiTheme="majorHAnsi" w:cstheme="majorBidi"/>
      <w:i/>
      <w:iCs/>
      <w:color w:val="243F60" w:themeColor="accent1" w:themeShade="7F"/>
      <w:sz w:val="17"/>
      <w:lang w:val="en-US"/>
    </w:rPr>
  </w:style>
  <w:style w:type="character" w:customStyle="1" w:styleId="Heading7Char">
    <w:name w:val="Heading 7 Char"/>
    <w:basedOn w:val="DefaultParagraphFont"/>
    <w:link w:val="Heading7"/>
    <w:uiPriority w:val="9"/>
    <w:semiHidden/>
    <w:rsid w:val="00274D2F"/>
    <w:rPr>
      <w:rFonts w:asciiTheme="majorHAnsi" w:eastAsiaTheme="majorEastAsia" w:hAnsiTheme="majorHAnsi" w:cstheme="majorBidi"/>
      <w:i/>
      <w:iCs/>
      <w:color w:val="404040" w:themeColor="text1" w:themeTint="BF"/>
      <w:sz w:val="17"/>
      <w:lang w:val="en-US"/>
    </w:rPr>
  </w:style>
  <w:style w:type="character" w:customStyle="1" w:styleId="Heading8Char">
    <w:name w:val="Heading 8 Char"/>
    <w:basedOn w:val="DefaultParagraphFont"/>
    <w:link w:val="Heading8"/>
    <w:uiPriority w:val="9"/>
    <w:semiHidden/>
    <w:rsid w:val="00274D2F"/>
    <w:rPr>
      <w:rFonts w:asciiTheme="majorHAnsi" w:eastAsiaTheme="majorEastAsia" w:hAnsiTheme="majorHAnsi" w:cstheme="majorBidi"/>
      <w:color w:val="4F81BD" w:themeColor="accent1"/>
      <w:sz w:val="20"/>
      <w:szCs w:val="20"/>
      <w:lang w:val="en-US"/>
    </w:rPr>
  </w:style>
  <w:style w:type="character" w:customStyle="1" w:styleId="Heading9Char">
    <w:name w:val="Heading 9 Char"/>
    <w:basedOn w:val="DefaultParagraphFont"/>
    <w:link w:val="Heading9"/>
    <w:uiPriority w:val="9"/>
    <w:semiHidden/>
    <w:rsid w:val="00274D2F"/>
    <w:rPr>
      <w:rFonts w:asciiTheme="majorHAnsi" w:eastAsiaTheme="majorEastAsia" w:hAnsiTheme="majorHAnsi" w:cstheme="majorBidi"/>
      <w:i/>
      <w:iCs/>
      <w:color w:val="404040" w:themeColor="text1" w:themeTint="BF"/>
      <w:sz w:val="20"/>
      <w:szCs w:val="20"/>
      <w:lang w:val="en-US"/>
    </w:rPr>
  </w:style>
  <w:style w:type="numbering" w:customStyle="1" w:styleId="NoList1">
    <w:name w:val="No List1"/>
    <w:next w:val="NoList"/>
    <w:uiPriority w:val="99"/>
    <w:semiHidden/>
    <w:unhideWhenUsed/>
    <w:rsid w:val="00274D2F"/>
  </w:style>
  <w:style w:type="paragraph" w:styleId="NoSpacing">
    <w:name w:val="No Spacing"/>
    <w:uiPriority w:val="1"/>
    <w:qFormat/>
    <w:rsid w:val="00274D2F"/>
    <w:pPr>
      <w:spacing w:after="0" w:line="240" w:lineRule="auto"/>
    </w:pPr>
    <w:rPr>
      <w:rFonts w:ascii="Aptos" w:eastAsiaTheme="minorEastAsia" w:hAnsi="Aptos"/>
      <w:lang w:val="en-US"/>
    </w:rPr>
  </w:style>
  <w:style w:type="paragraph" w:styleId="Title">
    <w:name w:val="Title"/>
    <w:basedOn w:val="Normal"/>
    <w:next w:val="Normal"/>
    <w:link w:val="TitleChar"/>
    <w:uiPriority w:val="10"/>
    <w:qFormat/>
    <w:rsid w:val="00274D2F"/>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74D2F"/>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274D2F"/>
    <w:pPr>
      <w:widowControl/>
      <w:numPr>
        <w:ilvl w:val="1"/>
      </w:numPr>
      <w:spacing w:after="200" w:line="276" w:lineRule="auto"/>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274D2F"/>
    <w:rPr>
      <w:rFonts w:asciiTheme="majorHAnsi" w:eastAsiaTheme="majorEastAsia" w:hAnsiTheme="majorHAnsi" w:cstheme="majorBidi"/>
      <w:i/>
      <w:iCs/>
      <w:color w:val="4F81BD" w:themeColor="accent1"/>
      <w:spacing w:val="15"/>
      <w:sz w:val="24"/>
      <w:szCs w:val="24"/>
      <w:lang w:val="en-US"/>
    </w:rPr>
  </w:style>
  <w:style w:type="paragraph" w:styleId="BodyText">
    <w:name w:val="Body Text"/>
    <w:basedOn w:val="Normal"/>
    <w:link w:val="BodyTextChar"/>
    <w:uiPriority w:val="99"/>
    <w:unhideWhenUsed/>
    <w:rsid w:val="00274D2F"/>
    <w:pPr>
      <w:widowControl/>
      <w:spacing w:after="120" w:line="276" w:lineRule="auto"/>
    </w:pPr>
    <w:rPr>
      <w:rFonts w:ascii="Aptos" w:eastAsiaTheme="minorEastAsia" w:hAnsi="Aptos" w:cstheme="minorBidi"/>
      <w:sz w:val="17"/>
      <w:szCs w:val="22"/>
    </w:rPr>
  </w:style>
  <w:style w:type="character" w:customStyle="1" w:styleId="BodyTextChar">
    <w:name w:val="Body Text Char"/>
    <w:basedOn w:val="DefaultParagraphFont"/>
    <w:link w:val="BodyText"/>
    <w:uiPriority w:val="99"/>
    <w:rsid w:val="00274D2F"/>
    <w:rPr>
      <w:rFonts w:ascii="Aptos" w:eastAsiaTheme="minorEastAsia" w:hAnsi="Aptos"/>
      <w:sz w:val="17"/>
      <w:lang w:val="en-US"/>
    </w:rPr>
  </w:style>
  <w:style w:type="paragraph" w:styleId="BodyText2">
    <w:name w:val="Body Text 2"/>
    <w:basedOn w:val="Normal"/>
    <w:link w:val="BodyText2Char"/>
    <w:uiPriority w:val="99"/>
    <w:unhideWhenUsed/>
    <w:rsid w:val="00274D2F"/>
    <w:pPr>
      <w:widowControl/>
      <w:spacing w:after="120" w:line="480" w:lineRule="auto"/>
    </w:pPr>
    <w:rPr>
      <w:rFonts w:ascii="Aptos" w:eastAsiaTheme="minorEastAsia" w:hAnsi="Aptos" w:cstheme="minorBidi"/>
      <w:sz w:val="17"/>
      <w:szCs w:val="22"/>
    </w:rPr>
  </w:style>
  <w:style w:type="character" w:customStyle="1" w:styleId="BodyText2Char">
    <w:name w:val="Body Text 2 Char"/>
    <w:basedOn w:val="DefaultParagraphFont"/>
    <w:link w:val="BodyText2"/>
    <w:uiPriority w:val="99"/>
    <w:rsid w:val="00274D2F"/>
    <w:rPr>
      <w:rFonts w:ascii="Aptos" w:eastAsiaTheme="minorEastAsia" w:hAnsi="Aptos"/>
      <w:sz w:val="17"/>
      <w:lang w:val="en-US"/>
    </w:rPr>
  </w:style>
  <w:style w:type="paragraph" w:styleId="BodyText3">
    <w:name w:val="Body Text 3"/>
    <w:basedOn w:val="Normal"/>
    <w:link w:val="BodyText3Char"/>
    <w:uiPriority w:val="99"/>
    <w:unhideWhenUsed/>
    <w:rsid w:val="00274D2F"/>
    <w:pPr>
      <w:widowControl/>
      <w:spacing w:after="120" w:line="276" w:lineRule="auto"/>
    </w:pPr>
    <w:rPr>
      <w:rFonts w:ascii="Aptos" w:eastAsiaTheme="minorEastAsia" w:hAnsi="Aptos" w:cstheme="minorBidi"/>
      <w:sz w:val="16"/>
      <w:szCs w:val="16"/>
    </w:rPr>
  </w:style>
  <w:style w:type="character" w:customStyle="1" w:styleId="BodyText3Char">
    <w:name w:val="Body Text 3 Char"/>
    <w:basedOn w:val="DefaultParagraphFont"/>
    <w:link w:val="BodyText3"/>
    <w:uiPriority w:val="99"/>
    <w:rsid w:val="00274D2F"/>
    <w:rPr>
      <w:rFonts w:ascii="Aptos" w:eastAsiaTheme="minorEastAsia" w:hAnsi="Aptos"/>
      <w:sz w:val="16"/>
      <w:szCs w:val="16"/>
      <w:lang w:val="en-US"/>
    </w:rPr>
  </w:style>
  <w:style w:type="paragraph" w:styleId="List">
    <w:name w:val="List"/>
    <w:basedOn w:val="Normal"/>
    <w:uiPriority w:val="99"/>
    <w:unhideWhenUsed/>
    <w:rsid w:val="00274D2F"/>
    <w:pPr>
      <w:widowControl/>
      <w:spacing w:after="200" w:line="276" w:lineRule="auto"/>
      <w:ind w:left="360" w:hanging="360"/>
      <w:contextualSpacing/>
    </w:pPr>
    <w:rPr>
      <w:rFonts w:ascii="Aptos" w:eastAsiaTheme="minorEastAsia" w:hAnsi="Aptos" w:cstheme="minorBidi"/>
      <w:sz w:val="17"/>
      <w:szCs w:val="22"/>
    </w:rPr>
  </w:style>
  <w:style w:type="paragraph" w:styleId="List2">
    <w:name w:val="List 2"/>
    <w:basedOn w:val="Normal"/>
    <w:uiPriority w:val="99"/>
    <w:unhideWhenUsed/>
    <w:rsid w:val="00274D2F"/>
    <w:pPr>
      <w:widowControl/>
      <w:spacing w:after="200" w:line="276" w:lineRule="auto"/>
      <w:ind w:left="720" w:hanging="360"/>
      <w:contextualSpacing/>
    </w:pPr>
    <w:rPr>
      <w:rFonts w:ascii="Aptos" w:eastAsiaTheme="minorEastAsia" w:hAnsi="Aptos" w:cstheme="minorBidi"/>
      <w:sz w:val="17"/>
      <w:szCs w:val="22"/>
    </w:rPr>
  </w:style>
  <w:style w:type="paragraph" w:styleId="List3">
    <w:name w:val="List 3"/>
    <w:basedOn w:val="Normal"/>
    <w:uiPriority w:val="99"/>
    <w:unhideWhenUsed/>
    <w:rsid w:val="00274D2F"/>
    <w:pPr>
      <w:widowControl/>
      <w:spacing w:after="200" w:line="276" w:lineRule="auto"/>
      <w:ind w:left="1080" w:hanging="360"/>
      <w:contextualSpacing/>
    </w:pPr>
    <w:rPr>
      <w:rFonts w:ascii="Aptos" w:eastAsiaTheme="minorEastAsia" w:hAnsi="Aptos" w:cstheme="minorBidi"/>
      <w:sz w:val="17"/>
      <w:szCs w:val="22"/>
    </w:rPr>
  </w:style>
  <w:style w:type="paragraph" w:styleId="ListBullet">
    <w:name w:val="List Bullet"/>
    <w:basedOn w:val="Normal"/>
    <w:uiPriority w:val="99"/>
    <w:unhideWhenUsed/>
    <w:rsid w:val="00274D2F"/>
    <w:pPr>
      <w:widowControl/>
      <w:numPr>
        <w:numId w:val="15"/>
      </w:numPr>
      <w:spacing w:after="200" w:line="276" w:lineRule="auto"/>
      <w:contextualSpacing/>
    </w:pPr>
    <w:rPr>
      <w:rFonts w:ascii="Aptos" w:eastAsiaTheme="minorEastAsia" w:hAnsi="Aptos" w:cstheme="minorBidi"/>
      <w:sz w:val="17"/>
      <w:szCs w:val="22"/>
    </w:rPr>
  </w:style>
  <w:style w:type="paragraph" w:styleId="ListBullet2">
    <w:name w:val="List Bullet 2"/>
    <w:basedOn w:val="Normal"/>
    <w:uiPriority w:val="99"/>
    <w:unhideWhenUsed/>
    <w:rsid w:val="00274D2F"/>
    <w:pPr>
      <w:widowControl/>
      <w:numPr>
        <w:numId w:val="16"/>
      </w:numPr>
      <w:tabs>
        <w:tab w:val="clear" w:pos="720"/>
      </w:tabs>
      <w:spacing w:after="200" w:line="276" w:lineRule="auto"/>
      <w:ind w:left="0" w:firstLine="0"/>
      <w:contextualSpacing/>
    </w:pPr>
    <w:rPr>
      <w:rFonts w:ascii="Aptos" w:eastAsiaTheme="minorEastAsia" w:hAnsi="Aptos" w:cstheme="minorBidi"/>
      <w:sz w:val="17"/>
      <w:szCs w:val="22"/>
    </w:rPr>
  </w:style>
  <w:style w:type="paragraph" w:styleId="ListBullet3">
    <w:name w:val="List Bullet 3"/>
    <w:basedOn w:val="Normal"/>
    <w:uiPriority w:val="99"/>
    <w:unhideWhenUsed/>
    <w:rsid w:val="00274D2F"/>
    <w:pPr>
      <w:widowControl/>
      <w:numPr>
        <w:numId w:val="17"/>
      </w:numPr>
      <w:tabs>
        <w:tab w:val="clear" w:pos="1080"/>
      </w:tabs>
      <w:spacing w:after="200" w:line="276" w:lineRule="auto"/>
      <w:ind w:left="0" w:firstLine="0"/>
      <w:contextualSpacing/>
    </w:pPr>
    <w:rPr>
      <w:rFonts w:ascii="Aptos" w:eastAsiaTheme="minorEastAsia" w:hAnsi="Aptos" w:cstheme="minorBidi"/>
      <w:sz w:val="17"/>
      <w:szCs w:val="22"/>
    </w:rPr>
  </w:style>
  <w:style w:type="paragraph" w:styleId="ListNumber">
    <w:name w:val="List Number"/>
    <w:basedOn w:val="Normal"/>
    <w:uiPriority w:val="99"/>
    <w:unhideWhenUsed/>
    <w:rsid w:val="00274D2F"/>
    <w:pPr>
      <w:widowControl/>
      <w:numPr>
        <w:numId w:val="19"/>
      </w:numPr>
      <w:tabs>
        <w:tab w:val="clear" w:pos="360"/>
      </w:tabs>
      <w:spacing w:after="200" w:line="276" w:lineRule="auto"/>
      <w:ind w:left="0" w:firstLine="0"/>
      <w:contextualSpacing/>
    </w:pPr>
    <w:rPr>
      <w:rFonts w:ascii="Aptos" w:eastAsiaTheme="minorEastAsia" w:hAnsi="Aptos" w:cstheme="minorBidi"/>
      <w:sz w:val="17"/>
      <w:szCs w:val="22"/>
    </w:rPr>
  </w:style>
  <w:style w:type="paragraph" w:styleId="ListNumber2">
    <w:name w:val="List Number 2"/>
    <w:basedOn w:val="Normal"/>
    <w:uiPriority w:val="99"/>
    <w:unhideWhenUsed/>
    <w:rsid w:val="00274D2F"/>
    <w:pPr>
      <w:widowControl/>
      <w:numPr>
        <w:numId w:val="20"/>
      </w:numPr>
      <w:tabs>
        <w:tab w:val="clear" w:pos="720"/>
      </w:tabs>
      <w:spacing w:after="200" w:line="276" w:lineRule="auto"/>
      <w:ind w:left="0" w:firstLine="0"/>
      <w:contextualSpacing/>
    </w:pPr>
    <w:rPr>
      <w:rFonts w:ascii="Aptos" w:eastAsiaTheme="minorEastAsia" w:hAnsi="Aptos" w:cstheme="minorBidi"/>
      <w:sz w:val="17"/>
      <w:szCs w:val="22"/>
    </w:rPr>
  </w:style>
  <w:style w:type="paragraph" w:styleId="ListNumber3">
    <w:name w:val="List Number 3"/>
    <w:basedOn w:val="Normal"/>
    <w:uiPriority w:val="99"/>
    <w:unhideWhenUsed/>
    <w:rsid w:val="00274D2F"/>
    <w:pPr>
      <w:widowControl/>
      <w:numPr>
        <w:numId w:val="21"/>
      </w:numPr>
      <w:tabs>
        <w:tab w:val="clear" w:pos="1080"/>
      </w:tabs>
      <w:spacing w:after="200" w:line="276" w:lineRule="auto"/>
      <w:ind w:left="0" w:firstLine="0"/>
      <w:contextualSpacing/>
    </w:pPr>
    <w:rPr>
      <w:rFonts w:ascii="Aptos" w:eastAsiaTheme="minorEastAsia" w:hAnsi="Aptos" w:cstheme="minorBidi"/>
      <w:sz w:val="17"/>
      <w:szCs w:val="22"/>
    </w:rPr>
  </w:style>
  <w:style w:type="paragraph" w:styleId="ListContinue">
    <w:name w:val="List Continue"/>
    <w:basedOn w:val="Normal"/>
    <w:uiPriority w:val="99"/>
    <w:unhideWhenUsed/>
    <w:rsid w:val="00274D2F"/>
    <w:pPr>
      <w:widowControl/>
      <w:spacing w:after="120" w:line="276" w:lineRule="auto"/>
      <w:ind w:left="360"/>
      <w:contextualSpacing/>
    </w:pPr>
    <w:rPr>
      <w:rFonts w:ascii="Aptos" w:eastAsiaTheme="minorEastAsia" w:hAnsi="Aptos" w:cstheme="minorBidi"/>
      <w:sz w:val="17"/>
      <w:szCs w:val="22"/>
    </w:rPr>
  </w:style>
  <w:style w:type="paragraph" w:styleId="ListContinue2">
    <w:name w:val="List Continue 2"/>
    <w:basedOn w:val="Normal"/>
    <w:uiPriority w:val="99"/>
    <w:unhideWhenUsed/>
    <w:rsid w:val="00274D2F"/>
    <w:pPr>
      <w:widowControl/>
      <w:spacing w:after="120" w:line="276" w:lineRule="auto"/>
      <w:ind w:left="720"/>
      <w:contextualSpacing/>
    </w:pPr>
    <w:rPr>
      <w:rFonts w:ascii="Aptos" w:eastAsiaTheme="minorEastAsia" w:hAnsi="Aptos" w:cstheme="minorBidi"/>
      <w:sz w:val="17"/>
      <w:szCs w:val="22"/>
    </w:rPr>
  </w:style>
  <w:style w:type="paragraph" w:styleId="ListContinue3">
    <w:name w:val="List Continue 3"/>
    <w:basedOn w:val="Normal"/>
    <w:uiPriority w:val="99"/>
    <w:unhideWhenUsed/>
    <w:rsid w:val="00274D2F"/>
    <w:pPr>
      <w:widowControl/>
      <w:spacing w:after="120" w:line="276" w:lineRule="auto"/>
      <w:ind w:left="1080"/>
      <w:contextualSpacing/>
    </w:pPr>
    <w:rPr>
      <w:rFonts w:ascii="Aptos" w:eastAsiaTheme="minorEastAsia" w:hAnsi="Aptos" w:cstheme="minorBidi"/>
      <w:sz w:val="17"/>
      <w:szCs w:val="22"/>
    </w:rPr>
  </w:style>
  <w:style w:type="paragraph" w:styleId="MacroText">
    <w:name w:val="macro"/>
    <w:link w:val="MacroTextChar"/>
    <w:uiPriority w:val="99"/>
    <w:unhideWhenUsed/>
    <w:rsid w:val="00274D2F"/>
    <w:pPr>
      <w:tabs>
        <w:tab w:val="left" w:pos="576"/>
        <w:tab w:val="left" w:pos="1152"/>
        <w:tab w:val="left" w:pos="1728"/>
        <w:tab w:val="left" w:pos="2304"/>
        <w:tab w:val="left" w:pos="2880"/>
        <w:tab w:val="left" w:pos="3456"/>
        <w:tab w:val="left" w:pos="4032"/>
      </w:tabs>
    </w:pPr>
    <w:rPr>
      <w:rFonts w:ascii="Aptos" w:eastAsiaTheme="minorEastAsia" w:hAnsi="Aptos"/>
      <w:sz w:val="20"/>
      <w:szCs w:val="20"/>
      <w:lang w:val="en-US"/>
    </w:rPr>
  </w:style>
  <w:style w:type="character" w:customStyle="1" w:styleId="MacroTextChar">
    <w:name w:val="Macro Text Char"/>
    <w:basedOn w:val="DefaultParagraphFont"/>
    <w:link w:val="MacroText"/>
    <w:uiPriority w:val="99"/>
    <w:rsid w:val="00274D2F"/>
    <w:rPr>
      <w:rFonts w:ascii="Aptos" w:eastAsiaTheme="minorEastAsia" w:hAnsi="Aptos"/>
      <w:sz w:val="20"/>
      <w:szCs w:val="20"/>
      <w:lang w:val="en-US"/>
    </w:rPr>
  </w:style>
  <w:style w:type="paragraph" w:styleId="Quote">
    <w:name w:val="Quote"/>
    <w:basedOn w:val="Normal"/>
    <w:next w:val="Normal"/>
    <w:link w:val="QuoteChar"/>
    <w:uiPriority w:val="29"/>
    <w:qFormat/>
    <w:rsid w:val="00274D2F"/>
    <w:pPr>
      <w:widowControl/>
      <w:spacing w:after="200" w:line="276" w:lineRule="auto"/>
    </w:pPr>
    <w:rPr>
      <w:rFonts w:ascii="Aptos" w:eastAsiaTheme="minorEastAsia" w:hAnsi="Aptos" w:cstheme="minorBidi"/>
      <w:i/>
      <w:iCs/>
      <w:color w:val="000000" w:themeColor="text1"/>
      <w:sz w:val="17"/>
      <w:szCs w:val="22"/>
    </w:rPr>
  </w:style>
  <w:style w:type="character" w:customStyle="1" w:styleId="QuoteChar">
    <w:name w:val="Quote Char"/>
    <w:basedOn w:val="DefaultParagraphFont"/>
    <w:link w:val="Quote"/>
    <w:uiPriority w:val="29"/>
    <w:rsid w:val="00274D2F"/>
    <w:rPr>
      <w:rFonts w:ascii="Aptos" w:eastAsiaTheme="minorEastAsia" w:hAnsi="Aptos"/>
      <w:i/>
      <w:iCs/>
      <w:color w:val="000000" w:themeColor="text1"/>
      <w:sz w:val="17"/>
      <w:lang w:val="en-US"/>
    </w:rPr>
  </w:style>
  <w:style w:type="paragraph" w:styleId="Caption">
    <w:name w:val="caption"/>
    <w:basedOn w:val="Normal"/>
    <w:next w:val="Normal"/>
    <w:uiPriority w:val="35"/>
    <w:semiHidden/>
    <w:unhideWhenUsed/>
    <w:qFormat/>
    <w:rsid w:val="00274D2F"/>
    <w:pPr>
      <w:widowControl/>
      <w:spacing w:after="200"/>
    </w:pPr>
    <w:rPr>
      <w:rFonts w:ascii="Aptos" w:eastAsiaTheme="minorEastAsia" w:hAnsi="Aptos" w:cstheme="minorBidi"/>
      <w:b/>
      <w:bCs/>
      <w:color w:val="4F81BD" w:themeColor="accent1"/>
      <w:sz w:val="18"/>
      <w:szCs w:val="18"/>
    </w:rPr>
  </w:style>
  <w:style w:type="character" w:styleId="Emphasis">
    <w:name w:val="Emphasis"/>
    <w:basedOn w:val="DefaultParagraphFont"/>
    <w:uiPriority w:val="20"/>
    <w:qFormat/>
    <w:rsid w:val="00274D2F"/>
    <w:rPr>
      <w:rFonts w:ascii="Aptos" w:hAnsi="Aptos"/>
      <w:i/>
      <w:iCs/>
    </w:rPr>
  </w:style>
  <w:style w:type="paragraph" w:styleId="IntenseQuote">
    <w:name w:val="Intense Quote"/>
    <w:basedOn w:val="Normal"/>
    <w:next w:val="Normal"/>
    <w:link w:val="IntenseQuoteChar"/>
    <w:uiPriority w:val="30"/>
    <w:qFormat/>
    <w:rsid w:val="00274D2F"/>
    <w:pPr>
      <w:widowControl/>
      <w:pBdr>
        <w:bottom w:val="single" w:sz="4" w:space="4" w:color="4F81BD" w:themeColor="accent1"/>
      </w:pBdr>
      <w:spacing w:before="200" w:after="280" w:line="276" w:lineRule="auto"/>
      <w:ind w:left="936" w:right="936"/>
    </w:pPr>
    <w:rPr>
      <w:rFonts w:ascii="Aptos" w:eastAsiaTheme="minorEastAsia" w:hAnsi="Aptos" w:cstheme="minorBidi"/>
      <w:b/>
      <w:bCs/>
      <w:i/>
      <w:iCs/>
      <w:color w:val="4F81BD" w:themeColor="accent1"/>
      <w:sz w:val="17"/>
      <w:szCs w:val="22"/>
    </w:rPr>
  </w:style>
  <w:style w:type="character" w:customStyle="1" w:styleId="IntenseQuoteChar">
    <w:name w:val="Intense Quote Char"/>
    <w:basedOn w:val="DefaultParagraphFont"/>
    <w:link w:val="IntenseQuote"/>
    <w:uiPriority w:val="30"/>
    <w:rsid w:val="00274D2F"/>
    <w:rPr>
      <w:rFonts w:ascii="Aptos" w:eastAsiaTheme="minorEastAsia" w:hAnsi="Aptos"/>
      <w:b/>
      <w:bCs/>
      <w:i/>
      <w:iCs/>
      <w:color w:val="4F81BD" w:themeColor="accent1"/>
      <w:sz w:val="17"/>
      <w:lang w:val="en-US"/>
    </w:rPr>
  </w:style>
  <w:style w:type="character" w:styleId="SubtleEmphasis">
    <w:name w:val="Subtle Emphasis"/>
    <w:basedOn w:val="DefaultParagraphFont"/>
    <w:uiPriority w:val="19"/>
    <w:qFormat/>
    <w:rsid w:val="00274D2F"/>
    <w:rPr>
      <w:rFonts w:ascii="Aptos" w:hAnsi="Aptos"/>
      <w:i/>
      <w:iCs/>
      <w:color w:val="808080" w:themeColor="text1" w:themeTint="7F"/>
    </w:rPr>
  </w:style>
  <w:style w:type="character" w:styleId="IntenseEmphasis">
    <w:name w:val="Intense Emphasis"/>
    <w:basedOn w:val="DefaultParagraphFont"/>
    <w:uiPriority w:val="21"/>
    <w:qFormat/>
    <w:rsid w:val="00274D2F"/>
    <w:rPr>
      <w:rFonts w:ascii="Aptos" w:hAnsi="Aptos"/>
      <w:b/>
      <w:bCs/>
      <w:i/>
      <w:iCs/>
      <w:color w:val="4F81BD" w:themeColor="accent1"/>
    </w:rPr>
  </w:style>
  <w:style w:type="character" w:styleId="SubtleReference">
    <w:name w:val="Subtle Reference"/>
    <w:basedOn w:val="DefaultParagraphFont"/>
    <w:uiPriority w:val="31"/>
    <w:qFormat/>
    <w:rsid w:val="00274D2F"/>
    <w:rPr>
      <w:rFonts w:ascii="Aptos" w:hAnsi="Aptos"/>
      <w:smallCaps/>
      <w:color w:val="C0504D" w:themeColor="accent2"/>
      <w:u w:val="single"/>
    </w:rPr>
  </w:style>
  <w:style w:type="character" w:styleId="IntenseReference">
    <w:name w:val="Intense Reference"/>
    <w:basedOn w:val="DefaultParagraphFont"/>
    <w:uiPriority w:val="32"/>
    <w:qFormat/>
    <w:rsid w:val="00274D2F"/>
    <w:rPr>
      <w:rFonts w:ascii="Aptos" w:hAnsi="Aptos"/>
      <w:b/>
      <w:bCs/>
      <w:smallCaps/>
      <w:color w:val="C0504D" w:themeColor="accent2"/>
      <w:spacing w:val="5"/>
      <w:u w:val="single"/>
    </w:rPr>
  </w:style>
  <w:style w:type="character" w:styleId="BookTitle">
    <w:name w:val="Book Title"/>
    <w:basedOn w:val="DefaultParagraphFont"/>
    <w:uiPriority w:val="33"/>
    <w:qFormat/>
    <w:rsid w:val="00274D2F"/>
    <w:rPr>
      <w:rFonts w:ascii="Aptos" w:hAnsi="Aptos"/>
      <w:b/>
      <w:bCs/>
      <w:smallCaps/>
      <w:spacing w:val="5"/>
    </w:rPr>
  </w:style>
  <w:style w:type="paragraph" w:styleId="TOCHeading">
    <w:name w:val="TOC Heading"/>
    <w:basedOn w:val="Heading1"/>
    <w:next w:val="Normal"/>
    <w:uiPriority w:val="39"/>
    <w:semiHidden/>
    <w:unhideWhenUsed/>
    <w:qFormat/>
    <w:rsid w:val="00274D2F"/>
    <w:pPr>
      <w:outlineLvl w:val="9"/>
    </w:pPr>
    <w:rPr>
      <w:rFonts w:ascii="Aptos" w:hAnsi="Aptos"/>
    </w:rPr>
  </w:style>
  <w:style w:type="table" w:customStyle="1" w:styleId="TableGrid1">
    <w:name w:val="Table Grid1"/>
    <w:basedOn w:val="TableNormal"/>
    <w:next w:val="TableGrid"/>
    <w:uiPriority w:val="59"/>
    <w:rsid w:val="00274D2F"/>
    <w:pPr>
      <w:spacing w:after="0" w:line="240" w:lineRule="auto"/>
    </w:pPr>
    <w:rPr>
      <w:rFonts w:ascii="Aptos" w:eastAsiaTheme="minorEastAsia" w:hAnsi="Aptos"/>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74D2F"/>
    <w:pPr>
      <w:spacing w:after="0" w:line="240" w:lineRule="auto"/>
    </w:pPr>
    <w:rPr>
      <w:rFonts w:ascii="Aptos" w:eastAsiaTheme="minorEastAsia" w:hAnsi="Aptos"/>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74D2F"/>
    <w:pPr>
      <w:spacing w:after="0" w:line="240" w:lineRule="auto"/>
    </w:pPr>
    <w:rPr>
      <w:rFonts w:ascii="Aptos" w:eastAsiaTheme="minorEastAsia" w:hAnsi="Aptos"/>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74D2F"/>
    <w:pPr>
      <w:spacing w:after="0" w:line="240" w:lineRule="auto"/>
    </w:pPr>
    <w:rPr>
      <w:rFonts w:ascii="Aptos" w:eastAsiaTheme="minorEastAsia" w:hAnsi="Aptos"/>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74D2F"/>
    <w:pPr>
      <w:spacing w:after="0" w:line="240" w:lineRule="auto"/>
    </w:pPr>
    <w:rPr>
      <w:rFonts w:ascii="Aptos" w:eastAsiaTheme="minorEastAsia" w:hAnsi="Aptos"/>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74D2F"/>
    <w:pPr>
      <w:spacing w:after="0" w:line="240" w:lineRule="auto"/>
    </w:pPr>
    <w:rPr>
      <w:rFonts w:ascii="Aptos" w:eastAsiaTheme="minorEastAsia" w:hAnsi="Aptos"/>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74D2F"/>
    <w:pPr>
      <w:spacing w:after="0" w:line="240" w:lineRule="auto"/>
    </w:pPr>
    <w:rPr>
      <w:rFonts w:ascii="Aptos" w:eastAsiaTheme="minorEastAsia" w:hAnsi="Aptos"/>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74D2F"/>
    <w:pPr>
      <w:spacing w:after="0" w:line="240" w:lineRule="auto"/>
    </w:pPr>
    <w:rPr>
      <w:rFonts w:ascii="Aptos" w:eastAsiaTheme="minorEastAsia" w:hAnsi="Aptos"/>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74D2F"/>
    <w:pPr>
      <w:spacing w:after="0" w:line="240" w:lineRule="auto"/>
    </w:pPr>
    <w:rPr>
      <w:rFonts w:ascii="Aptos" w:eastAsiaTheme="minorEastAsia" w:hAnsi="Aptos"/>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74D2F"/>
    <w:pPr>
      <w:spacing w:after="0" w:line="240" w:lineRule="auto"/>
    </w:pPr>
    <w:rPr>
      <w:rFonts w:ascii="Aptos" w:eastAsiaTheme="minorEastAsia" w:hAnsi="Aptos"/>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74D2F"/>
    <w:pPr>
      <w:spacing w:after="0" w:line="240" w:lineRule="auto"/>
    </w:pPr>
    <w:rPr>
      <w:rFonts w:ascii="Aptos" w:eastAsiaTheme="minorEastAsia" w:hAnsi="Aptos"/>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74D2F"/>
    <w:pPr>
      <w:spacing w:after="0" w:line="240" w:lineRule="auto"/>
    </w:pPr>
    <w:rPr>
      <w:rFonts w:ascii="Aptos" w:eastAsiaTheme="minorEastAsia" w:hAnsi="Aptos"/>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74D2F"/>
    <w:pPr>
      <w:spacing w:after="0" w:line="240" w:lineRule="auto"/>
    </w:pPr>
    <w:rPr>
      <w:rFonts w:ascii="Aptos" w:eastAsiaTheme="minorEastAsia" w:hAnsi="Aptos"/>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74D2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74D2F"/>
    <w:pPr>
      <w:spacing w:after="0" w:line="240" w:lineRule="auto"/>
    </w:pPr>
    <w:rPr>
      <w:rFonts w:ascii="Aptos" w:eastAsiaTheme="minorEastAsia" w:hAnsi="Aptos"/>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74D2F"/>
    <w:pPr>
      <w:spacing w:after="0" w:line="240" w:lineRule="auto"/>
    </w:pPr>
    <w:rPr>
      <w:rFonts w:ascii="Aptos" w:eastAsiaTheme="minorEastAsia" w:hAnsi="Aptos"/>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74D2F"/>
    <w:pPr>
      <w:spacing w:after="0" w:line="240" w:lineRule="auto"/>
    </w:pPr>
    <w:rPr>
      <w:rFonts w:ascii="Aptos" w:eastAsiaTheme="minorEastAsia" w:hAnsi="Aptos"/>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74D2F"/>
    <w:pPr>
      <w:spacing w:after="0" w:line="240" w:lineRule="auto"/>
    </w:pPr>
    <w:rPr>
      <w:rFonts w:ascii="Aptos" w:eastAsiaTheme="minorEastAsia" w:hAnsi="Aptos"/>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74D2F"/>
    <w:pPr>
      <w:spacing w:after="0" w:line="240" w:lineRule="auto"/>
    </w:pPr>
    <w:rPr>
      <w:rFonts w:ascii="Aptos" w:eastAsiaTheme="minorEastAsia" w:hAnsi="Aptos"/>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cxw250333823">
    <w:name w:val="scxw250333823"/>
    <w:basedOn w:val="DefaultParagraphFont"/>
    <w:rsid w:val="00D66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ka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0D7054BCB345F9A322C3AB71F8F5F9"/>
        <w:category>
          <w:name w:val="General"/>
          <w:gallery w:val="placeholder"/>
        </w:category>
        <w:types>
          <w:type w:val="bbPlcHdr"/>
        </w:types>
        <w:behaviors>
          <w:behavior w:val="content"/>
        </w:behaviors>
        <w:guid w:val="{73FC0D32-8BCF-4F71-9FFA-0A3D7101E6BD}"/>
      </w:docPartPr>
      <w:docPartBody>
        <w:p w:rsidR="00A16629" w:rsidRDefault="0072353A" w:rsidP="0072353A">
          <w:pPr>
            <w:pStyle w:val="BD0D7054BCB345F9A322C3AB71F8F5F94"/>
          </w:pPr>
          <w:r>
            <w:rPr>
              <w:rStyle w:val="PlaceholderText"/>
              <w:highlight w:val="yellow"/>
            </w:rPr>
            <w:t>Click here to enter text</w:t>
          </w:r>
        </w:p>
      </w:docPartBody>
    </w:docPart>
    <w:docPart>
      <w:docPartPr>
        <w:name w:val="C9761932A7644ED9ADD8ACCCAE0E9BD0"/>
        <w:category>
          <w:name w:val="General"/>
          <w:gallery w:val="placeholder"/>
        </w:category>
        <w:types>
          <w:type w:val="bbPlcHdr"/>
        </w:types>
        <w:behaviors>
          <w:behavior w:val="content"/>
        </w:behaviors>
        <w:guid w:val="{6F6E3C19-55ED-4776-A745-2FB0DA50FA66}"/>
      </w:docPartPr>
      <w:docPartBody>
        <w:p w:rsidR="00A16629" w:rsidRDefault="0072353A" w:rsidP="0072353A">
          <w:pPr>
            <w:pStyle w:val="C9761932A7644ED9ADD8ACCCAE0E9BD04"/>
          </w:pPr>
          <w:r>
            <w:rPr>
              <w:rStyle w:val="PlaceholderText"/>
              <w:highlight w:val="yellow"/>
            </w:rPr>
            <w:t>Click here to enter text</w:t>
          </w:r>
        </w:p>
      </w:docPartBody>
    </w:docPart>
    <w:docPart>
      <w:docPartPr>
        <w:name w:val="88BD366322B24D77AECAC1CBAD4E32C6"/>
        <w:category>
          <w:name w:val="General"/>
          <w:gallery w:val="placeholder"/>
        </w:category>
        <w:types>
          <w:type w:val="bbPlcHdr"/>
        </w:types>
        <w:behaviors>
          <w:behavior w:val="content"/>
        </w:behaviors>
        <w:guid w:val="{4D74D42E-D6A3-4BB5-8730-36A8D05E451A}"/>
      </w:docPartPr>
      <w:docPartBody>
        <w:p w:rsidR="00A16629" w:rsidRDefault="0072353A" w:rsidP="0072353A">
          <w:pPr>
            <w:pStyle w:val="88BD366322B24D77AECAC1CBAD4E32C64"/>
          </w:pPr>
          <w:r>
            <w:rPr>
              <w:rStyle w:val="PlaceholderText"/>
              <w:rFonts w:eastAsiaTheme="minorHAnsi"/>
              <w:highlight w:val="yellow"/>
            </w:rPr>
            <w:t xml:space="preserve">Select </w:t>
          </w:r>
          <w:r w:rsidRPr="00863D20">
            <w:rPr>
              <w:rStyle w:val="PlaceholderText"/>
              <w:rFonts w:eastAsiaTheme="minorHAnsi"/>
              <w:highlight w:val="yellow"/>
            </w:rPr>
            <w:t>a date</w:t>
          </w:r>
          <w:r>
            <w:rPr>
              <w:rStyle w:val="PlaceholderText"/>
              <w:rFonts w:eastAsiaTheme="minorHAnsi"/>
              <w:highlight w:val="yellow"/>
            </w:rPr>
            <w:t xml:space="preserve"> from the calendar</w:t>
          </w:r>
        </w:p>
      </w:docPartBody>
    </w:docPart>
    <w:docPart>
      <w:docPartPr>
        <w:name w:val="FBD6F2DD9FB6422D8A8E8DEA9E000201"/>
        <w:category>
          <w:name w:val="General"/>
          <w:gallery w:val="placeholder"/>
        </w:category>
        <w:types>
          <w:type w:val="bbPlcHdr"/>
        </w:types>
        <w:behaviors>
          <w:behavior w:val="content"/>
        </w:behaviors>
        <w:guid w:val="{833D9662-1606-456C-86F1-A6ABD8D1B9EF}"/>
      </w:docPartPr>
      <w:docPartBody>
        <w:p w:rsidR="0072353A" w:rsidRDefault="0072353A" w:rsidP="0072353A">
          <w:pPr>
            <w:pStyle w:val="FBD6F2DD9FB6422D8A8E8DEA9E0002013"/>
          </w:pPr>
          <w:r>
            <w:rPr>
              <w:rStyle w:val="PlaceholderText"/>
              <w:highlight w:val="cyan"/>
            </w:rPr>
            <w:t>new standard / scheme</w:t>
          </w:r>
        </w:p>
      </w:docPartBody>
    </w:docPart>
    <w:docPart>
      <w:docPartPr>
        <w:name w:val="138251BC6B154F6380412FAE9B60DA9F"/>
        <w:category>
          <w:name w:val="General"/>
          <w:gallery w:val="placeholder"/>
        </w:category>
        <w:types>
          <w:type w:val="bbPlcHdr"/>
        </w:types>
        <w:behaviors>
          <w:behavior w:val="content"/>
        </w:behaviors>
        <w:guid w:val="{0FC0E635-45FD-470B-A96C-24244ADDB4F7}"/>
      </w:docPartPr>
      <w:docPartBody>
        <w:p w:rsidR="0072353A" w:rsidRDefault="0072353A" w:rsidP="0072353A">
          <w:pPr>
            <w:pStyle w:val="138251BC6B154F6380412FAE9B60DA9F3"/>
          </w:pPr>
          <w:r>
            <w:rPr>
              <w:rStyle w:val="PlaceholderText"/>
              <w:highlight w:val="cyan"/>
            </w:rPr>
            <w:t>standard/scheme</w:t>
          </w:r>
        </w:p>
      </w:docPartBody>
    </w:docPart>
    <w:docPart>
      <w:docPartPr>
        <w:name w:val="78285EA5BFF94C04981BFDAE948D7FA0"/>
        <w:category>
          <w:name w:val="General"/>
          <w:gallery w:val="placeholder"/>
        </w:category>
        <w:types>
          <w:type w:val="bbPlcHdr"/>
        </w:types>
        <w:behaviors>
          <w:behavior w:val="content"/>
        </w:behaviors>
        <w:guid w:val="{DFAB1179-FE5A-4E63-A555-CA9222C2541D}"/>
      </w:docPartPr>
      <w:docPartBody>
        <w:p w:rsidR="00CE1649" w:rsidRDefault="00B93FEC" w:rsidP="00B93FEC">
          <w:pPr>
            <w:pStyle w:val="78285EA5BFF94C04981BFDAE948D7FA0"/>
          </w:pPr>
          <w:r>
            <w:rPr>
              <w:rStyle w:val="PlaceholderText"/>
              <w:rFonts w:eastAsiaTheme="minorHAnsi"/>
              <w:highlight w:val="cyan"/>
            </w:rPr>
            <w:t>name &amp; edition</w:t>
          </w:r>
        </w:p>
      </w:docPartBody>
    </w:docPart>
    <w:docPart>
      <w:docPartPr>
        <w:name w:val="A910AFC8A73C4FAC89433AC37EEF9080"/>
        <w:category>
          <w:name w:val="General"/>
          <w:gallery w:val="placeholder"/>
        </w:category>
        <w:types>
          <w:type w:val="bbPlcHdr"/>
        </w:types>
        <w:behaviors>
          <w:behavior w:val="content"/>
        </w:behaviors>
        <w:guid w:val="{73666510-6D04-4CA6-BAC7-E825E549E0FF}"/>
      </w:docPartPr>
      <w:docPartBody>
        <w:p w:rsidR="00CE1649" w:rsidRDefault="00B93FEC" w:rsidP="00B93FEC">
          <w:pPr>
            <w:pStyle w:val="A910AFC8A73C4FAC89433AC37EEF9080"/>
          </w:pPr>
          <w:r w:rsidRPr="00DA4375">
            <w:rPr>
              <w:rFonts w:ascii="Arial" w:hAnsi="Arial" w:cs="Arial"/>
              <w:b/>
              <w:sz w:val="22"/>
              <w:szCs w:val="22"/>
              <w:highlight w:val="cyan"/>
            </w:rPr>
            <w:t>Enter full name of standard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6DAA"/>
    <w:rsid w:val="00036DAA"/>
    <w:rsid w:val="0004017C"/>
    <w:rsid w:val="00062913"/>
    <w:rsid w:val="00074FDA"/>
    <w:rsid w:val="001076C1"/>
    <w:rsid w:val="001422EA"/>
    <w:rsid w:val="001E6AAC"/>
    <w:rsid w:val="00283F07"/>
    <w:rsid w:val="002B60FC"/>
    <w:rsid w:val="002B7FEE"/>
    <w:rsid w:val="002F1A63"/>
    <w:rsid w:val="00307451"/>
    <w:rsid w:val="003377FA"/>
    <w:rsid w:val="003535B0"/>
    <w:rsid w:val="003D654C"/>
    <w:rsid w:val="004215D2"/>
    <w:rsid w:val="004476F2"/>
    <w:rsid w:val="00476765"/>
    <w:rsid w:val="004C66CB"/>
    <w:rsid w:val="004D09D7"/>
    <w:rsid w:val="004E5317"/>
    <w:rsid w:val="006D581B"/>
    <w:rsid w:val="00703A3A"/>
    <w:rsid w:val="0071693E"/>
    <w:rsid w:val="0072353A"/>
    <w:rsid w:val="007B4514"/>
    <w:rsid w:val="007B5809"/>
    <w:rsid w:val="007E4C80"/>
    <w:rsid w:val="007F6C8E"/>
    <w:rsid w:val="008076E4"/>
    <w:rsid w:val="00811BE9"/>
    <w:rsid w:val="00894B11"/>
    <w:rsid w:val="008C0CD9"/>
    <w:rsid w:val="008D589F"/>
    <w:rsid w:val="008D7479"/>
    <w:rsid w:val="00911879"/>
    <w:rsid w:val="009732B3"/>
    <w:rsid w:val="00A16629"/>
    <w:rsid w:val="00A22F42"/>
    <w:rsid w:val="00AA36D1"/>
    <w:rsid w:val="00B7142E"/>
    <w:rsid w:val="00B93FEC"/>
    <w:rsid w:val="00BD38C7"/>
    <w:rsid w:val="00BD3EA4"/>
    <w:rsid w:val="00BD4E1B"/>
    <w:rsid w:val="00C61F90"/>
    <w:rsid w:val="00C654FB"/>
    <w:rsid w:val="00CB51AB"/>
    <w:rsid w:val="00CB61F2"/>
    <w:rsid w:val="00CD7F3E"/>
    <w:rsid w:val="00CE1649"/>
    <w:rsid w:val="00D5241E"/>
    <w:rsid w:val="00D572DC"/>
    <w:rsid w:val="00DC4770"/>
    <w:rsid w:val="00E326B1"/>
    <w:rsid w:val="00E33AB1"/>
    <w:rsid w:val="00E91B84"/>
    <w:rsid w:val="00EA0895"/>
    <w:rsid w:val="00F96C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8FF1A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09D7"/>
    <w:rPr>
      <w:color w:val="808080"/>
    </w:rPr>
  </w:style>
  <w:style w:type="paragraph" w:customStyle="1" w:styleId="FBD6F2DD9FB6422D8A8E8DEA9E0002013">
    <w:name w:val="FBD6F2DD9FB6422D8A8E8DEA9E000201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138251BC6B154F6380412FAE9B60DA9F3">
    <w:name w:val="138251BC6B154F6380412FAE9B60DA9F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BD0D7054BCB345F9A322C3AB71F8F5F94">
    <w:name w:val="BD0D7054BCB345F9A322C3AB71F8F5F94"/>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C9761932A7644ED9ADD8ACCCAE0E9BD04">
    <w:name w:val="C9761932A7644ED9ADD8ACCCAE0E9BD04"/>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88BD366322B24D77AECAC1CBAD4E32C64">
    <w:name w:val="88BD366322B24D77AECAC1CBAD4E32C64"/>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78285EA5BFF94C04981BFDAE948D7FA0">
    <w:name w:val="78285EA5BFF94C04981BFDAE948D7FA0"/>
    <w:rsid w:val="00B93FEC"/>
    <w:pPr>
      <w:spacing w:after="160" w:line="278" w:lineRule="auto"/>
    </w:pPr>
    <w:rPr>
      <w:kern w:val="2"/>
      <w:sz w:val="24"/>
      <w:szCs w:val="24"/>
      <w14:ligatures w14:val="standardContextual"/>
    </w:rPr>
  </w:style>
  <w:style w:type="paragraph" w:customStyle="1" w:styleId="A910AFC8A73C4FAC89433AC37EEF9080">
    <w:name w:val="A910AFC8A73C4FAC89433AC37EEF9080"/>
    <w:rsid w:val="00B93FE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c289d0-445f-40f3-97ee-e3ed1a3c9031">
      <Terms xmlns="http://schemas.microsoft.com/office/infopath/2007/PartnerControls"/>
    </lcf76f155ced4ddcb4097134ff3c332f>
    <TaxCatchAll xmlns="99547eca-47cc-4dca-a93a-6827165e0a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CCE61687F6CD449042BC77AC381A5D" ma:contentTypeVersion="12" ma:contentTypeDescription="Create a new document." ma:contentTypeScope="" ma:versionID="a4984940264cf7492833304a2a9b8eaa">
  <xsd:schema xmlns:xsd="http://www.w3.org/2001/XMLSchema" xmlns:xs="http://www.w3.org/2001/XMLSchema" xmlns:p="http://schemas.microsoft.com/office/2006/metadata/properties" xmlns:ns2="4fc289d0-445f-40f3-97ee-e3ed1a3c9031" xmlns:ns3="99547eca-47cc-4dca-a93a-6827165e0a73" targetNamespace="http://schemas.microsoft.com/office/2006/metadata/properties" ma:root="true" ma:fieldsID="4402653bd109aa2e86a916d3a22ab233" ns2:_="" ns3:_="">
    <xsd:import namespace="4fc289d0-445f-40f3-97ee-e3ed1a3c9031"/>
    <xsd:import namespace="99547eca-47cc-4dca-a93a-6827165e0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289d0-445f-40f3-97ee-e3ed1a3c9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d1e70-448b-44a6-b20d-6d55f2b434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547eca-47cc-4dca-a93a-6827165e0a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a1b5b3-2668-4816-8a39-f217074d20bc}" ma:internalName="TaxCatchAll" ma:showField="CatchAllData" ma:web="99547eca-47cc-4dca-a93a-6827165e0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2EED1-D2B4-47A5-B548-71B3A4122D39}">
  <ds:schemaRefs>
    <ds:schemaRef ds:uri="http://schemas.microsoft.com/office/2006/metadata/properties"/>
    <ds:schemaRef ds:uri="http://schemas.microsoft.com/office/infopath/2007/PartnerControls"/>
    <ds:schemaRef ds:uri="4fc289d0-445f-40f3-97ee-e3ed1a3c9031"/>
    <ds:schemaRef ds:uri="99547eca-47cc-4dca-a93a-6827165e0a73"/>
  </ds:schemaRefs>
</ds:datastoreItem>
</file>

<file path=customXml/itemProps2.xml><?xml version="1.0" encoding="utf-8"?>
<ds:datastoreItem xmlns:ds="http://schemas.openxmlformats.org/officeDocument/2006/customXml" ds:itemID="{D6B16C24-5853-4E5D-8CBE-2D1B43015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289d0-445f-40f3-97ee-e3ed1a3c9031"/>
    <ds:schemaRef ds:uri="99547eca-47cc-4dca-a93a-6827165e0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1A6391-5A2F-4C93-946A-5048FEE41CFA}">
  <ds:schemaRefs>
    <ds:schemaRef ds:uri="http://schemas.microsoft.com/sharepoint/v3/contenttype/forms"/>
  </ds:schemaRefs>
</ds:datastoreItem>
</file>

<file path=customXml/itemProps4.xml><?xml version="1.0" encoding="utf-8"?>
<ds:datastoreItem xmlns:ds="http://schemas.openxmlformats.org/officeDocument/2006/customXml" ds:itemID="{68F1D309-8286-4A44-BB50-C6485EF3A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4729</Words>
  <Characters>25868</Characters>
  <Application>Microsoft Office Word</Application>
  <DocSecurity>0</DocSecurity>
  <Lines>1077</Lines>
  <Paragraphs>637</Paragraphs>
  <ScaleCrop>false</ScaleCrop>
  <Company>UKAS</Company>
  <LinksUpToDate>false</LinksUpToDate>
  <CharactersWithSpaces>29960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Tracy Pia</cp:lastModifiedBy>
  <cp:revision>8</cp:revision>
  <dcterms:created xsi:type="dcterms:W3CDTF">2026-08-18T09:57:00Z</dcterms:created>
  <dcterms:modified xsi:type="dcterms:W3CDTF">2026-08-18T12:45:00Z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0x0101005ECCE61687F6CD449042BC77AC381A5D</vt:lpwstr>
  </property>
  <property fmtid="{D5CDD505-2E9C-101B-9397-08002B2CF9AE}" pid="3" name="docLang">
    <vt:lpwstr>en</vt:lpwstr>
  </property>
  <property fmtid="{D5CDD505-2E9C-101B-9397-08002B2CF9AE}" pid="4" name="MediaServiceImageTags">
    <vt:lpwstr/>
  </property>
  <property fmtid="{D5CDD505-2E9C-101B-9397-08002B2CF9AE}" pid="5" name="GrammarlyDocumentId">
    <vt:lpwstr>85de8712-9629-46f9-99bb-0e2cb335db04</vt:lpwstr>
  </property>
</Properties>
</file>